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0FA6B" w14:textId="77777777" w:rsidR="006A4068" w:rsidRDefault="00CE6432">
      <w:pPr>
        <w:pStyle w:val="WKSmall"/>
        <w:spacing w:before="160"/>
      </w:pPr>
      <w:r>
        <w:t>第</w:t>
      </w:r>
      <w:r>
        <w:t xml:space="preserve"> 6 </w:t>
      </w:r>
      <w:r>
        <w:t>週｜學員講義</w:t>
      </w:r>
      <w:r>
        <w:t xml:space="preserve">   ·   120 </w:t>
      </w:r>
      <w:r>
        <w:t>分鐘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92"/>
        <w:gridCol w:w="2016"/>
      </w:tblGrid>
      <w:tr w:rsidR="006A4068" w14:paraId="30CA5BE5" w14:textId="77777777">
        <w:trPr>
          <w:cantSplit/>
          <w:jc w:val="center"/>
        </w:trPr>
        <w:tc>
          <w:tcPr>
            <w:tcW w:w="7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3A63F" w14:textId="77777777" w:rsidR="006A4068" w:rsidRDefault="00CE6432">
            <w:pPr>
              <w:pStyle w:val="WKTitle"/>
              <w:spacing w:line="264" w:lineRule="auto"/>
              <w:rPr>
                <w:lang w:eastAsia="zh-TW"/>
              </w:rPr>
            </w:pPr>
            <w:r>
              <w:rPr>
                <w:lang w:eastAsia="zh-TW"/>
              </w:rPr>
              <w:t>手機拍照與</w:t>
            </w:r>
            <w:r>
              <w:rPr>
                <w:lang w:eastAsia="zh-TW"/>
              </w:rPr>
              <w:br/>
            </w:r>
            <w:r>
              <w:rPr>
                <w:lang w:eastAsia="zh-TW"/>
              </w:rPr>
              <w:t>在地素材蒐集</w:t>
            </w:r>
          </w:p>
          <w:p w14:paraId="4FEDB4C0" w14:textId="77777777" w:rsidR="006A4068" w:rsidRDefault="00CE6432">
            <w:pPr>
              <w:spacing w:after="0"/>
              <w:rPr>
                <w:lang w:eastAsia="zh-TW"/>
              </w:rPr>
            </w:pPr>
            <w:r>
              <w:rPr>
                <w:color w:val="56645C"/>
                <w:sz w:val="25"/>
                <w:lang w:eastAsia="zh-TW"/>
              </w:rPr>
              <w:t>用三種畫面，把家鄉故事拍得更清楚</w:t>
            </w:r>
          </w:p>
        </w:tc>
        <w:tc>
          <w:tcPr>
            <w:tcW w:w="20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BF8F2" w14:textId="77777777" w:rsidR="006A4068" w:rsidRDefault="00CE643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0AD1F6" wp14:editId="5D25C326">
                  <wp:extent cx="1124712" cy="125209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fficial_logo_croppe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712" cy="1252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341CF5" w14:textId="77777777" w:rsidR="006A4068" w:rsidRDefault="00CE6432">
      <w:pPr>
        <w:spacing w:after="160"/>
        <w:rPr>
          <w:lang w:eastAsia="zh-TW"/>
        </w:rPr>
      </w:pPr>
      <w:r>
        <w:rPr>
          <w:lang w:eastAsia="zh-TW"/>
        </w:rPr>
        <w:t>學員姓名／暱稱：</w:t>
      </w:r>
      <w:r>
        <w:rPr>
          <w:lang w:eastAsia="zh-TW"/>
        </w:rPr>
        <w:t xml:space="preserve">__________________    </w:t>
      </w:r>
      <w:r>
        <w:rPr>
          <w:lang w:eastAsia="zh-TW"/>
        </w:rPr>
        <w:t>日期：</w:t>
      </w:r>
      <w:r>
        <w:rPr>
          <w:lang w:eastAsia="zh-TW"/>
        </w:rPr>
        <w:t>________________</w:t>
      </w:r>
    </w:p>
    <w:p w14:paraId="1047C8C2" w14:textId="77777777" w:rsidR="006A4068" w:rsidRDefault="00CE6432">
      <w:pPr>
        <w:spacing w:after="180"/>
        <w:rPr>
          <w:lang w:eastAsia="zh-TW"/>
        </w:rPr>
      </w:pPr>
      <w:r>
        <w:rPr>
          <w:lang w:eastAsia="zh-TW"/>
        </w:rPr>
        <w:t>我的家鄉主題：</w:t>
      </w:r>
      <w:r>
        <w:rPr>
          <w:lang w:eastAsia="zh-TW"/>
        </w:rPr>
        <w:t>________________________________________________</w:t>
      </w:r>
    </w:p>
    <w:p w14:paraId="2CED8794" w14:textId="77777777" w:rsidR="006A4068" w:rsidRDefault="00CE6432">
      <w:pPr>
        <w:pStyle w:val="WKSmall"/>
        <w:spacing w:before="60" w:after="120"/>
        <w:rPr>
          <w:lang w:eastAsia="zh-TW"/>
        </w:rPr>
      </w:pPr>
      <w:r>
        <w:rPr>
          <w:lang w:eastAsia="zh-TW"/>
        </w:rPr>
        <w:t xml:space="preserve">※ </w:t>
      </w:r>
      <w:r>
        <w:rPr>
          <w:lang w:eastAsia="zh-TW"/>
        </w:rPr>
        <w:t>本講義中的插圖皆為示意圖，用於協助理解拍照步驟與學習重點。圖中場景非家鄉實景紀錄；手機畫面為功能示意。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66"/>
      </w:tblGrid>
      <w:tr w:rsidR="006A4068" w14:paraId="2CC626B7" w14:textId="77777777">
        <w:trPr>
          <w:cantSplit/>
          <w:jc w:val="center"/>
        </w:trPr>
        <w:tc>
          <w:tcPr>
            <w:tcW w:w="10166" w:type="dxa"/>
            <w:shd w:val="clear" w:color="auto" w:fill="EDF5EF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</w:tcPr>
          <w:p w14:paraId="2F770F16" w14:textId="77777777" w:rsidR="006A4068" w:rsidRDefault="00CE6432">
            <w:pPr>
              <w:spacing w:after="20"/>
              <w:rPr>
                <w:lang w:eastAsia="zh-TW"/>
              </w:rPr>
            </w:pPr>
            <w:r>
              <w:rPr>
                <w:b/>
                <w:color w:val="275F4C"/>
                <w:sz w:val="29"/>
                <w:lang w:eastAsia="zh-TW"/>
              </w:rPr>
              <w:t>今天的成果：</w:t>
            </w:r>
            <w:r>
              <w:rPr>
                <w:b/>
                <w:color w:val="27322D"/>
                <w:sz w:val="29"/>
                <w:lang w:eastAsia="zh-TW"/>
              </w:rPr>
              <w:t xml:space="preserve">3 </w:t>
            </w:r>
            <w:r>
              <w:rPr>
                <w:b/>
                <w:color w:val="27322D"/>
                <w:sz w:val="29"/>
                <w:lang w:eastAsia="zh-TW"/>
              </w:rPr>
              <w:t>張可用照片</w:t>
            </w:r>
            <w:r>
              <w:rPr>
                <w:b/>
                <w:color w:val="27322D"/>
                <w:sz w:val="29"/>
                <w:lang w:eastAsia="zh-TW"/>
              </w:rPr>
              <w:t xml:space="preserve"> </w:t>
            </w:r>
            <w:r>
              <w:rPr>
                <w:b/>
                <w:color w:val="27322D"/>
                <w:sz w:val="29"/>
                <w:lang w:eastAsia="zh-TW"/>
              </w:rPr>
              <w:t>＋</w:t>
            </w:r>
            <w:r>
              <w:rPr>
                <w:b/>
                <w:color w:val="27322D"/>
                <w:sz w:val="29"/>
                <w:lang w:eastAsia="zh-TW"/>
              </w:rPr>
              <w:t xml:space="preserve"> 1 </w:t>
            </w:r>
            <w:r>
              <w:rPr>
                <w:b/>
                <w:color w:val="27322D"/>
                <w:sz w:val="29"/>
                <w:lang w:eastAsia="zh-TW"/>
              </w:rPr>
              <w:t>份素材紀錄</w:t>
            </w:r>
          </w:p>
          <w:p w14:paraId="058A7C10" w14:textId="77777777" w:rsidR="006A4068" w:rsidRDefault="00CE6432">
            <w:pPr>
              <w:spacing w:after="0"/>
              <w:rPr>
                <w:lang w:eastAsia="zh-TW"/>
              </w:rPr>
            </w:pPr>
            <w:r>
              <w:rPr>
                <w:sz w:val="25"/>
                <w:lang w:eastAsia="zh-TW"/>
              </w:rPr>
              <w:t>以同一個主題拍「全景、中景、細節」各</w:t>
            </w:r>
            <w:r>
              <w:rPr>
                <w:sz w:val="25"/>
                <w:lang w:eastAsia="zh-TW"/>
              </w:rPr>
              <w:t xml:space="preserve"> 1 </w:t>
            </w:r>
            <w:r>
              <w:rPr>
                <w:sz w:val="25"/>
                <w:lang w:eastAsia="zh-TW"/>
              </w:rPr>
              <w:t>張，並記下照片來源與分享範圍。</w:t>
            </w:r>
          </w:p>
        </w:tc>
      </w:tr>
    </w:tbl>
    <w:p w14:paraId="48C7F719" w14:textId="77777777" w:rsidR="006A4068" w:rsidRDefault="00CE6432">
      <w:pPr>
        <w:pStyle w:val="WKSection"/>
        <w:rPr>
          <w:lang w:eastAsia="zh-TW"/>
        </w:rPr>
      </w:pPr>
      <w:r>
        <w:rPr>
          <w:b w:val="0"/>
          <w:lang w:eastAsia="zh-TW"/>
        </w:rPr>
        <w:t xml:space="preserve">01  </w:t>
      </w:r>
      <w:r>
        <w:rPr>
          <w:b w:val="0"/>
          <w:lang w:eastAsia="zh-TW"/>
        </w:rPr>
        <w:t>一個故事，需要三種畫面</w:t>
      </w:r>
    </w:p>
    <w:p w14:paraId="3A5F51E6" w14:textId="77777777" w:rsidR="006A4068" w:rsidRDefault="00CE6432">
      <w:pPr>
        <w:pStyle w:val="WKSmall"/>
        <w:rPr>
          <w:lang w:eastAsia="zh-TW"/>
        </w:rPr>
      </w:pPr>
      <w:r>
        <w:rPr>
          <w:lang w:eastAsia="zh-TW"/>
        </w:rPr>
        <w:t>示範主題：教室窗邊的一盆植物（練習時請改成自己的題材）。</w:t>
      </w:r>
    </w:p>
    <w:p w14:paraId="75D5B9E5" w14:textId="77777777" w:rsidR="006A4068" w:rsidRDefault="00CE6432">
      <w:pPr>
        <w:keepNext/>
        <w:keepLines/>
        <w:spacing w:before="60" w:line="240" w:lineRule="auto"/>
        <w:jc w:val="center"/>
      </w:pPr>
      <w:r>
        <w:rPr>
          <w:noProof/>
        </w:rPr>
        <w:drawing>
          <wp:inline distT="0" distB="0" distL="0" distR="0" wp14:anchorId="0CBC8185" wp14:editId="36C17055">
            <wp:extent cx="5903999" cy="2413790"/>
            <wp:effectExtent l="0" t="0" r="0" b="0"/>
            <wp:docPr id="11" name="Picture 11" descr="三種景別示意：全景包含窗邊、桌面與植物；中景突出整盆植物；細節呈現葉片與葉脈。" title="一個故事，三種畫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窗邊植物三段景別示意圖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241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98220" w14:textId="77777777" w:rsidR="006A4068" w:rsidRDefault="00CE6432">
      <w:pPr>
        <w:keepLines/>
        <w:spacing w:after="100" w:line="252" w:lineRule="auto"/>
        <w:rPr>
          <w:lang w:eastAsia="zh-TW"/>
        </w:rPr>
      </w:pPr>
      <w:r>
        <w:rPr>
          <w:color w:val="426357"/>
          <w:sz w:val="24"/>
          <w:lang w:eastAsia="zh-TW"/>
        </w:rPr>
        <w:t>示意圖：同一主題可用全景、中景、細節三種畫面來說故事。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96"/>
        <w:gridCol w:w="4032"/>
        <w:gridCol w:w="4723"/>
      </w:tblGrid>
      <w:tr w:rsidR="006A4068" w14:paraId="08565688" w14:textId="77777777">
        <w:trPr>
          <w:cantSplit/>
          <w:tblHeader/>
          <w:jc w:val="center"/>
        </w:trPr>
        <w:tc>
          <w:tcPr>
            <w:tcW w:w="1296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shd w:val="clear" w:color="auto" w:fill="275F4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611C9E2" w14:textId="77777777" w:rsidR="006A4068" w:rsidRDefault="00CE6432">
            <w:pPr>
              <w:spacing w:after="0" w:line="276" w:lineRule="auto"/>
            </w:pPr>
            <w:proofErr w:type="spellStart"/>
            <w:r>
              <w:rPr>
                <w:b/>
                <w:color w:val="FFFFFF"/>
                <w:sz w:val="24"/>
              </w:rPr>
              <w:t>景別</w:t>
            </w:r>
            <w:proofErr w:type="spellEnd"/>
          </w:p>
        </w:tc>
        <w:tc>
          <w:tcPr>
            <w:tcW w:w="4032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shd w:val="clear" w:color="auto" w:fill="275F4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37ACF27" w14:textId="77777777" w:rsidR="006A4068" w:rsidRDefault="00CE6432">
            <w:pPr>
              <w:spacing w:after="0" w:line="276" w:lineRule="auto"/>
            </w:pPr>
            <w:r>
              <w:rPr>
                <w:b/>
                <w:color w:val="FFFFFF"/>
                <w:sz w:val="24"/>
              </w:rPr>
              <w:t>這張照片要說什麼？</w:t>
            </w:r>
          </w:p>
        </w:tc>
        <w:tc>
          <w:tcPr>
            <w:tcW w:w="4723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shd w:val="clear" w:color="auto" w:fill="275F4C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1969BBCD" w14:textId="77777777" w:rsidR="006A4068" w:rsidRDefault="00CE6432">
            <w:pPr>
              <w:spacing w:after="0" w:line="276" w:lineRule="auto"/>
            </w:pPr>
            <w:r>
              <w:rPr>
                <w:b/>
                <w:color w:val="FFFFFF"/>
                <w:sz w:val="24"/>
              </w:rPr>
              <w:t>示範：一盆植物</w:t>
            </w:r>
          </w:p>
        </w:tc>
      </w:tr>
      <w:tr w:rsidR="006A4068" w14:paraId="4640710E" w14:textId="77777777">
        <w:trPr>
          <w:cantSplit/>
          <w:jc w:val="center"/>
        </w:trPr>
        <w:tc>
          <w:tcPr>
            <w:tcW w:w="1296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3425594" w14:textId="77777777" w:rsidR="006A4068" w:rsidRDefault="00CE6432">
            <w:pPr>
              <w:spacing w:after="0" w:line="276" w:lineRule="auto"/>
              <w:jc w:val="center"/>
            </w:pPr>
            <w:r>
              <w:rPr>
                <w:sz w:val="24"/>
              </w:rPr>
              <w:t>全景</w:t>
            </w:r>
          </w:p>
        </w:tc>
        <w:tc>
          <w:tcPr>
            <w:tcW w:w="4032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2D9F51E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周圍環境：這是哪裡？</w:t>
            </w:r>
          </w:p>
        </w:tc>
        <w:tc>
          <w:tcPr>
            <w:tcW w:w="4723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E9D5E89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窗邊、桌面與植物一起入鏡</w:t>
            </w:r>
          </w:p>
        </w:tc>
      </w:tr>
      <w:tr w:rsidR="006A4068" w14:paraId="07F58EFE" w14:textId="77777777">
        <w:trPr>
          <w:cantSplit/>
          <w:jc w:val="center"/>
        </w:trPr>
        <w:tc>
          <w:tcPr>
            <w:tcW w:w="1296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13E0446" w14:textId="77777777" w:rsidR="006A4068" w:rsidRDefault="00CE6432">
            <w:pPr>
              <w:spacing w:after="0" w:line="276" w:lineRule="auto"/>
              <w:jc w:val="center"/>
            </w:pPr>
            <w:proofErr w:type="spellStart"/>
            <w:r>
              <w:rPr>
                <w:sz w:val="24"/>
              </w:rPr>
              <w:t>中景</w:t>
            </w:r>
            <w:proofErr w:type="spellEnd"/>
          </w:p>
        </w:tc>
        <w:tc>
          <w:tcPr>
            <w:tcW w:w="4032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3336B145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故事主角：我在介紹什麼？</w:t>
            </w:r>
          </w:p>
        </w:tc>
        <w:tc>
          <w:tcPr>
            <w:tcW w:w="4723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543B749D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讓整盆植物成為主要畫面</w:t>
            </w:r>
          </w:p>
        </w:tc>
      </w:tr>
      <w:tr w:rsidR="006A4068" w14:paraId="730D7C63" w14:textId="77777777">
        <w:trPr>
          <w:cantSplit/>
          <w:jc w:val="center"/>
        </w:trPr>
        <w:tc>
          <w:tcPr>
            <w:tcW w:w="1296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727B6596" w14:textId="77777777" w:rsidR="006A4068" w:rsidRDefault="00CE6432">
            <w:pPr>
              <w:spacing w:after="0" w:line="276" w:lineRule="auto"/>
              <w:jc w:val="center"/>
            </w:pPr>
            <w:proofErr w:type="spellStart"/>
            <w:r>
              <w:rPr>
                <w:sz w:val="24"/>
              </w:rPr>
              <w:t>細節</w:t>
            </w:r>
            <w:proofErr w:type="spellEnd"/>
          </w:p>
        </w:tc>
        <w:tc>
          <w:tcPr>
            <w:tcW w:w="4032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2F517FE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值得注意：我想讓你看哪裡？</w:t>
            </w:r>
          </w:p>
        </w:tc>
        <w:tc>
          <w:tcPr>
            <w:tcW w:w="4723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FA61F5A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靠近拍清楚葉子與葉脈</w:t>
            </w:r>
          </w:p>
        </w:tc>
      </w:tr>
    </w:tbl>
    <w:p w14:paraId="6769D7C0" w14:textId="77777777" w:rsidR="006A4068" w:rsidRDefault="00CE6432">
      <w:pPr>
        <w:pStyle w:val="WKSection"/>
        <w:pageBreakBefore/>
        <w:rPr>
          <w:lang w:eastAsia="zh-TW"/>
        </w:rPr>
      </w:pPr>
      <w:r>
        <w:rPr>
          <w:b w:val="0"/>
          <w:lang w:eastAsia="zh-TW"/>
        </w:rPr>
        <w:lastRenderedPageBreak/>
        <w:t xml:space="preserve">02  </w:t>
      </w:r>
      <w:r>
        <w:rPr>
          <w:b w:val="0"/>
          <w:lang w:eastAsia="zh-TW"/>
        </w:rPr>
        <w:t>本週學習目標</w:t>
      </w:r>
    </w:p>
    <w:p w14:paraId="6286CF44" w14:textId="77777777" w:rsidR="006A4068" w:rsidRDefault="00CE6432">
      <w:pPr>
        <w:spacing w:after="100"/>
        <w:ind w:left="230"/>
        <w:rPr>
          <w:lang w:eastAsia="zh-TW"/>
        </w:rPr>
      </w:pPr>
      <w:r>
        <w:rPr>
          <w:lang w:eastAsia="zh-TW"/>
        </w:rPr>
        <w:t xml:space="preserve">□  </w:t>
      </w:r>
      <w:r>
        <w:rPr>
          <w:lang w:eastAsia="zh-TW"/>
        </w:rPr>
        <w:t>能拍出同一主題的全景、中景、細節各</w:t>
      </w:r>
      <w:r>
        <w:rPr>
          <w:lang w:eastAsia="zh-TW"/>
        </w:rPr>
        <w:t xml:space="preserve"> 1 </w:t>
      </w:r>
      <w:r>
        <w:rPr>
          <w:lang w:eastAsia="zh-TW"/>
        </w:rPr>
        <w:t>張。</w:t>
      </w:r>
    </w:p>
    <w:p w14:paraId="68CA60D5" w14:textId="77777777" w:rsidR="006A4068" w:rsidRDefault="00CE6432">
      <w:pPr>
        <w:spacing w:after="100"/>
        <w:ind w:left="230"/>
        <w:rPr>
          <w:lang w:eastAsia="zh-TW"/>
        </w:rPr>
      </w:pPr>
      <w:r>
        <w:rPr>
          <w:lang w:eastAsia="zh-TW"/>
        </w:rPr>
        <w:t xml:space="preserve">□  </w:t>
      </w:r>
      <w:r>
        <w:rPr>
          <w:lang w:eastAsia="zh-TW"/>
        </w:rPr>
        <w:t>能檢查對焦、亮度、背景與照片邊緣是否清楚。</w:t>
      </w:r>
    </w:p>
    <w:p w14:paraId="36F1B242" w14:textId="77777777" w:rsidR="006A4068" w:rsidRDefault="00CE6432">
      <w:pPr>
        <w:spacing w:after="100"/>
        <w:ind w:left="230"/>
        <w:rPr>
          <w:lang w:eastAsia="zh-TW"/>
        </w:rPr>
      </w:pPr>
      <w:r>
        <w:rPr>
          <w:lang w:eastAsia="zh-TW"/>
        </w:rPr>
        <w:t xml:space="preserve">□  </w:t>
      </w:r>
      <w:r>
        <w:rPr>
          <w:lang w:eastAsia="zh-TW"/>
        </w:rPr>
        <w:t>能記下拍攝者、日期、地點，以及是否可以分享。</w:t>
      </w:r>
    </w:p>
    <w:p w14:paraId="71505083" w14:textId="77777777" w:rsidR="006A4068" w:rsidRDefault="00CE6432">
      <w:pPr>
        <w:pStyle w:val="WKSmall"/>
        <w:spacing w:after="0"/>
        <w:rPr>
          <w:lang w:eastAsia="zh-TW"/>
        </w:rPr>
      </w:pPr>
      <w:r>
        <w:rPr>
          <w:lang w:eastAsia="zh-TW"/>
        </w:rPr>
        <w:t>準備提醒：手機充電、擦鏡頭軟布、第</w:t>
      </w:r>
      <w:r>
        <w:rPr>
          <w:lang w:eastAsia="zh-TW"/>
        </w:rPr>
        <w:t xml:space="preserve"> 5 </w:t>
      </w:r>
      <w:r>
        <w:rPr>
          <w:lang w:eastAsia="zh-TW"/>
        </w:rPr>
        <w:t>週故事初稿，以及可拍物件。</w:t>
      </w:r>
    </w:p>
    <w:p w14:paraId="312D96D2" w14:textId="77777777" w:rsidR="006A4068" w:rsidRDefault="00CE6432">
      <w:pPr>
        <w:keepNext/>
        <w:keepLines/>
        <w:spacing w:before="60" w:line="240" w:lineRule="auto"/>
        <w:jc w:val="center"/>
      </w:pPr>
      <w:r>
        <w:rPr>
          <w:noProof/>
        </w:rPr>
        <w:drawing>
          <wp:inline distT="0" distB="0" distL="0" distR="0" wp14:anchorId="35FF3C61" wp14:editId="1BBC245D">
            <wp:extent cx="5760000" cy="2681104"/>
            <wp:effectExtent l="0" t="0" r="0" b="0"/>
            <wp:docPr id="10" name="Picture 10" descr="學習目標：拍出三種景別、檢查照片品質、記錄拍攝資料與分享範圍。" title="本週要完成的三件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攝影任務清單插圖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68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FB90D" w14:textId="77777777" w:rsidR="006A4068" w:rsidRDefault="00CE6432">
      <w:pPr>
        <w:keepLines/>
        <w:spacing w:after="100" w:line="252" w:lineRule="auto"/>
        <w:rPr>
          <w:lang w:eastAsia="zh-TW"/>
        </w:rPr>
      </w:pPr>
      <w:r>
        <w:rPr>
          <w:color w:val="426357"/>
          <w:sz w:val="24"/>
          <w:lang w:eastAsia="zh-TW"/>
        </w:rPr>
        <w:t>示意圖：本週重點是完成三種景別照片、檢查清晰度，並留下基本紀錄。</w:t>
      </w:r>
    </w:p>
    <w:p w14:paraId="396AFB7E" w14:textId="77777777" w:rsidR="006A4068" w:rsidRDefault="00CE6432">
      <w:pPr>
        <w:pStyle w:val="WKSection"/>
        <w:rPr>
          <w:lang w:eastAsia="zh-TW"/>
        </w:rPr>
      </w:pPr>
      <w:r>
        <w:rPr>
          <w:b w:val="0"/>
          <w:lang w:eastAsia="zh-TW"/>
        </w:rPr>
        <w:t xml:space="preserve">03  </w:t>
      </w:r>
      <w:r>
        <w:rPr>
          <w:b w:val="0"/>
          <w:lang w:eastAsia="zh-TW"/>
        </w:rPr>
        <w:t>今天的上課流程</w:t>
      </w:r>
    </w:p>
    <w:p w14:paraId="583EED75" w14:textId="77777777" w:rsidR="006A4068" w:rsidRDefault="00CE6432">
      <w:pPr>
        <w:pStyle w:val="WKSmall"/>
        <w:rPr>
          <w:lang w:eastAsia="zh-TW"/>
        </w:rPr>
      </w:pPr>
      <w:r>
        <w:rPr>
          <w:lang w:eastAsia="zh-TW"/>
        </w:rPr>
        <w:t>暖身</w:t>
      </w:r>
      <w:r>
        <w:rPr>
          <w:lang w:eastAsia="zh-TW"/>
        </w:rPr>
        <w:t xml:space="preserve"> 10 </w:t>
      </w:r>
      <w:r>
        <w:rPr>
          <w:lang w:eastAsia="zh-TW"/>
        </w:rPr>
        <w:t>分</w:t>
      </w:r>
      <w:r>
        <w:rPr>
          <w:lang w:eastAsia="zh-TW"/>
        </w:rPr>
        <w:t xml:space="preserve"> → </w:t>
      </w:r>
      <w:r>
        <w:rPr>
          <w:lang w:eastAsia="zh-TW"/>
        </w:rPr>
        <w:t>概念</w:t>
      </w:r>
      <w:r>
        <w:rPr>
          <w:lang w:eastAsia="zh-TW"/>
        </w:rPr>
        <w:t xml:space="preserve"> 10 </w:t>
      </w:r>
      <w:r>
        <w:rPr>
          <w:lang w:eastAsia="zh-TW"/>
        </w:rPr>
        <w:t>分</w:t>
      </w:r>
      <w:r>
        <w:rPr>
          <w:lang w:eastAsia="zh-TW"/>
        </w:rPr>
        <w:t xml:space="preserve"> → </w:t>
      </w:r>
      <w:r>
        <w:rPr>
          <w:lang w:eastAsia="zh-TW"/>
        </w:rPr>
        <w:t>示範</w:t>
      </w:r>
      <w:r>
        <w:rPr>
          <w:lang w:eastAsia="zh-TW"/>
        </w:rPr>
        <w:t xml:space="preserve"> 15 </w:t>
      </w:r>
      <w:r>
        <w:rPr>
          <w:lang w:eastAsia="zh-TW"/>
        </w:rPr>
        <w:t>分</w:t>
      </w:r>
      <w:r>
        <w:rPr>
          <w:lang w:eastAsia="zh-TW"/>
        </w:rPr>
        <w:t xml:space="preserve"> → </w:t>
      </w:r>
      <w:r>
        <w:rPr>
          <w:lang w:eastAsia="zh-TW"/>
        </w:rPr>
        <w:t>跟做</w:t>
      </w:r>
      <w:r>
        <w:rPr>
          <w:lang w:eastAsia="zh-TW"/>
        </w:rPr>
        <w:t xml:space="preserve"> 20 </w:t>
      </w:r>
      <w:r>
        <w:rPr>
          <w:lang w:eastAsia="zh-TW"/>
        </w:rPr>
        <w:t>分</w:t>
      </w:r>
      <w:r>
        <w:rPr>
          <w:lang w:eastAsia="zh-TW"/>
        </w:rPr>
        <w:t xml:space="preserve"> → </w:t>
      </w:r>
      <w:r>
        <w:rPr>
          <w:lang w:eastAsia="zh-TW"/>
        </w:rPr>
        <w:t>休息</w:t>
      </w:r>
      <w:r>
        <w:rPr>
          <w:lang w:eastAsia="zh-TW"/>
        </w:rPr>
        <w:t xml:space="preserve"> 10 </w:t>
      </w:r>
      <w:r>
        <w:rPr>
          <w:lang w:eastAsia="zh-TW"/>
        </w:rPr>
        <w:t>分</w:t>
      </w:r>
    </w:p>
    <w:p w14:paraId="012895CC" w14:textId="77777777" w:rsidR="006A4068" w:rsidRDefault="00CE6432">
      <w:pPr>
        <w:pStyle w:val="WKSmall"/>
        <w:spacing w:after="0"/>
        <w:rPr>
          <w:lang w:eastAsia="zh-TW"/>
        </w:rPr>
      </w:pPr>
      <w:r>
        <w:rPr>
          <w:lang w:eastAsia="zh-TW"/>
        </w:rPr>
        <w:t>獨立實作</w:t>
      </w:r>
      <w:r>
        <w:rPr>
          <w:lang w:eastAsia="zh-TW"/>
        </w:rPr>
        <w:t xml:space="preserve"> 25 </w:t>
      </w:r>
      <w:r>
        <w:rPr>
          <w:lang w:eastAsia="zh-TW"/>
        </w:rPr>
        <w:t>分</w:t>
      </w:r>
      <w:r>
        <w:rPr>
          <w:lang w:eastAsia="zh-TW"/>
        </w:rPr>
        <w:t xml:space="preserve"> → </w:t>
      </w:r>
      <w:r>
        <w:rPr>
          <w:lang w:eastAsia="zh-TW"/>
        </w:rPr>
        <w:t>同伴互評</w:t>
      </w:r>
      <w:r>
        <w:rPr>
          <w:lang w:eastAsia="zh-TW"/>
        </w:rPr>
        <w:t xml:space="preserve"> 15 </w:t>
      </w:r>
      <w:r>
        <w:rPr>
          <w:lang w:eastAsia="zh-TW"/>
        </w:rPr>
        <w:t>分</w:t>
      </w:r>
      <w:r>
        <w:rPr>
          <w:lang w:eastAsia="zh-TW"/>
        </w:rPr>
        <w:t xml:space="preserve"> → </w:t>
      </w:r>
      <w:r>
        <w:rPr>
          <w:lang w:eastAsia="zh-TW"/>
        </w:rPr>
        <w:t>驗收與提問</w:t>
      </w:r>
      <w:r>
        <w:rPr>
          <w:lang w:eastAsia="zh-TW"/>
        </w:rPr>
        <w:t xml:space="preserve"> 15 </w:t>
      </w:r>
      <w:r>
        <w:rPr>
          <w:lang w:eastAsia="zh-TW"/>
        </w:rPr>
        <w:t>分</w:t>
      </w:r>
    </w:p>
    <w:p w14:paraId="0D0762FE" w14:textId="77777777" w:rsidR="006A4068" w:rsidRDefault="00CE6432">
      <w:pPr>
        <w:keepNext/>
        <w:keepLines/>
        <w:spacing w:before="60" w:line="240" w:lineRule="auto"/>
        <w:jc w:val="center"/>
      </w:pPr>
      <w:r>
        <w:rPr>
          <w:noProof/>
        </w:rPr>
        <w:drawing>
          <wp:inline distT="0" distB="0" distL="0" distR="0" wp14:anchorId="1BCBD66F" wp14:editId="75EE2136">
            <wp:extent cx="5760000" cy="2561767"/>
            <wp:effectExtent l="0" t="0" r="0" b="0"/>
            <wp:docPr id="9" name="Picture 9" descr="課程時間表：暖身10分、概念10分、示範15分、跟做20分、休息10分、獨立實作25分、互評15分、驗收與提問15分。" title="120 分鐘｜今天怎麼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分鐘課堂流程圖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561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D605F" w14:textId="77777777" w:rsidR="006A4068" w:rsidRDefault="00CE6432">
      <w:pPr>
        <w:keepLines/>
        <w:spacing w:after="100" w:line="252" w:lineRule="auto"/>
        <w:rPr>
          <w:lang w:eastAsia="zh-TW"/>
        </w:rPr>
      </w:pPr>
      <w:r>
        <w:rPr>
          <w:color w:val="426357"/>
          <w:sz w:val="24"/>
          <w:lang w:eastAsia="zh-TW"/>
        </w:rPr>
        <w:t>示意圖：今天的課堂流程，從暖身到驗收與提問依序進行。</w:t>
      </w:r>
    </w:p>
    <w:p w14:paraId="52170765" w14:textId="77777777" w:rsidR="006A4068" w:rsidRDefault="00CE6432">
      <w:pPr>
        <w:pStyle w:val="WKSmall"/>
        <w:keepNext/>
        <w:pageBreakBefore/>
        <w:spacing w:after="40"/>
        <w:rPr>
          <w:lang w:eastAsia="zh-TW"/>
        </w:rPr>
      </w:pPr>
      <w:r>
        <w:rPr>
          <w:lang w:eastAsia="zh-TW"/>
        </w:rPr>
        <w:lastRenderedPageBreak/>
        <w:t>手機操作</w:t>
      </w:r>
    </w:p>
    <w:p w14:paraId="58839F0F" w14:textId="77777777" w:rsidR="006A4068" w:rsidRDefault="00CE6432">
      <w:pPr>
        <w:pStyle w:val="WKSection"/>
        <w:rPr>
          <w:lang w:eastAsia="zh-TW"/>
        </w:rPr>
      </w:pPr>
      <w:r>
        <w:rPr>
          <w:b w:val="0"/>
          <w:lang w:eastAsia="zh-TW"/>
        </w:rPr>
        <w:t>拍出清楚照片的</w:t>
      </w:r>
      <w:r>
        <w:rPr>
          <w:b w:val="0"/>
          <w:lang w:eastAsia="zh-TW"/>
        </w:rPr>
        <w:t xml:space="preserve"> 6 </w:t>
      </w:r>
      <w:r>
        <w:rPr>
          <w:b w:val="0"/>
          <w:lang w:eastAsia="zh-TW"/>
        </w:rPr>
        <w:t>個步驟</w:t>
      </w:r>
    </w:p>
    <w:p w14:paraId="4C79D578" w14:textId="77777777" w:rsidR="006A4068" w:rsidRDefault="00CE6432">
      <w:pPr>
        <w:pStyle w:val="WKSmall"/>
        <w:rPr>
          <w:lang w:eastAsia="zh-TW"/>
        </w:rPr>
      </w:pPr>
      <w:r>
        <w:rPr>
          <w:lang w:eastAsia="zh-TW"/>
        </w:rPr>
        <w:t>不同品牌的手機按鈕可能略有不同，先跟著講師完成一個動作，再做下一步。</w:t>
      </w:r>
    </w:p>
    <w:p w14:paraId="78FF4052" w14:textId="77777777" w:rsidR="006A4068" w:rsidRDefault="00CE6432">
      <w:pPr>
        <w:keepNext/>
        <w:keepLines/>
        <w:spacing w:before="60" w:line="240" w:lineRule="auto"/>
        <w:jc w:val="center"/>
      </w:pPr>
      <w:r>
        <w:rPr>
          <w:noProof/>
        </w:rPr>
        <w:drawing>
          <wp:inline distT="0" distB="0" distL="0" distR="0" wp14:anchorId="4B7CF9FF" wp14:editId="148F7C56">
            <wp:extent cx="5903999" cy="4240441"/>
            <wp:effectExtent l="0" t="0" r="0" b="0"/>
            <wp:docPr id="8" name="Picture 8" descr="手機拍照六步驟，依原講義順序：擦鏡頭、選拍照、站穩定、點主角、看光線、放大檢查。" title="拍出清楚照片的 6 個步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手機攝影清晰拍攝六步驟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4240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380EC" w14:textId="77777777" w:rsidR="006A4068" w:rsidRDefault="00CE6432">
      <w:pPr>
        <w:keepLines/>
        <w:spacing w:after="100" w:line="252" w:lineRule="auto"/>
        <w:rPr>
          <w:lang w:eastAsia="zh-TW"/>
        </w:rPr>
      </w:pPr>
      <w:r>
        <w:rPr>
          <w:color w:val="426357"/>
          <w:sz w:val="24"/>
          <w:lang w:eastAsia="zh-TW"/>
        </w:rPr>
        <w:t>示意圖：手機拍出清楚照片的六個基本步驟。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47"/>
        <w:gridCol w:w="7704"/>
      </w:tblGrid>
      <w:tr w:rsidR="006A4068" w14:paraId="4C7528AE" w14:textId="77777777">
        <w:trPr>
          <w:cantSplit/>
          <w:tblHeader/>
          <w:jc w:val="center"/>
        </w:trPr>
        <w:tc>
          <w:tcPr>
            <w:tcW w:w="2347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shd w:val="clear" w:color="auto" w:fill="275F4C"/>
            <w:tcMar>
              <w:top w:w="122" w:type="dxa"/>
              <w:left w:w="130" w:type="dxa"/>
              <w:bottom w:w="122" w:type="dxa"/>
              <w:right w:w="130" w:type="dxa"/>
            </w:tcMar>
            <w:vAlign w:val="center"/>
          </w:tcPr>
          <w:p w14:paraId="6585D6BE" w14:textId="77777777" w:rsidR="006A4068" w:rsidRDefault="00CE6432">
            <w:pPr>
              <w:spacing w:after="0" w:line="276" w:lineRule="auto"/>
            </w:pPr>
            <w:proofErr w:type="spellStart"/>
            <w:r>
              <w:rPr>
                <w:b/>
                <w:color w:val="FFFFFF"/>
                <w:sz w:val="24"/>
              </w:rPr>
              <w:t>步驟</w:t>
            </w:r>
            <w:proofErr w:type="spellEnd"/>
          </w:p>
        </w:tc>
        <w:tc>
          <w:tcPr>
            <w:tcW w:w="7704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shd w:val="clear" w:color="auto" w:fill="275F4C"/>
            <w:tcMar>
              <w:top w:w="122" w:type="dxa"/>
              <w:left w:w="130" w:type="dxa"/>
              <w:bottom w:w="122" w:type="dxa"/>
              <w:right w:w="130" w:type="dxa"/>
            </w:tcMar>
            <w:vAlign w:val="center"/>
          </w:tcPr>
          <w:p w14:paraId="5A8C1E59" w14:textId="77777777" w:rsidR="006A4068" w:rsidRDefault="00CE6432">
            <w:pPr>
              <w:spacing w:after="0" w:line="276" w:lineRule="auto"/>
            </w:pPr>
            <w:r>
              <w:rPr>
                <w:b/>
                <w:color w:val="FFFFFF"/>
                <w:sz w:val="24"/>
              </w:rPr>
              <w:t>你要做的動作</w:t>
            </w:r>
          </w:p>
        </w:tc>
      </w:tr>
      <w:tr w:rsidR="006A4068" w14:paraId="52AE6C8B" w14:textId="77777777">
        <w:trPr>
          <w:cantSplit/>
          <w:jc w:val="center"/>
        </w:trPr>
        <w:tc>
          <w:tcPr>
            <w:tcW w:w="2347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22" w:type="dxa"/>
              <w:left w:w="130" w:type="dxa"/>
              <w:bottom w:w="122" w:type="dxa"/>
              <w:right w:w="130" w:type="dxa"/>
            </w:tcMar>
            <w:vAlign w:val="center"/>
          </w:tcPr>
          <w:p w14:paraId="45A667B6" w14:textId="77777777" w:rsidR="006A4068" w:rsidRDefault="00CE6432">
            <w:pPr>
              <w:spacing w:after="0" w:line="276" w:lineRule="auto"/>
              <w:jc w:val="center"/>
            </w:pPr>
            <w:r>
              <w:rPr>
                <w:sz w:val="25"/>
              </w:rPr>
              <w:t xml:space="preserve">1  </w:t>
            </w:r>
            <w:r>
              <w:rPr>
                <w:sz w:val="25"/>
              </w:rPr>
              <w:t>擦鏡頭</w:t>
            </w:r>
          </w:p>
        </w:tc>
        <w:tc>
          <w:tcPr>
            <w:tcW w:w="7704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22" w:type="dxa"/>
              <w:left w:w="130" w:type="dxa"/>
              <w:bottom w:w="122" w:type="dxa"/>
              <w:right w:w="130" w:type="dxa"/>
            </w:tcMar>
            <w:vAlign w:val="center"/>
          </w:tcPr>
          <w:p w14:paraId="1BE59C6B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5"/>
                <w:lang w:eastAsia="zh-TW"/>
              </w:rPr>
              <w:t>用乾淨軟布輕輕擦拭，再開啟手機「相機」。</w:t>
            </w:r>
          </w:p>
        </w:tc>
      </w:tr>
      <w:tr w:rsidR="006A4068" w14:paraId="1B2758B2" w14:textId="77777777">
        <w:trPr>
          <w:cantSplit/>
          <w:jc w:val="center"/>
        </w:trPr>
        <w:tc>
          <w:tcPr>
            <w:tcW w:w="2347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22" w:type="dxa"/>
              <w:left w:w="130" w:type="dxa"/>
              <w:bottom w:w="122" w:type="dxa"/>
              <w:right w:w="130" w:type="dxa"/>
            </w:tcMar>
            <w:vAlign w:val="center"/>
          </w:tcPr>
          <w:p w14:paraId="0886E8C4" w14:textId="77777777" w:rsidR="006A4068" w:rsidRDefault="00CE6432">
            <w:pPr>
              <w:spacing w:after="0" w:line="276" w:lineRule="auto"/>
              <w:jc w:val="center"/>
            </w:pPr>
            <w:r>
              <w:rPr>
                <w:sz w:val="25"/>
              </w:rPr>
              <w:t xml:space="preserve">2  </w:t>
            </w:r>
            <w:proofErr w:type="spellStart"/>
            <w:r>
              <w:rPr>
                <w:sz w:val="25"/>
              </w:rPr>
              <w:t>選拍照</w:t>
            </w:r>
            <w:proofErr w:type="spellEnd"/>
          </w:p>
        </w:tc>
        <w:tc>
          <w:tcPr>
            <w:tcW w:w="7704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22" w:type="dxa"/>
              <w:left w:w="130" w:type="dxa"/>
              <w:bottom w:w="122" w:type="dxa"/>
              <w:right w:w="130" w:type="dxa"/>
            </w:tcMar>
            <w:vAlign w:val="center"/>
          </w:tcPr>
          <w:p w14:paraId="3A9C59A1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5"/>
                <w:lang w:eastAsia="zh-TW"/>
              </w:rPr>
              <w:t>確認目前是「拍照」模式，不是錄影；先觀察畫面。</w:t>
            </w:r>
          </w:p>
        </w:tc>
      </w:tr>
      <w:tr w:rsidR="006A4068" w14:paraId="026A9197" w14:textId="77777777">
        <w:trPr>
          <w:cantSplit/>
          <w:jc w:val="center"/>
        </w:trPr>
        <w:tc>
          <w:tcPr>
            <w:tcW w:w="2347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22" w:type="dxa"/>
              <w:left w:w="130" w:type="dxa"/>
              <w:bottom w:w="122" w:type="dxa"/>
              <w:right w:w="130" w:type="dxa"/>
            </w:tcMar>
            <w:vAlign w:val="center"/>
          </w:tcPr>
          <w:p w14:paraId="4F826B05" w14:textId="77777777" w:rsidR="006A4068" w:rsidRDefault="00CE6432">
            <w:pPr>
              <w:spacing w:after="0" w:line="276" w:lineRule="auto"/>
              <w:jc w:val="center"/>
            </w:pPr>
            <w:r>
              <w:rPr>
                <w:sz w:val="25"/>
              </w:rPr>
              <w:t xml:space="preserve">3  </w:t>
            </w:r>
            <w:proofErr w:type="spellStart"/>
            <w:r>
              <w:rPr>
                <w:sz w:val="25"/>
              </w:rPr>
              <w:t>站穩定</w:t>
            </w:r>
            <w:proofErr w:type="spellEnd"/>
          </w:p>
        </w:tc>
        <w:tc>
          <w:tcPr>
            <w:tcW w:w="7704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22" w:type="dxa"/>
              <w:left w:w="130" w:type="dxa"/>
              <w:bottom w:w="122" w:type="dxa"/>
              <w:right w:w="130" w:type="dxa"/>
            </w:tcMar>
            <w:vAlign w:val="center"/>
          </w:tcPr>
          <w:p w14:paraId="59508E29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5"/>
                <w:lang w:eastAsia="zh-TW"/>
              </w:rPr>
              <w:t>兩手拿手機、手肘靠近身體，必要時利用桌面支撐。</w:t>
            </w:r>
          </w:p>
        </w:tc>
      </w:tr>
      <w:tr w:rsidR="006A4068" w14:paraId="02E3F1C3" w14:textId="77777777">
        <w:trPr>
          <w:cantSplit/>
          <w:jc w:val="center"/>
        </w:trPr>
        <w:tc>
          <w:tcPr>
            <w:tcW w:w="2347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22" w:type="dxa"/>
              <w:left w:w="130" w:type="dxa"/>
              <w:bottom w:w="122" w:type="dxa"/>
              <w:right w:w="130" w:type="dxa"/>
            </w:tcMar>
            <w:vAlign w:val="center"/>
          </w:tcPr>
          <w:p w14:paraId="4D600766" w14:textId="77777777" w:rsidR="006A4068" w:rsidRDefault="00CE6432">
            <w:pPr>
              <w:spacing w:after="0" w:line="276" w:lineRule="auto"/>
              <w:jc w:val="center"/>
            </w:pPr>
            <w:r>
              <w:rPr>
                <w:sz w:val="25"/>
              </w:rPr>
              <w:t xml:space="preserve">4  </w:t>
            </w:r>
            <w:proofErr w:type="spellStart"/>
            <w:r>
              <w:rPr>
                <w:sz w:val="25"/>
              </w:rPr>
              <w:t>點主角</w:t>
            </w:r>
            <w:proofErr w:type="spellEnd"/>
          </w:p>
        </w:tc>
        <w:tc>
          <w:tcPr>
            <w:tcW w:w="7704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22" w:type="dxa"/>
              <w:left w:w="130" w:type="dxa"/>
              <w:bottom w:w="122" w:type="dxa"/>
              <w:right w:w="130" w:type="dxa"/>
            </w:tcMar>
            <w:vAlign w:val="center"/>
          </w:tcPr>
          <w:p w14:paraId="7808C113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5"/>
                <w:lang w:eastAsia="zh-TW"/>
              </w:rPr>
              <w:t>輕點螢幕上的主角，等畫面穩定後再按快門。</w:t>
            </w:r>
          </w:p>
        </w:tc>
      </w:tr>
      <w:tr w:rsidR="006A4068" w14:paraId="48237756" w14:textId="77777777">
        <w:trPr>
          <w:cantSplit/>
          <w:jc w:val="center"/>
        </w:trPr>
        <w:tc>
          <w:tcPr>
            <w:tcW w:w="2347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22" w:type="dxa"/>
              <w:left w:w="130" w:type="dxa"/>
              <w:bottom w:w="122" w:type="dxa"/>
              <w:right w:w="130" w:type="dxa"/>
            </w:tcMar>
            <w:vAlign w:val="center"/>
          </w:tcPr>
          <w:p w14:paraId="7DBE830E" w14:textId="77777777" w:rsidR="006A4068" w:rsidRDefault="00CE6432">
            <w:pPr>
              <w:spacing w:after="0" w:line="276" w:lineRule="auto"/>
              <w:jc w:val="center"/>
            </w:pPr>
            <w:r>
              <w:rPr>
                <w:sz w:val="25"/>
              </w:rPr>
              <w:t xml:space="preserve">5  </w:t>
            </w:r>
            <w:proofErr w:type="spellStart"/>
            <w:r>
              <w:rPr>
                <w:sz w:val="25"/>
              </w:rPr>
              <w:t>看光線</w:t>
            </w:r>
            <w:proofErr w:type="spellEnd"/>
          </w:p>
        </w:tc>
        <w:tc>
          <w:tcPr>
            <w:tcW w:w="7704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22" w:type="dxa"/>
              <w:left w:w="130" w:type="dxa"/>
              <w:bottom w:w="122" w:type="dxa"/>
              <w:right w:w="130" w:type="dxa"/>
            </w:tcMar>
            <w:vAlign w:val="center"/>
          </w:tcPr>
          <w:p w14:paraId="10B6994A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5"/>
                <w:lang w:eastAsia="zh-TW"/>
              </w:rPr>
              <w:t>注意太暗或逆光；可以換角度，讓主角更清楚。</w:t>
            </w:r>
          </w:p>
        </w:tc>
      </w:tr>
      <w:tr w:rsidR="006A4068" w14:paraId="69963948" w14:textId="77777777">
        <w:trPr>
          <w:cantSplit/>
          <w:jc w:val="center"/>
        </w:trPr>
        <w:tc>
          <w:tcPr>
            <w:tcW w:w="2347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22" w:type="dxa"/>
              <w:left w:w="130" w:type="dxa"/>
              <w:bottom w:w="122" w:type="dxa"/>
              <w:right w:w="130" w:type="dxa"/>
            </w:tcMar>
            <w:vAlign w:val="center"/>
          </w:tcPr>
          <w:p w14:paraId="13A5F4B6" w14:textId="77777777" w:rsidR="006A4068" w:rsidRDefault="00CE6432">
            <w:pPr>
              <w:spacing w:after="0" w:line="276" w:lineRule="auto"/>
              <w:jc w:val="center"/>
            </w:pPr>
            <w:r>
              <w:rPr>
                <w:sz w:val="25"/>
              </w:rPr>
              <w:t xml:space="preserve">6  </w:t>
            </w:r>
            <w:proofErr w:type="spellStart"/>
            <w:r>
              <w:rPr>
                <w:sz w:val="25"/>
              </w:rPr>
              <w:t>放大檢查</w:t>
            </w:r>
            <w:proofErr w:type="spellEnd"/>
          </w:p>
        </w:tc>
        <w:tc>
          <w:tcPr>
            <w:tcW w:w="7704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22" w:type="dxa"/>
              <w:left w:w="130" w:type="dxa"/>
              <w:bottom w:w="122" w:type="dxa"/>
              <w:right w:w="130" w:type="dxa"/>
            </w:tcMar>
            <w:vAlign w:val="center"/>
          </w:tcPr>
          <w:p w14:paraId="60A9B51E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5"/>
                <w:lang w:eastAsia="zh-TW"/>
              </w:rPr>
              <w:t>打開相簿，放大看對焦是否清楚，有沒有裁到重要部分。</w:t>
            </w:r>
          </w:p>
        </w:tc>
      </w:tr>
    </w:tbl>
    <w:p w14:paraId="432062E3" w14:textId="77777777" w:rsidR="006A4068" w:rsidRDefault="00CE6432">
      <w:pPr>
        <w:pStyle w:val="WKSection"/>
        <w:pageBreakBefore/>
      </w:pPr>
      <w:r>
        <w:rPr>
          <w:b w:val="0"/>
        </w:rPr>
        <w:lastRenderedPageBreak/>
        <w:t xml:space="preserve">04  </w:t>
      </w:r>
      <w:proofErr w:type="spellStart"/>
      <w:r>
        <w:rPr>
          <w:b w:val="0"/>
        </w:rPr>
        <w:t>拍壞了怎麼辦</w:t>
      </w:r>
      <w:proofErr w:type="spellEnd"/>
      <w:r>
        <w:rPr>
          <w:b w:val="0"/>
        </w:rPr>
        <w:t>？</w:t>
      </w:r>
    </w:p>
    <w:p w14:paraId="4C7E6F3D" w14:textId="77777777" w:rsidR="006A4068" w:rsidRDefault="00CE6432">
      <w:pPr>
        <w:keepNext/>
        <w:keepLines/>
        <w:spacing w:before="60" w:line="240" w:lineRule="auto"/>
        <w:jc w:val="center"/>
      </w:pPr>
      <w:r>
        <w:rPr>
          <w:noProof/>
        </w:rPr>
        <w:drawing>
          <wp:inline distT="0" distB="0" distL="0" distR="0" wp14:anchorId="5FA1BAC5" wp14:editId="5A86F500">
            <wp:extent cx="5903999" cy="5316861"/>
            <wp:effectExtent l="0" t="0" r="0" b="0"/>
            <wp:docPr id="7" name="Picture 7" descr="四組問題與改善目標：模糊改為清楚、太暗改為看得見、裁切不全改為完整、雜亂背景改為簡單背景。" title="拍壞了？先找原因，再重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攝影常見錯誤修正圖解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5316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E49A8" w14:textId="77777777" w:rsidR="006A4068" w:rsidRDefault="00CE6432">
      <w:pPr>
        <w:keepLines/>
        <w:spacing w:after="100" w:line="252" w:lineRule="auto"/>
        <w:rPr>
          <w:lang w:eastAsia="zh-TW"/>
        </w:rPr>
      </w:pPr>
      <w:r>
        <w:rPr>
          <w:color w:val="426357"/>
          <w:sz w:val="24"/>
          <w:lang w:eastAsia="zh-TW"/>
        </w:rPr>
        <w:t>示意圖：照片模糊、太暗、裁切不完整或背景雜亂時，可依圖調整。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08"/>
        <w:gridCol w:w="7243"/>
      </w:tblGrid>
      <w:tr w:rsidR="006A4068" w14:paraId="54B61CCE" w14:textId="77777777">
        <w:trPr>
          <w:cantSplit/>
          <w:tblHeader/>
          <w:jc w:val="center"/>
        </w:trPr>
        <w:tc>
          <w:tcPr>
            <w:tcW w:w="2808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shd w:val="clear" w:color="auto" w:fill="275F4C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CDC8B58" w14:textId="77777777" w:rsidR="006A4068" w:rsidRDefault="00CE6432">
            <w:pPr>
              <w:spacing w:after="0" w:line="276" w:lineRule="auto"/>
            </w:pPr>
            <w:proofErr w:type="spellStart"/>
            <w:r>
              <w:rPr>
                <w:b/>
                <w:color w:val="FFFFFF"/>
                <w:sz w:val="24"/>
              </w:rPr>
              <w:t>遇到的狀況</w:t>
            </w:r>
            <w:proofErr w:type="spellEnd"/>
          </w:p>
        </w:tc>
        <w:tc>
          <w:tcPr>
            <w:tcW w:w="7243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shd w:val="clear" w:color="auto" w:fill="275F4C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3DA9C96" w14:textId="77777777" w:rsidR="006A4068" w:rsidRDefault="00CE6432">
            <w:pPr>
              <w:spacing w:after="0" w:line="276" w:lineRule="auto"/>
            </w:pPr>
            <w:r>
              <w:rPr>
                <w:b/>
                <w:color w:val="FFFFFF"/>
                <w:sz w:val="24"/>
              </w:rPr>
              <w:t>最先嘗試的改善方式</w:t>
            </w:r>
          </w:p>
        </w:tc>
      </w:tr>
      <w:tr w:rsidR="006A4068" w14:paraId="5553B250" w14:textId="77777777">
        <w:trPr>
          <w:cantSplit/>
          <w:jc w:val="center"/>
        </w:trPr>
        <w:tc>
          <w:tcPr>
            <w:tcW w:w="2808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97BDD68" w14:textId="77777777" w:rsidR="006A4068" w:rsidRDefault="00CE6432">
            <w:pPr>
              <w:spacing w:after="0" w:line="276" w:lineRule="auto"/>
              <w:jc w:val="center"/>
            </w:pPr>
            <w:r>
              <w:rPr>
                <w:sz w:val="25"/>
              </w:rPr>
              <w:t>照片糊糊的</w:t>
            </w:r>
          </w:p>
        </w:tc>
        <w:tc>
          <w:tcPr>
            <w:tcW w:w="7243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FE9BF10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5"/>
                <w:lang w:eastAsia="zh-TW"/>
              </w:rPr>
              <w:t>雙手穩住或靠桌子支撐，再拍一張。</w:t>
            </w:r>
          </w:p>
        </w:tc>
      </w:tr>
      <w:tr w:rsidR="006A4068" w14:paraId="6CD45B3D" w14:textId="77777777">
        <w:trPr>
          <w:cantSplit/>
          <w:jc w:val="center"/>
        </w:trPr>
        <w:tc>
          <w:tcPr>
            <w:tcW w:w="2808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6EC7751" w14:textId="77777777" w:rsidR="006A4068" w:rsidRDefault="00CE6432">
            <w:pPr>
              <w:spacing w:after="0" w:line="276" w:lineRule="auto"/>
              <w:jc w:val="center"/>
            </w:pPr>
            <w:proofErr w:type="spellStart"/>
            <w:r>
              <w:rPr>
                <w:sz w:val="25"/>
              </w:rPr>
              <w:t>主角太黑</w:t>
            </w:r>
            <w:proofErr w:type="spellEnd"/>
          </w:p>
        </w:tc>
        <w:tc>
          <w:tcPr>
            <w:tcW w:w="7243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8AA0025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5"/>
                <w:lang w:eastAsia="zh-TW"/>
              </w:rPr>
              <w:t>避開正面逆光，換個拍攝方向。</w:t>
            </w:r>
          </w:p>
        </w:tc>
      </w:tr>
      <w:tr w:rsidR="006A4068" w14:paraId="05D97AD7" w14:textId="77777777">
        <w:trPr>
          <w:cantSplit/>
          <w:jc w:val="center"/>
        </w:trPr>
        <w:tc>
          <w:tcPr>
            <w:tcW w:w="2808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9BD1E29" w14:textId="77777777" w:rsidR="006A4068" w:rsidRDefault="00CE6432">
            <w:pPr>
              <w:spacing w:after="0" w:line="276" w:lineRule="auto"/>
              <w:jc w:val="center"/>
            </w:pPr>
            <w:proofErr w:type="spellStart"/>
            <w:r>
              <w:rPr>
                <w:sz w:val="25"/>
              </w:rPr>
              <w:t>背景太亂</w:t>
            </w:r>
            <w:proofErr w:type="spellEnd"/>
          </w:p>
        </w:tc>
        <w:tc>
          <w:tcPr>
            <w:tcW w:w="7243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73ACD0E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5"/>
                <w:lang w:eastAsia="zh-TW"/>
              </w:rPr>
              <w:t>移動拍攝角度，避開不相關物品。</w:t>
            </w:r>
          </w:p>
        </w:tc>
      </w:tr>
      <w:tr w:rsidR="006A4068" w14:paraId="7066D794" w14:textId="77777777">
        <w:trPr>
          <w:cantSplit/>
          <w:jc w:val="center"/>
        </w:trPr>
        <w:tc>
          <w:tcPr>
            <w:tcW w:w="2808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34A3B0A" w14:textId="77777777" w:rsidR="006A4068" w:rsidRDefault="00CE6432">
            <w:pPr>
              <w:spacing w:after="0" w:line="276" w:lineRule="auto"/>
              <w:jc w:val="center"/>
            </w:pPr>
            <w:proofErr w:type="spellStart"/>
            <w:r>
              <w:rPr>
                <w:sz w:val="25"/>
              </w:rPr>
              <w:t>主角被切掉</w:t>
            </w:r>
            <w:proofErr w:type="spellEnd"/>
          </w:p>
        </w:tc>
        <w:tc>
          <w:tcPr>
            <w:tcW w:w="7243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1C79332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5"/>
                <w:lang w:eastAsia="zh-TW"/>
              </w:rPr>
              <w:t>稍微退後一點，重新確認四周邊緣。</w:t>
            </w:r>
          </w:p>
        </w:tc>
      </w:tr>
    </w:tbl>
    <w:p w14:paraId="3469479F" w14:textId="77777777" w:rsidR="006A4068" w:rsidRDefault="00CE6432">
      <w:pPr>
        <w:pStyle w:val="WKSection"/>
        <w:pageBreakBefore/>
        <w:rPr>
          <w:lang w:eastAsia="zh-TW"/>
        </w:rPr>
      </w:pPr>
      <w:r>
        <w:rPr>
          <w:b w:val="0"/>
          <w:lang w:eastAsia="zh-TW"/>
        </w:rPr>
        <w:lastRenderedPageBreak/>
        <w:t xml:space="preserve">05  </w:t>
      </w:r>
      <w:r>
        <w:rPr>
          <w:b w:val="0"/>
          <w:lang w:eastAsia="zh-TW"/>
        </w:rPr>
        <w:t>拍照時最重要的安全與隱私</w:t>
      </w:r>
    </w:p>
    <w:p w14:paraId="45ED662B" w14:textId="77777777" w:rsidR="006A4068" w:rsidRDefault="00CE6432">
      <w:pPr>
        <w:spacing w:after="100"/>
        <w:ind w:left="230"/>
        <w:rPr>
          <w:lang w:eastAsia="zh-TW"/>
        </w:rPr>
      </w:pPr>
      <w:r>
        <w:rPr>
          <w:lang w:eastAsia="zh-TW"/>
        </w:rPr>
        <w:t xml:space="preserve">□  </w:t>
      </w:r>
      <w:r>
        <w:rPr>
          <w:lang w:eastAsia="zh-TW"/>
        </w:rPr>
        <w:t>不要站到車道上拍照；不進入鐵道、工地或私人場域。</w:t>
      </w:r>
    </w:p>
    <w:p w14:paraId="3F755D6F" w14:textId="77777777" w:rsidR="006A4068" w:rsidRDefault="00CE6432">
      <w:pPr>
        <w:spacing w:after="100"/>
        <w:ind w:left="230"/>
        <w:rPr>
          <w:lang w:eastAsia="zh-TW"/>
        </w:rPr>
      </w:pPr>
      <w:r>
        <w:rPr>
          <w:lang w:eastAsia="zh-TW"/>
        </w:rPr>
        <w:t xml:space="preserve">□  </w:t>
      </w:r>
      <w:r>
        <w:rPr>
          <w:lang w:eastAsia="zh-TW"/>
        </w:rPr>
        <w:t>避免拍到陌生人的清楚臉部、車牌、住址或文件個資。</w:t>
      </w:r>
    </w:p>
    <w:p w14:paraId="148E2EB0" w14:textId="77777777" w:rsidR="006A4068" w:rsidRDefault="00CE6432">
      <w:pPr>
        <w:spacing w:after="100"/>
        <w:ind w:left="230"/>
        <w:rPr>
          <w:lang w:eastAsia="zh-TW"/>
        </w:rPr>
      </w:pPr>
      <w:r>
        <w:rPr>
          <w:lang w:eastAsia="zh-TW"/>
        </w:rPr>
        <w:t xml:space="preserve">□  </w:t>
      </w:r>
      <w:r>
        <w:rPr>
          <w:lang w:eastAsia="zh-TW"/>
        </w:rPr>
        <w:t>拍到他人的照片，不代表已取得公開或轉傳同意。</w:t>
      </w:r>
    </w:p>
    <w:p w14:paraId="2DA1D4BB" w14:textId="77777777" w:rsidR="006A4068" w:rsidRDefault="00CE6432">
      <w:pPr>
        <w:keepNext/>
        <w:keepLines/>
        <w:spacing w:before="60" w:line="240" w:lineRule="auto"/>
        <w:jc w:val="center"/>
      </w:pPr>
      <w:r>
        <w:rPr>
          <w:noProof/>
        </w:rPr>
        <w:drawing>
          <wp:inline distT="0" distB="0" distL="0" distR="0" wp14:anchorId="0671EE40" wp14:editId="5BCDBA48">
            <wp:extent cx="5903999" cy="4852044"/>
            <wp:effectExtent l="0" t="0" r="0" b="0"/>
            <wp:docPr id="6" name="Picture 6" descr="安全與隱私：在安全範圍拍攝，不站車道、不進鐵道、工地或私人場域；檢查他人肖像、車牌、住址與文件，未確認公開同意不公開。" title="拍照先顧安全，也要尊重隱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攝影安全與尊重指南_inf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4852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AC5A7" w14:textId="77777777" w:rsidR="006A4068" w:rsidRDefault="00CE6432">
      <w:pPr>
        <w:keepLines/>
        <w:spacing w:after="100" w:line="252" w:lineRule="auto"/>
        <w:rPr>
          <w:lang w:eastAsia="zh-TW"/>
        </w:rPr>
      </w:pPr>
      <w:r>
        <w:rPr>
          <w:color w:val="426357"/>
          <w:sz w:val="24"/>
          <w:lang w:eastAsia="zh-TW"/>
        </w:rPr>
        <w:t>示意圖：拍照時要注意安全，也要尊重他人隱私與公開權限。</w:t>
      </w:r>
    </w:p>
    <w:p w14:paraId="7F2D6896" w14:textId="77777777" w:rsidR="006A4068" w:rsidRDefault="00CE6432">
      <w:pPr>
        <w:pStyle w:val="WKSmall"/>
        <w:keepNext/>
        <w:pageBreakBefore/>
        <w:spacing w:after="40"/>
        <w:rPr>
          <w:lang w:eastAsia="zh-TW"/>
        </w:rPr>
      </w:pPr>
      <w:r>
        <w:rPr>
          <w:lang w:eastAsia="zh-TW"/>
        </w:rPr>
        <w:lastRenderedPageBreak/>
        <w:t>課堂實作</w:t>
      </w:r>
    </w:p>
    <w:p w14:paraId="0C12494B" w14:textId="77777777" w:rsidR="006A4068" w:rsidRDefault="00CE6432">
      <w:pPr>
        <w:pStyle w:val="WKSection"/>
        <w:rPr>
          <w:lang w:eastAsia="zh-TW"/>
        </w:rPr>
      </w:pPr>
      <w:r>
        <w:rPr>
          <w:b w:val="0"/>
          <w:lang w:eastAsia="zh-TW"/>
        </w:rPr>
        <w:t>先拍</w:t>
      </w:r>
      <w:r>
        <w:rPr>
          <w:b w:val="0"/>
          <w:lang w:eastAsia="zh-TW"/>
        </w:rPr>
        <w:t xml:space="preserve"> 6 </w:t>
      </w:r>
      <w:r>
        <w:rPr>
          <w:b w:val="0"/>
          <w:lang w:eastAsia="zh-TW"/>
        </w:rPr>
        <w:t>張，再選</w:t>
      </w:r>
      <w:r>
        <w:rPr>
          <w:b w:val="0"/>
          <w:lang w:eastAsia="zh-TW"/>
        </w:rPr>
        <w:t xml:space="preserve"> 3 </w:t>
      </w:r>
      <w:r>
        <w:rPr>
          <w:b w:val="0"/>
          <w:lang w:eastAsia="zh-TW"/>
        </w:rPr>
        <w:t>張</w:t>
      </w:r>
    </w:p>
    <w:p w14:paraId="34926D08" w14:textId="77777777" w:rsidR="006A4068" w:rsidRDefault="00CE6432">
      <w:pPr>
        <w:pStyle w:val="WKSmall"/>
        <w:rPr>
          <w:lang w:eastAsia="zh-TW"/>
        </w:rPr>
      </w:pPr>
      <w:r>
        <w:rPr>
          <w:lang w:eastAsia="zh-TW"/>
        </w:rPr>
        <w:t>依教案：先規劃</w:t>
      </w:r>
      <w:r>
        <w:rPr>
          <w:lang w:eastAsia="zh-TW"/>
        </w:rPr>
        <w:t xml:space="preserve"> 10 </w:t>
      </w:r>
      <w:r>
        <w:rPr>
          <w:lang w:eastAsia="zh-TW"/>
        </w:rPr>
        <w:t>分鐘，拍攝</w:t>
      </w:r>
      <w:r>
        <w:rPr>
          <w:lang w:eastAsia="zh-TW"/>
        </w:rPr>
        <w:t xml:space="preserve"> 15 </w:t>
      </w:r>
      <w:r>
        <w:rPr>
          <w:lang w:eastAsia="zh-TW"/>
        </w:rPr>
        <w:t>分鐘，挑選</w:t>
      </w:r>
      <w:r>
        <w:rPr>
          <w:lang w:eastAsia="zh-TW"/>
        </w:rPr>
        <w:t xml:space="preserve"> 10 </w:t>
      </w:r>
      <w:r>
        <w:rPr>
          <w:lang w:eastAsia="zh-TW"/>
        </w:rPr>
        <w:t>分鐘，最後花</w:t>
      </w:r>
      <w:r>
        <w:rPr>
          <w:lang w:eastAsia="zh-TW"/>
        </w:rPr>
        <w:t xml:space="preserve"> 10 </w:t>
      </w:r>
      <w:r>
        <w:rPr>
          <w:lang w:eastAsia="zh-TW"/>
        </w:rPr>
        <w:t>分鐘填寫素材紀錄。</w:t>
      </w:r>
    </w:p>
    <w:p w14:paraId="706D9AE1" w14:textId="77777777" w:rsidR="006A4068" w:rsidRDefault="00CE6432">
      <w:pPr>
        <w:keepNext/>
        <w:keepLines/>
        <w:spacing w:before="60" w:line="240" w:lineRule="auto"/>
        <w:jc w:val="center"/>
      </w:pPr>
      <w:r>
        <w:rPr>
          <w:noProof/>
        </w:rPr>
        <w:drawing>
          <wp:inline distT="0" distB="0" distL="0" distR="0" wp14:anchorId="7E703C5C" wp14:editId="32C89E51">
            <wp:extent cx="5903999" cy="4525856"/>
            <wp:effectExtent l="0" t="0" r="0" b="0"/>
            <wp:docPr id="5" name="Picture 5" descr="課堂實作：規劃10分、拍攝15分、挑選10分、紀錄10分；全景、中景、細節各拍兩張，再各選一張。" title="課堂實作｜先拍 6 張，再選 3 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攝影流程_規劃_拍攝與精選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4525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B94D0" w14:textId="77777777" w:rsidR="006A4068" w:rsidRDefault="00CE6432">
      <w:pPr>
        <w:keepLines/>
        <w:spacing w:after="100" w:line="252" w:lineRule="auto"/>
        <w:rPr>
          <w:lang w:eastAsia="zh-TW"/>
        </w:rPr>
      </w:pPr>
      <w:r>
        <w:rPr>
          <w:color w:val="426357"/>
          <w:sz w:val="24"/>
          <w:lang w:eastAsia="zh-TW"/>
        </w:rPr>
        <w:t>示意圖：先規劃、再拍攝，最後從六張照片選出三張代表作品。</w:t>
      </w:r>
    </w:p>
    <w:p w14:paraId="7DE8B8C4" w14:textId="77777777" w:rsidR="006A4068" w:rsidRDefault="00CE6432">
      <w:pPr>
        <w:pStyle w:val="WKSection"/>
        <w:pageBreakBefore/>
        <w:rPr>
          <w:lang w:eastAsia="zh-TW"/>
        </w:rPr>
      </w:pPr>
      <w:r>
        <w:rPr>
          <w:b w:val="0"/>
          <w:lang w:eastAsia="zh-TW"/>
        </w:rPr>
        <w:lastRenderedPageBreak/>
        <w:t>步驟</w:t>
      </w:r>
      <w:r>
        <w:rPr>
          <w:b w:val="0"/>
          <w:lang w:eastAsia="zh-TW"/>
        </w:rPr>
        <w:t xml:space="preserve"> 1</w:t>
      </w:r>
      <w:r>
        <w:rPr>
          <w:b w:val="0"/>
          <w:lang w:eastAsia="zh-TW"/>
        </w:rPr>
        <w:t>｜想好要拍哪三種畫面（</w:t>
      </w:r>
      <w:r>
        <w:rPr>
          <w:b w:val="0"/>
          <w:lang w:eastAsia="zh-TW"/>
        </w:rPr>
        <w:t xml:space="preserve">10 </w:t>
      </w:r>
      <w:r>
        <w:rPr>
          <w:b w:val="0"/>
          <w:lang w:eastAsia="zh-TW"/>
        </w:rPr>
        <w:t>分鐘）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7675"/>
      </w:tblGrid>
      <w:tr w:rsidR="006A4068" w14:paraId="20C9159A" w14:textId="77777777">
        <w:trPr>
          <w:cantSplit/>
          <w:tblHeader/>
          <w:jc w:val="center"/>
        </w:trPr>
        <w:tc>
          <w:tcPr>
            <w:tcW w:w="2376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shd w:val="clear" w:color="auto" w:fill="275F4C"/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640522CC" w14:textId="77777777" w:rsidR="006A4068" w:rsidRDefault="00CE6432">
            <w:pPr>
              <w:spacing w:after="0" w:line="276" w:lineRule="auto"/>
            </w:pPr>
            <w:proofErr w:type="spellStart"/>
            <w:r>
              <w:rPr>
                <w:b/>
                <w:color w:val="FFFFFF"/>
                <w:sz w:val="24"/>
              </w:rPr>
              <w:t>我要拍的畫面</w:t>
            </w:r>
            <w:proofErr w:type="spellEnd"/>
          </w:p>
        </w:tc>
        <w:tc>
          <w:tcPr>
            <w:tcW w:w="7675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shd w:val="clear" w:color="auto" w:fill="275F4C"/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3414E605" w14:textId="77777777" w:rsidR="006A4068" w:rsidRDefault="00CE6432">
            <w:pPr>
              <w:spacing w:after="0" w:line="276" w:lineRule="auto"/>
            </w:pPr>
            <w:r>
              <w:rPr>
                <w:b/>
                <w:color w:val="FFFFFF"/>
                <w:sz w:val="24"/>
              </w:rPr>
              <w:t>我打算拍什麼？</w:t>
            </w:r>
          </w:p>
        </w:tc>
      </w:tr>
      <w:tr w:rsidR="006A4068" w14:paraId="15B6C105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5D4E68DF" w14:textId="77777777" w:rsidR="006A4068" w:rsidRDefault="00CE6432">
            <w:pPr>
              <w:spacing w:after="0" w:line="276" w:lineRule="auto"/>
              <w:jc w:val="center"/>
            </w:pPr>
            <w:r>
              <w:rPr>
                <w:sz w:val="25"/>
              </w:rPr>
              <w:t>全景｜環境</w:t>
            </w:r>
          </w:p>
        </w:tc>
        <w:tc>
          <w:tcPr>
            <w:tcW w:w="7675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241A0822" w14:textId="77777777" w:rsidR="006A4068" w:rsidRDefault="00CE6432">
            <w:pPr>
              <w:spacing w:after="0" w:line="276" w:lineRule="auto"/>
            </w:pPr>
            <w:r>
              <w:rPr>
                <w:sz w:val="25"/>
              </w:rPr>
              <w:t>________________________________________________</w:t>
            </w:r>
          </w:p>
        </w:tc>
      </w:tr>
      <w:tr w:rsidR="006A4068" w14:paraId="6B6F826D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1F1786EE" w14:textId="77777777" w:rsidR="006A4068" w:rsidRDefault="00CE6432">
            <w:pPr>
              <w:spacing w:after="0" w:line="276" w:lineRule="auto"/>
              <w:jc w:val="center"/>
            </w:pPr>
            <w:r>
              <w:rPr>
                <w:sz w:val="25"/>
              </w:rPr>
              <w:t>中景｜主角</w:t>
            </w:r>
          </w:p>
        </w:tc>
        <w:tc>
          <w:tcPr>
            <w:tcW w:w="7675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64A00F15" w14:textId="77777777" w:rsidR="006A4068" w:rsidRDefault="00CE6432">
            <w:pPr>
              <w:spacing w:after="0" w:line="276" w:lineRule="auto"/>
            </w:pPr>
            <w:r>
              <w:rPr>
                <w:sz w:val="25"/>
              </w:rPr>
              <w:t>________________________________________________</w:t>
            </w:r>
          </w:p>
        </w:tc>
      </w:tr>
      <w:tr w:rsidR="006A4068" w14:paraId="3831D301" w14:textId="77777777">
        <w:trPr>
          <w:cantSplit/>
          <w:jc w:val="center"/>
        </w:trPr>
        <w:tc>
          <w:tcPr>
            <w:tcW w:w="2376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2FEB7BB8" w14:textId="77777777" w:rsidR="006A4068" w:rsidRDefault="00CE6432">
            <w:pPr>
              <w:spacing w:after="0" w:line="276" w:lineRule="auto"/>
              <w:jc w:val="center"/>
            </w:pPr>
            <w:r>
              <w:rPr>
                <w:sz w:val="25"/>
              </w:rPr>
              <w:t>細節｜重點</w:t>
            </w:r>
          </w:p>
        </w:tc>
        <w:tc>
          <w:tcPr>
            <w:tcW w:w="7675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50" w:type="dxa"/>
              <w:left w:w="130" w:type="dxa"/>
              <w:bottom w:w="150" w:type="dxa"/>
              <w:right w:w="130" w:type="dxa"/>
            </w:tcMar>
            <w:vAlign w:val="center"/>
          </w:tcPr>
          <w:p w14:paraId="77F61FE0" w14:textId="77777777" w:rsidR="006A4068" w:rsidRDefault="00CE6432">
            <w:pPr>
              <w:spacing w:after="0" w:line="276" w:lineRule="auto"/>
            </w:pPr>
            <w:r>
              <w:rPr>
                <w:sz w:val="25"/>
              </w:rPr>
              <w:t>________________________________________________</w:t>
            </w:r>
          </w:p>
        </w:tc>
      </w:tr>
    </w:tbl>
    <w:p w14:paraId="6A78A64D" w14:textId="77777777" w:rsidR="006A4068" w:rsidRDefault="00CE6432">
      <w:pPr>
        <w:pStyle w:val="WKSection"/>
        <w:rPr>
          <w:lang w:eastAsia="zh-TW"/>
        </w:rPr>
      </w:pPr>
      <w:r>
        <w:rPr>
          <w:b w:val="0"/>
          <w:lang w:eastAsia="zh-TW"/>
        </w:rPr>
        <w:t>步驟</w:t>
      </w:r>
      <w:r>
        <w:rPr>
          <w:b w:val="0"/>
          <w:lang w:eastAsia="zh-TW"/>
        </w:rPr>
        <w:t xml:space="preserve"> 2</w:t>
      </w:r>
      <w:r>
        <w:rPr>
          <w:b w:val="0"/>
          <w:lang w:eastAsia="zh-TW"/>
        </w:rPr>
        <w:t>｜各拍兩張（</w:t>
      </w:r>
      <w:r>
        <w:rPr>
          <w:b w:val="0"/>
          <w:lang w:eastAsia="zh-TW"/>
        </w:rPr>
        <w:t xml:space="preserve">15 </w:t>
      </w:r>
      <w:r>
        <w:rPr>
          <w:b w:val="0"/>
          <w:lang w:eastAsia="zh-TW"/>
        </w:rPr>
        <w:t>分鐘）</w:t>
      </w:r>
    </w:p>
    <w:p w14:paraId="3190C91E" w14:textId="77777777" w:rsidR="006A4068" w:rsidRDefault="00CE6432">
      <w:pPr>
        <w:spacing w:after="40"/>
      </w:pPr>
      <w:r>
        <w:t xml:space="preserve">□ </w:t>
      </w:r>
      <w:proofErr w:type="spellStart"/>
      <w:r>
        <w:t>全景</w:t>
      </w:r>
      <w:proofErr w:type="spellEnd"/>
      <w:r>
        <w:t xml:space="preserve"> A   □ </w:t>
      </w:r>
      <w:proofErr w:type="spellStart"/>
      <w:r>
        <w:t>全景</w:t>
      </w:r>
      <w:proofErr w:type="spellEnd"/>
      <w:r>
        <w:t xml:space="preserve"> B     □ </w:t>
      </w:r>
      <w:r>
        <w:t>中景</w:t>
      </w:r>
      <w:r>
        <w:t xml:space="preserve"> A   □ </w:t>
      </w:r>
      <w:r>
        <w:t>中景</w:t>
      </w:r>
      <w:r>
        <w:t xml:space="preserve"> B     □ </w:t>
      </w:r>
      <w:r>
        <w:t>細節</w:t>
      </w:r>
      <w:r>
        <w:t xml:space="preserve"> A   □ </w:t>
      </w:r>
      <w:r>
        <w:t>細節</w:t>
      </w:r>
      <w:r>
        <w:t xml:space="preserve"> B</w:t>
      </w:r>
    </w:p>
    <w:p w14:paraId="1A804204" w14:textId="77777777" w:rsidR="006A4068" w:rsidRDefault="00CE6432">
      <w:pPr>
        <w:pStyle w:val="WKSmall"/>
      </w:pPr>
      <w:r>
        <w:t>移動手機位置或改變距離試試看；不要只依賴數位放大。</w:t>
      </w:r>
    </w:p>
    <w:p w14:paraId="45715D2F" w14:textId="77777777" w:rsidR="006A4068" w:rsidRDefault="00CE6432">
      <w:pPr>
        <w:pStyle w:val="WKSection"/>
        <w:rPr>
          <w:lang w:eastAsia="zh-TW"/>
        </w:rPr>
      </w:pPr>
      <w:r>
        <w:rPr>
          <w:b w:val="0"/>
          <w:lang w:eastAsia="zh-TW"/>
        </w:rPr>
        <w:t>步驟</w:t>
      </w:r>
      <w:r>
        <w:rPr>
          <w:b w:val="0"/>
          <w:lang w:eastAsia="zh-TW"/>
        </w:rPr>
        <w:t xml:space="preserve"> 3</w:t>
      </w:r>
      <w:r>
        <w:rPr>
          <w:b w:val="0"/>
          <w:lang w:eastAsia="zh-TW"/>
        </w:rPr>
        <w:t>｜從六張選出三張（</w:t>
      </w:r>
      <w:r>
        <w:rPr>
          <w:b w:val="0"/>
          <w:lang w:eastAsia="zh-TW"/>
        </w:rPr>
        <w:t xml:space="preserve">10 </w:t>
      </w:r>
      <w:r>
        <w:rPr>
          <w:b w:val="0"/>
          <w:lang w:eastAsia="zh-TW"/>
        </w:rPr>
        <w:t>分鐘）</w:t>
      </w:r>
    </w:p>
    <w:p w14:paraId="2910A3BA" w14:textId="77777777" w:rsidR="006A4068" w:rsidRDefault="00CE6432">
      <w:pPr>
        <w:pStyle w:val="WKSmall"/>
        <w:rPr>
          <w:lang w:eastAsia="zh-TW"/>
        </w:rPr>
      </w:pPr>
      <w:r>
        <w:rPr>
          <w:lang w:eastAsia="zh-TW"/>
        </w:rPr>
        <w:t>打開相簿並放大檢查。每種景別選出一張最清楚、最能說明故事的照片。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86"/>
        <w:gridCol w:w="1858"/>
        <w:gridCol w:w="2059"/>
        <w:gridCol w:w="2189"/>
        <w:gridCol w:w="2059"/>
      </w:tblGrid>
      <w:tr w:rsidR="006A4068" w14:paraId="2E9A5F5F" w14:textId="77777777">
        <w:trPr>
          <w:cantSplit/>
          <w:tblHeader/>
          <w:jc w:val="center"/>
        </w:trPr>
        <w:tc>
          <w:tcPr>
            <w:tcW w:w="1886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shd w:val="clear" w:color="auto" w:fill="275F4C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E65CD44" w14:textId="77777777" w:rsidR="006A4068" w:rsidRDefault="00CE6432">
            <w:pPr>
              <w:spacing w:after="0" w:line="276" w:lineRule="auto"/>
            </w:pPr>
            <w:proofErr w:type="spellStart"/>
            <w:r>
              <w:rPr>
                <w:b/>
                <w:color w:val="FFFFFF"/>
                <w:sz w:val="24"/>
              </w:rPr>
              <w:t>最後選的</w:t>
            </w:r>
            <w:proofErr w:type="spellEnd"/>
          </w:p>
        </w:tc>
        <w:tc>
          <w:tcPr>
            <w:tcW w:w="1858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shd w:val="clear" w:color="auto" w:fill="275F4C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2809A79" w14:textId="77777777" w:rsidR="006A4068" w:rsidRDefault="00CE6432">
            <w:pPr>
              <w:spacing w:after="0" w:line="276" w:lineRule="auto"/>
            </w:pPr>
            <w:r>
              <w:rPr>
                <w:b/>
                <w:color w:val="FFFFFF"/>
                <w:sz w:val="24"/>
              </w:rPr>
              <w:t>是否清楚？</w:t>
            </w:r>
          </w:p>
        </w:tc>
        <w:tc>
          <w:tcPr>
            <w:tcW w:w="2059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shd w:val="clear" w:color="auto" w:fill="275F4C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AB2D5AB" w14:textId="77777777" w:rsidR="006A4068" w:rsidRDefault="00CE6432">
            <w:pPr>
              <w:spacing w:after="0" w:line="276" w:lineRule="auto"/>
            </w:pPr>
            <w:r>
              <w:rPr>
                <w:b/>
                <w:color w:val="FFFFFF"/>
                <w:sz w:val="24"/>
              </w:rPr>
              <w:t>光線可看？</w:t>
            </w:r>
          </w:p>
        </w:tc>
        <w:tc>
          <w:tcPr>
            <w:tcW w:w="2189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shd w:val="clear" w:color="auto" w:fill="275F4C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9BBE66C" w14:textId="77777777" w:rsidR="006A4068" w:rsidRDefault="00CE6432">
            <w:pPr>
              <w:spacing w:after="0" w:line="276" w:lineRule="auto"/>
            </w:pPr>
            <w:r>
              <w:rPr>
                <w:b/>
                <w:color w:val="FFFFFF"/>
                <w:sz w:val="24"/>
              </w:rPr>
              <w:t>背景適當？</w:t>
            </w:r>
          </w:p>
        </w:tc>
        <w:tc>
          <w:tcPr>
            <w:tcW w:w="2059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shd w:val="clear" w:color="auto" w:fill="275F4C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883AD41" w14:textId="77777777" w:rsidR="006A4068" w:rsidRDefault="00CE6432">
            <w:pPr>
              <w:spacing w:after="0" w:line="276" w:lineRule="auto"/>
            </w:pPr>
            <w:r>
              <w:rPr>
                <w:b/>
                <w:color w:val="FFFFFF"/>
                <w:sz w:val="24"/>
              </w:rPr>
              <w:t>沒切到主角？</w:t>
            </w:r>
          </w:p>
        </w:tc>
      </w:tr>
      <w:tr w:rsidR="006A4068" w14:paraId="755B708F" w14:textId="77777777">
        <w:trPr>
          <w:cantSplit/>
          <w:jc w:val="center"/>
        </w:trPr>
        <w:tc>
          <w:tcPr>
            <w:tcW w:w="1886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349814C" w14:textId="77777777" w:rsidR="006A4068" w:rsidRDefault="00CE6432">
            <w:pPr>
              <w:spacing w:after="0" w:line="276" w:lineRule="auto"/>
              <w:jc w:val="center"/>
            </w:pPr>
            <w:r>
              <w:rPr>
                <w:sz w:val="24"/>
              </w:rPr>
              <w:t>全景</w:t>
            </w:r>
          </w:p>
        </w:tc>
        <w:tc>
          <w:tcPr>
            <w:tcW w:w="1858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5F22CE1" w14:textId="77777777" w:rsidR="006A4068" w:rsidRDefault="00CE6432">
            <w:pPr>
              <w:spacing w:after="0" w:line="276" w:lineRule="auto"/>
            </w:pPr>
            <w:r>
              <w:rPr>
                <w:sz w:val="24"/>
              </w:rPr>
              <w:t>□</w:t>
            </w:r>
          </w:p>
        </w:tc>
        <w:tc>
          <w:tcPr>
            <w:tcW w:w="2059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6B09FB6" w14:textId="77777777" w:rsidR="006A4068" w:rsidRDefault="00CE6432">
            <w:pPr>
              <w:spacing w:after="0" w:line="276" w:lineRule="auto"/>
            </w:pPr>
            <w:r>
              <w:rPr>
                <w:sz w:val="24"/>
              </w:rPr>
              <w:t>□</w:t>
            </w:r>
          </w:p>
        </w:tc>
        <w:tc>
          <w:tcPr>
            <w:tcW w:w="2189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0EBD925" w14:textId="77777777" w:rsidR="006A4068" w:rsidRDefault="00CE6432">
            <w:pPr>
              <w:spacing w:after="0" w:line="276" w:lineRule="auto"/>
            </w:pPr>
            <w:r>
              <w:rPr>
                <w:sz w:val="24"/>
              </w:rPr>
              <w:t>□</w:t>
            </w:r>
          </w:p>
        </w:tc>
        <w:tc>
          <w:tcPr>
            <w:tcW w:w="2059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2F6139E" w14:textId="77777777" w:rsidR="006A4068" w:rsidRDefault="00CE6432">
            <w:pPr>
              <w:spacing w:after="0" w:line="276" w:lineRule="auto"/>
            </w:pPr>
            <w:r>
              <w:rPr>
                <w:sz w:val="24"/>
              </w:rPr>
              <w:t>□</w:t>
            </w:r>
          </w:p>
        </w:tc>
      </w:tr>
      <w:tr w:rsidR="006A4068" w14:paraId="3B27785C" w14:textId="77777777">
        <w:trPr>
          <w:cantSplit/>
          <w:jc w:val="center"/>
        </w:trPr>
        <w:tc>
          <w:tcPr>
            <w:tcW w:w="1886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FFA07D2" w14:textId="77777777" w:rsidR="006A4068" w:rsidRDefault="00CE6432">
            <w:pPr>
              <w:spacing w:after="0" w:line="276" w:lineRule="auto"/>
              <w:jc w:val="center"/>
            </w:pPr>
            <w:r>
              <w:rPr>
                <w:sz w:val="24"/>
              </w:rPr>
              <w:t>中景</w:t>
            </w:r>
          </w:p>
        </w:tc>
        <w:tc>
          <w:tcPr>
            <w:tcW w:w="1858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60AF674" w14:textId="77777777" w:rsidR="006A4068" w:rsidRDefault="00CE6432">
            <w:pPr>
              <w:spacing w:after="0" w:line="276" w:lineRule="auto"/>
            </w:pPr>
            <w:r>
              <w:rPr>
                <w:sz w:val="24"/>
              </w:rPr>
              <w:t>□</w:t>
            </w:r>
          </w:p>
        </w:tc>
        <w:tc>
          <w:tcPr>
            <w:tcW w:w="2059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D9DA0F3" w14:textId="77777777" w:rsidR="006A4068" w:rsidRDefault="00CE6432">
            <w:pPr>
              <w:spacing w:after="0" w:line="276" w:lineRule="auto"/>
            </w:pPr>
            <w:r>
              <w:rPr>
                <w:sz w:val="24"/>
              </w:rPr>
              <w:t>□</w:t>
            </w:r>
          </w:p>
        </w:tc>
        <w:tc>
          <w:tcPr>
            <w:tcW w:w="2189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33457D5" w14:textId="77777777" w:rsidR="006A4068" w:rsidRDefault="00CE6432">
            <w:pPr>
              <w:spacing w:after="0" w:line="276" w:lineRule="auto"/>
            </w:pPr>
            <w:r>
              <w:rPr>
                <w:sz w:val="24"/>
              </w:rPr>
              <w:t>□</w:t>
            </w:r>
          </w:p>
        </w:tc>
        <w:tc>
          <w:tcPr>
            <w:tcW w:w="2059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A1A39C7" w14:textId="77777777" w:rsidR="006A4068" w:rsidRDefault="00CE6432">
            <w:pPr>
              <w:spacing w:after="0" w:line="276" w:lineRule="auto"/>
            </w:pPr>
            <w:r>
              <w:rPr>
                <w:sz w:val="24"/>
              </w:rPr>
              <w:t>□</w:t>
            </w:r>
          </w:p>
        </w:tc>
      </w:tr>
      <w:tr w:rsidR="006A4068" w14:paraId="0EAE24A7" w14:textId="77777777">
        <w:trPr>
          <w:cantSplit/>
          <w:jc w:val="center"/>
        </w:trPr>
        <w:tc>
          <w:tcPr>
            <w:tcW w:w="1886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4413EEE" w14:textId="77777777" w:rsidR="006A4068" w:rsidRDefault="00CE6432">
            <w:pPr>
              <w:spacing w:after="0" w:line="276" w:lineRule="auto"/>
              <w:jc w:val="center"/>
            </w:pPr>
            <w:r>
              <w:rPr>
                <w:sz w:val="24"/>
              </w:rPr>
              <w:t>細節</w:t>
            </w:r>
          </w:p>
        </w:tc>
        <w:tc>
          <w:tcPr>
            <w:tcW w:w="1858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61824AE" w14:textId="77777777" w:rsidR="006A4068" w:rsidRDefault="00CE6432">
            <w:pPr>
              <w:spacing w:after="0" w:line="276" w:lineRule="auto"/>
            </w:pPr>
            <w:r>
              <w:rPr>
                <w:sz w:val="24"/>
              </w:rPr>
              <w:t>□</w:t>
            </w:r>
          </w:p>
        </w:tc>
        <w:tc>
          <w:tcPr>
            <w:tcW w:w="2059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743D032" w14:textId="77777777" w:rsidR="006A4068" w:rsidRDefault="00CE6432">
            <w:pPr>
              <w:spacing w:after="0" w:line="276" w:lineRule="auto"/>
            </w:pPr>
            <w:r>
              <w:rPr>
                <w:sz w:val="24"/>
              </w:rPr>
              <w:t>□</w:t>
            </w:r>
          </w:p>
        </w:tc>
        <w:tc>
          <w:tcPr>
            <w:tcW w:w="2189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F96F5B7" w14:textId="77777777" w:rsidR="006A4068" w:rsidRDefault="00CE6432">
            <w:pPr>
              <w:spacing w:after="0" w:line="276" w:lineRule="auto"/>
            </w:pPr>
            <w:r>
              <w:rPr>
                <w:sz w:val="24"/>
              </w:rPr>
              <w:t>□</w:t>
            </w:r>
          </w:p>
        </w:tc>
        <w:tc>
          <w:tcPr>
            <w:tcW w:w="2059" w:type="dxa"/>
            <w:tcBorders>
              <w:top w:val="single" w:sz="4" w:space="0" w:color="D7E2DA"/>
              <w:left w:val="single" w:sz="4" w:space="0" w:color="D7E2DA"/>
              <w:bottom w:val="single" w:sz="5" w:space="0" w:color="D7E2DA"/>
              <w:right w:val="single" w:sz="4" w:space="0" w:color="D7E2DA"/>
            </w:tcBorders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4D5D485E" w14:textId="77777777" w:rsidR="006A4068" w:rsidRDefault="00CE6432">
            <w:pPr>
              <w:spacing w:after="0" w:line="276" w:lineRule="auto"/>
            </w:pPr>
            <w:r>
              <w:rPr>
                <w:sz w:val="24"/>
              </w:rPr>
              <w:t>□</w:t>
            </w:r>
          </w:p>
        </w:tc>
      </w:tr>
    </w:tbl>
    <w:p w14:paraId="49C0E0BA" w14:textId="77777777" w:rsidR="006A4068" w:rsidRDefault="00CE6432">
      <w:pPr>
        <w:pStyle w:val="WKSection"/>
        <w:rPr>
          <w:lang w:eastAsia="zh-TW"/>
        </w:rPr>
      </w:pPr>
      <w:r>
        <w:rPr>
          <w:b w:val="0"/>
          <w:lang w:eastAsia="zh-TW"/>
        </w:rPr>
        <w:t>步驟</w:t>
      </w:r>
      <w:r>
        <w:rPr>
          <w:b w:val="0"/>
          <w:lang w:eastAsia="zh-TW"/>
        </w:rPr>
        <w:t xml:space="preserve"> 4</w:t>
      </w:r>
      <w:r>
        <w:rPr>
          <w:b w:val="0"/>
          <w:lang w:eastAsia="zh-TW"/>
        </w:rPr>
        <w:t>｜把照片與紀錄放在一起（</w:t>
      </w:r>
      <w:r>
        <w:rPr>
          <w:b w:val="0"/>
          <w:lang w:eastAsia="zh-TW"/>
        </w:rPr>
        <w:t xml:space="preserve">10 </w:t>
      </w:r>
      <w:r>
        <w:rPr>
          <w:b w:val="0"/>
          <w:lang w:eastAsia="zh-TW"/>
        </w:rPr>
        <w:t>分鐘）</w:t>
      </w:r>
    </w:p>
    <w:p w14:paraId="077A130B" w14:textId="77777777" w:rsidR="006A4068" w:rsidRDefault="00CE6432">
      <w:pPr>
        <w:spacing w:after="100"/>
        <w:rPr>
          <w:lang w:eastAsia="zh-TW"/>
        </w:rPr>
      </w:pPr>
      <w:r>
        <w:rPr>
          <w:lang w:eastAsia="zh-TW"/>
        </w:rPr>
        <w:t>照片資料夾或相簿名稱：</w:t>
      </w:r>
      <w:r>
        <w:rPr>
          <w:lang w:eastAsia="zh-TW"/>
        </w:rPr>
        <w:t>____________________________________________</w:t>
      </w:r>
    </w:p>
    <w:p w14:paraId="71394DCE" w14:textId="77777777" w:rsidR="006A4068" w:rsidRDefault="00CE6432">
      <w:pPr>
        <w:spacing w:after="80"/>
        <w:rPr>
          <w:lang w:eastAsia="zh-TW"/>
        </w:rPr>
      </w:pPr>
      <w:r>
        <w:rPr>
          <w:lang w:eastAsia="zh-TW"/>
        </w:rPr>
        <w:t>保留相機原始照片；若能另存選出的副本，可命名</w:t>
      </w:r>
      <w:r>
        <w:rPr>
          <w:lang w:eastAsia="zh-TW"/>
        </w:rPr>
        <w:t xml:space="preserve"> W06_</w:t>
      </w:r>
      <w:r>
        <w:rPr>
          <w:lang w:eastAsia="zh-TW"/>
        </w:rPr>
        <w:t>主題</w:t>
      </w:r>
      <w:r>
        <w:rPr>
          <w:lang w:eastAsia="zh-TW"/>
        </w:rPr>
        <w:t>_01</w:t>
      </w:r>
      <w:r>
        <w:rPr>
          <w:lang w:eastAsia="zh-TW"/>
        </w:rPr>
        <w:t>、</w:t>
      </w:r>
      <w:r>
        <w:rPr>
          <w:lang w:eastAsia="zh-TW"/>
        </w:rPr>
        <w:t>02</w:t>
      </w:r>
      <w:r>
        <w:rPr>
          <w:lang w:eastAsia="zh-TW"/>
        </w:rPr>
        <w:t>、</w:t>
      </w:r>
      <w:r>
        <w:rPr>
          <w:lang w:eastAsia="zh-TW"/>
        </w:rPr>
        <w:t>03</w:t>
      </w:r>
      <w:r>
        <w:rPr>
          <w:lang w:eastAsia="zh-TW"/>
        </w:rPr>
        <w:t>。</w:t>
      </w:r>
    </w:p>
    <w:p w14:paraId="3E6ADC9C" w14:textId="77777777" w:rsidR="006A4068" w:rsidRDefault="00CE6432">
      <w:pPr>
        <w:pStyle w:val="WKSmall"/>
        <w:rPr>
          <w:lang w:eastAsia="zh-TW"/>
        </w:rPr>
      </w:pPr>
      <w:r>
        <w:rPr>
          <w:lang w:eastAsia="zh-TW"/>
        </w:rPr>
        <w:t>示例：</w:t>
      </w:r>
      <w:r>
        <w:rPr>
          <w:lang w:eastAsia="zh-TW"/>
        </w:rPr>
        <w:t>W06_</w:t>
      </w:r>
      <w:r>
        <w:rPr>
          <w:lang w:eastAsia="zh-TW"/>
        </w:rPr>
        <w:t>我的老街</w:t>
      </w:r>
      <w:r>
        <w:rPr>
          <w:lang w:eastAsia="zh-TW"/>
        </w:rPr>
        <w:t>_01</w:t>
      </w:r>
      <w:r>
        <w:rPr>
          <w:lang w:eastAsia="zh-TW"/>
        </w:rPr>
        <w:t>。原始檔請留著，不要為了整理而刪除珍貴原照。</w:t>
      </w:r>
    </w:p>
    <w:p w14:paraId="249E216B" w14:textId="77777777" w:rsidR="006A4068" w:rsidRDefault="00CE6432">
      <w:pPr>
        <w:pStyle w:val="WKSmall"/>
        <w:spacing w:after="0"/>
        <w:rPr>
          <w:lang w:eastAsia="zh-TW"/>
        </w:rPr>
      </w:pPr>
      <w:r>
        <w:rPr>
          <w:lang w:eastAsia="zh-TW"/>
        </w:rPr>
        <w:t>同伴互評（</w:t>
      </w:r>
      <w:r>
        <w:rPr>
          <w:lang w:eastAsia="zh-TW"/>
        </w:rPr>
        <w:t xml:space="preserve">15 </w:t>
      </w:r>
      <w:r>
        <w:rPr>
          <w:lang w:eastAsia="zh-TW"/>
        </w:rPr>
        <w:t>分鐘）：看看三張照片能否說明環境、主角與細節；不清楚就重拍。</w:t>
      </w:r>
    </w:p>
    <w:p w14:paraId="6174CA0E" w14:textId="77777777" w:rsidR="006A4068" w:rsidRDefault="00CE6432">
      <w:pPr>
        <w:pStyle w:val="WKSmall"/>
        <w:keepNext/>
        <w:pageBreakBefore/>
        <w:spacing w:after="40"/>
        <w:rPr>
          <w:lang w:eastAsia="zh-TW"/>
        </w:rPr>
      </w:pPr>
      <w:r>
        <w:rPr>
          <w:lang w:eastAsia="zh-TW"/>
        </w:rPr>
        <w:lastRenderedPageBreak/>
        <w:t>可直接填寫</w:t>
      </w:r>
    </w:p>
    <w:p w14:paraId="5878602A" w14:textId="77777777" w:rsidR="006A4068" w:rsidRDefault="00CE6432">
      <w:pPr>
        <w:pStyle w:val="WKSection"/>
        <w:rPr>
          <w:lang w:eastAsia="zh-TW"/>
        </w:rPr>
      </w:pPr>
      <w:r>
        <w:rPr>
          <w:b w:val="0"/>
          <w:lang w:eastAsia="zh-TW"/>
        </w:rPr>
        <w:t>我的照片素材紀錄表</w:t>
      </w:r>
    </w:p>
    <w:p w14:paraId="1D0E0660" w14:textId="77777777" w:rsidR="006A4068" w:rsidRDefault="00CE6432">
      <w:pPr>
        <w:pStyle w:val="WKSmall"/>
        <w:rPr>
          <w:lang w:eastAsia="zh-TW"/>
        </w:rPr>
      </w:pPr>
      <w:r>
        <w:rPr>
          <w:lang w:eastAsia="zh-TW"/>
        </w:rPr>
        <w:t>每張選定照片都要填。拍攝來源與「能不能公開」是兩回事，請分開記錄。</w:t>
      </w:r>
    </w:p>
    <w:p w14:paraId="3E173F8E" w14:textId="77777777" w:rsidR="006A4068" w:rsidRDefault="00CE6432">
      <w:pPr>
        <w:keepNext/>
        <w:keepLines/>
        <w:spacing w:before="60" w:line="240" w:lineRule="auto"/>
        <w:jc w:val="center"/>
      </w:pPr>
      <w:r>
        <w:rPr>
          <w:noProof/>
        </w:rPr>
        <w:drawing>
          <wp:inline distT="0" distB="0" distL="0" distR="0" wp14:anchorId="556E5DDE" wp14:editId="061402B1">
            <wp:extent cx="5903999" cy="5390254"/>
            <wp:effectExtent l="0" t="0" r="0" b="0"/>
            <wp:docPr id="4" name="Picture 4" descr="照片素材紀錄欄位：拍攝者、日期、地點、來源與原始檔名；使用範圍可選僅課堂展示、已獲同意可公開、未確認不公開。" title="照片素材紀錄｜每張都要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彩色相片與填寫表單資訊圖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539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E0AA5" w14:textId="77777777" w:rsidR="006A4068" w:rsidRDefault="00CE6432">
      <w:pPr>
        <w:keepLines/>
        <w:spacing w:after="100" w:line="252" w:lineRule="auto"/>
        <w:rPr>
          <w:lang w:eastAsia="zh-TW"/>
        </w:rPr>
      </w:pPr>
      <w:r>
        <w:rPr>
          <w:color w:val="426357"/>
          <w:sz w:val="24"/>
          <w:lang w:eastAsia="zh-TW"/>
        </w:rPr>
        <w:t>示意圖：選定照片後，要搭配拍攝者、日期、地點與公開權限等紀錄。</w:t>
      </w:r>
    </w:p>
    <w:p w14:paraId="731B3088" w14:textId="77777777" w:rsidR="006A4068" w:rsidRDefault="00CE6432">
      <w:pPr>
        <w:pStyle w:val="WKSubheading"/>
        <w:pageBreakBefore/>
        <w:spacing w:before="40"/>
      </w:pPr>
      <w:proofErr w:type="spellStart"/>
      <w:r>
        <w:rPr>
          <w:b w:val="0"/>
        </w:rPr>
        <w:lastRenderedPageBreak/>
        <w:t>照片</w:t>
      </w:r>
      <w:proofErr w:type="spellEnd"/>
      <w:r>
        <w:rPr>
          <w:b w:val="0"/>
        </w:rPr>
        <w:t xml:space="preserve"> 1  </w:t>
      </w:r>
      <w:proofErr w:type="spellStart"/>
      <w:r>
        <w:rPr>
          <w:b w:val="0"/>
        </w:rPr>
        <w:t>全景｜交代環境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56"/>
      </w:tblGrid>
      <w:tr w:rsidR="006A4068" w14:paraId="2DDD7A8F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7E2DA"/>
              <w:left w:val="single" w:sz="5" w:space="0" w:color="D7E2DA"/>
              <w:bottom w:val="single" w:sz="5" w:space="0" w:color="D7E2DA"/>
              <w:right w:val="single" w:sz="5" w:space="0" w:color="D7E2DA"/>
            </w:tcBorders>
            <w:tcMar>
              <w:top w:w="66" w:type="dxa"/>
              <w:left w:w="145" w:type="dxa"/>
              <w:bottom w:w="66" w:type="dxa"/>
              <w:right w:w="145" w:type="dxa"/>
            </w:tcMar>
            <w:vAlign w:val="center"/>
          </w:tcPr>
          <w:p w14:paraId="7521D461" w14:textId="5CB164D4" w:rsidR="006A4068" w:rsidRDefault="00A15CF9">
            <w:pPr>
              <w:spacing w:after="0" w:line="276" w:lineRule="auto"/>
            </w:pPr>
            <w:r>
              <w:rPr>
                <w:noProof/>
                <w:sz w:val="24"/>
              </w:rPr>
              <w:drawing>
                <wp:inline distT="0" distB="0" distL="0" distR="0" wp14:anchorId="59777A1B" wp14:editId="00CD3D32">
                  <wp:extent cx="6503035" cy="4879340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3035" cy="4879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E6432">
              <w:rPr>
                <w:sz w:val="24"/>
              </w:rPr>
              <w:t>原始檔名：</w:t>
            </w:r>
            <w:r w:rsidR="00CE6432">
              <w:rPr>
                <w:sz w:val="24"/>
              </w:rPr>
              <w:t xml:space="preserve">_________________________    </w:t>
            </w:r>
            <w:r w:rsidR="00CE6432">
              <w:rPr>
                <w:sz w:val="24"/>
              </w:rPr>
              <w:t>拍攝者：</w:t>
            </w:r>
            <w:r w:rsidR="00CE6432">
              <w:rPr>
                <w:sz w:val="24"/>
              </w:rPr>
              <w:t>________________</w:t>
            </w:r>
          </w:p>
        </w:tc>
      </w:tr>
      <w:tr w:rsidR="006A4068" w14:paraId="1936AB06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7E2DA"/>
              <w:left w:val="single" w:sz="5" w:space="0" w:color="D7E2DA"/>
              <w:bottom w:val="single" w:sz="5" w:space="0" w:color="D7E2DA"/>
              <w:right w:val="single" w:sz="5" w:space="0" w:color="D7E2DA"/>
            </w:tcBorders>
            <w:tcMar>
              <w:top w:w="66" w:type="dxa"/>
              <w:left w:w="145" w:type="dxa"/>
              <w:bottom w:w="66" w:type="dxa"/>
              <w:right w:w="145" w:type="dxa"/>
            </w:tcMar>
            <w:vAlign w:val="center"/>
          </w:tcPr>
          <w:p w14:paraId="24B39A64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拍攝日期：</w:t>
            </w:r>
            <w:r>
              <w:rPr>
                <w:sz w:val="24"/>
                <w:lang w:eastAsia="zh-TW"/>
              </w:rPr>
              <w:t xml:space="preserve">_________________________    </w:t>
            </w:r>
            <w:r>
              <w:rPr>
                <w:sz w:val="24"/>
                <w:lang w:eastAsia="zh-TW"/>
              </w:rPr>
              <w:t>拍攝地點：</w:t>
            </w:r>
            <w:r>
              <w:rPr>
                <w:sz w:val="24"/>
                <w:lang w:eastAsia="zh-TW"/>
              </w:rPr>
              <w:t>______________</w:t>
            </w:r>
          </w:p>
        </w:tc>
      </w:tr>
      <w:tr w:rsidR="006A4068" w14:paraId="31B58E2B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7E2DA"/>
              <w:left w:val="single" w:sz="5" w:space="0" w:color="D7E2DA"/>
              <w:bottom w:val="single" w:sz="5" w:space="0" w:color="D7E2DA"/>
              <w:right w:val="single" w:sz="5" w:space="0" w:color="D7E2DA"/>
            </w:tcBorders>
            <w:tcMar>
              <w:top w:w="66" w:type="dxa"/>
              <w:left w:w="145" w:type="dxa"/>
              <w:bottom w:w="66" w:type="dxa"/>
              <w:right w:w="145" w:type="dxa"/>
            </w:tcMar>
            <w:vAlign w:val="center"/>
          </w:tcPr>
          <w:p w14:paraId="614BBD99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照片裡有什麼／我想介紹什麼：</w:t>
            </w:r>
            <w:r>
              <w:rPr>
                <w:sz w:val="24"/>
                <w:lang w:eastAsia="zh-TW"/>
              </w:rPr>
              <w:t>________________________________</w:t>
            </w:r>
          </w:p>
        </w:tc>
      </w:tr>
      <w:tr w:rsidR="006A4068" w14:paraId="510FC443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7E2DA"/>
              <w:left w:val="single" w:sz="5" w:space="0" w:color="D7E2DA"/>
              <w:bottom w:val="single" w:sz="5" w:space="0" w:color="D7E2DA"/>
              <w:right w:val="single" w:sz="5" w:space="0" w:color="D7E2DA"/>
            </w:tcBorders>
            <w:tcMar>
              <w:top w:w="66" w:type="dxa"/>
              <w:left w:w="145" w:type="dxa"/>
              <w:bottom w:w="66" w:type="dxa"/>
              <w:right w:w="145" w:type="dxa"/>
            </w:tcMar>
            <w:vAlign w:val="center"/>
          </w:tcPr>
          <w:p w14:paraId="1D1BDD91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照片來源：</w:t>
            </w:r>
            <w:r>
              <w:rPr>
                <w:sz w:val="24"/>
                <w:lang w:eastAsia="zh-TW"/>
              </w:rPr>
              <w:t xml:space="preserve">□ </w:t>
            </w:r>
            <w:r>
              <w:rPr>
                <w:sz w:val="24"/>
                <w:lang w:eastAsia="zh-TW"/>
              </w:rPr>
              <w:t>自己拍攝</w:t>
            </w:r>
            <w:r>
              <w:rPr>
                <w:sz w:val="24"/>
                <w:lang w:eastAsia="zh-TW"/>
              </w:rPr>
              <w:t xml:space="preserve">   □ </w:t>
            </w:r>
            <w:r>
              <w:rPr>
                <w:sz w:val="24"/>
                <w:lang w:eastAsia="zh-TW"/>
              </w:rPr>
              <w:t>他人授權</w:t>
            </w:r>
            <w:r>
              <w:rPr>
                <w:sz w:val="24"/>
                <w:lang w:eastAsia="zh-TW"/>
              </w:rPr>
              <w:t xml:space="preserve">   □ </w:t>
            </w:r>
            <w:r>
              <w:rPr>
                <w:sz w:val="24"/>
                <w:lang w:eastAsia="zh-TW"/>
              </w:rPr>
              <w:t>講師提供授權素材</w:t>
            </w:r>
          </w:p>
        </w:tc>
      </w:tr>
      <w:tr w:rsidR="006A4068" w14:paraId="609E885C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7E2DA"/>
              <w:left w:val="single" w:sz="5" w:space="0" w:color="D7E2DA"/>
              <w:bottom w:val="single" w:sz="5" w:space="0" w:color="D7E2DA"/>
              <w:right w:val="single" w:sz="5" w:space="0" w:color="D7E2DA"/>
            </w:tcBorders>
            <w:shd w:val="clear" w:color="auto" w:fill="EDF5EF"/>
            <w:tcMar>
              <w:top w:w="66" w:type="dxa"/>
              <w:left w:w="145" w:type="dxa"/>
              <w:bottom w:w="66" w:type="dxa"/>
              <w:right w:w="145" w:type="dxa"/>
            </w:tcMar>
            <w:vAlign w:val="center"/>
          </w:tcPr>
          <w:p w14:paraId="64E92E35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使用範圍：</w:t>
            </w:r>
            <w:r>
              <w:rPr>
                <w:sz w:val="24"/>
                <w:lang w:eastAsia="zh-TW"/>
              </w:rPr>
              <w:t xml:space="preserve">□ </w:t>
            </w:r>
            <w:r>
              <w:rPr>
                <w:sz w:val="24"/>
                <w:lang w:eastAsia="zh-TW"/>
              </w:rPr>
              <w:t>僅課堂展示</w:t>
            </w:r>
            <w:r>
              <w:rPr>
                <w:sz w:val="24"/>
                <w:lang w:eastAsia="zh-TW"/>
              </w:rPr>
              <w:t xml:space="preserve">   □ </w:t>
            </w:r>
            <w:r>
              <w:rPr>
                <w:sz w:val="24"/>
                <w:lang w:eastAsia="zh-TW"/>
              </w:rPr>
              <w:t>已獲同意可公開</w:t>
            </w:r>
            <w:r>
              <w:rPr>
                <w:sz w:val="24"/>
                <w:lang w:eastAsia="zh-TW"/>
              </w:rPr>
              <w:t xml:space="preserve">   □ </w:t>
            </w:r>
            <w:r>
              <w:rPr>
                <w:sz w:val="24"/>
                <w:lang w:eastAsia="zh-TW"/>
              </w:rPr>
              <w:t>未確認，不公開</w:t>
            </w:r>
          </w:p>
        </w:tc>
      </w:tr>
      <w:tr w:rsidR="006A4068" w14:paraId="492CC01D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7E2DA"/>
              <w:left w:val="single" w:sz="5" w:space="0" w:color="D7E2DA"/>
              <w:bottom w:val="single" w:sz="5" w:space="0" w:color="D7E2DA"/>
              <w:right w:val="single" w:sz="5" w:space="0" w:color="D7E2DA"/>
            </w:tcBorders>
            <w:tcMar>
              <w:top w:w="66" w:type="dxa"/>
              <w:left w:w="145" w:type="dxa"/>
              <w:bottom w:w="66" w:type="dxa"/>
              <w:right w:w="145" w:type="dxa"/>
            </w:tcMar>
            <w:vAlign w:val="center"/>
          </w:tcPr>
          <w:p w14:paraId="3CE21AD9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他人肖像或隱私：</w:t>
            </w:r>
            <w:r>
              <w:rPr>
                <w:sz w:val="24"/>
                <w:lang w:eastAsia="zh-TW"/>
              </w:rPr>
              <w:t xml:space="preserve">□ </w:t>
            </w:r>
            <w:r>
              <w:rPr>
                <w:sz w:val="24"/>
                <w:lang w:eastAsia="zh-TW"/>
              </w:rPr>
              <w:t>不涉及</w:t>
            </w:r>
            <w:r>
              <w:rPr>
                <w:sz w:val="24"/>
                <w:lang w:eastAsia="zh-TW"/>
              </w:rPr>
              <w:t xml:space="preserve">   □ </w:t>
            </w:r>
            <w:r>
              <w:rPr>
                <w:sz w:val="24"/>
                <w:lang w:eastAsia="zh-TW"/>
              </w:rPr>
              <w:t>已獲同意</w:t>
            </w:r>
            <w:r>
              <w:rPr>
                <w:sz w:val="24"/>
                <w:lang w:eastAsia="zh-TW"/>
              </w:rPr>
              <w:t xml:space="preserve">   □ </w:t>
            </w:r>
            <w:r>
              <w:rPr>
                <w:sz w:val="24"/>
                <w:lang w:eastAsia="zh-TW"/>
              </w:rPr>
              <w:t>待確認</w:t>
            </w:r>
          </w:p>
        </w:tc>
      </w:tr>
    </w:tbl>
    <w:p w14:paraId="54D2E4BC" w14:textId="77777777" w:rsidR="006A4068" w:rsidRDefault="00CE6432">
      <w:pPr>
        <w:pStyle w:val="WKSubheading"/>
        <w:spacing w:before="180"/>
      </w:pPr>
      <w:proofErr w:type="spellStart"/>
      <w:r>
        <w:rPr>
          <w:b w:val="0"/>
        </w:rPr>
        <w:t>照片</w:t>
      </w:r>
      <w:proofErr w:type="spellEnd"/>
      <w:r>
        <w:rPr>
          <w:b w:val="0"/>
        </w:rPr>
        <w:t xml:space="preserve"> 2  </w:t>
      </w:r>
      <w:proofErr w:type="spellStart"/>
      <w:r>
        <w:rPr>
          <w:b w:val="0"/>
        </w:rPr>
        <w:t>中景｜看清主角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66"/>
      </w:tblGrid>
      <w:tr w:rsidR="006A4068" w14:paraId="7BF67225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7E2DA"/>
              <w:left w:val="single" w:sz="5" w:space="0" w:color="D7E2DA"/>
              <w:bottom w:val="single" w:sz="5" w:space="0" w:color="D7E2DA"/>
              <w:right w:val="single" w:sz="5" w:space="0" w:color="D7E2DA"/>
            </w:tcBorders>
            <w:tcMar>
              <w:top w:w="66" w:type="dxa"/>
              <w:left w:w="145" w:type="dxa"/>
              <w:bottom w:w="66" w:type="dxa"/>
              <w:right w:w="145" w:type="dxa"/>
            </w:tcMar>
            <w:vAlign w:val="center"/>
          </w:tcPr>
          <w:p w14:paraId="399DF616" w14:textId="77777777" w:rsidR="006A4068" w:rsidRDefault="00CE6432">
            <w:pPr>
              <w:spacing w:after="0" w:line="276" w:lineRule="auto"/>
            </w:pPr>
            <w:r>
              <w:rPr>
                <w:sz w:val="24"/>
              </w:rPr>
              <w:t>原始檔名：</w:t>
            </w:r>
            <w:r>
              <w:rPr>
                <w:sz w:val="24"/>
              </w:rPr>
              <w:t xml:space="preserve">_________________________    </w:t>
            </w:r>
            <w:r>
              <w:rPr>
                <w:sz w:val="24"/>
              </w:rPr>
              <w:t>拍攝者：</w:t>
            </w:r>
            <w:r>
              <w:rPr>
                <w:sz w:val="24"/>
              </w:rPr>
              <w:t>________________</w:t>
            </w:r>
          </w:p>
        </w:tc>
      </w:tr>
      <w:tr w:rsidR="006A4068" w14:paraId="05B7B212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7E2DA"/>
              <w:left w:val="single" w:sz="5" w:space="0" w:color="D7E2DA"/>
              <w:bottom w:val="single" w:sz="5" w:space="0" w:color="D7E2DA"/>
              <w:right w:val="single" w:sz="5" w:space="0" w:color="D7E2DA"/>
            </w:tcBorders>
            <w:tcMar>
              <w:top w:w="66" w:type="dxa"/>
              <w:left w:w="145" w:type="dxa"/>
              <w:bottom w:w="66" w:type="dxa"/>
              <w:right w:w="145" w:type="dxa"/>
            </w:tcMar>
            <w:vAlign w:val="center"/>
          </w:tcPr>
          <w:p w14:paraId="3885F293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拍攝日期：</w:t>
            </w:r>
            <w:r>
              <w:rPr>
                <w:sz w:val="24"/>
                <w:lang w:eastAsia="zh-TW"/>
              </w:rPr>
              <w:t xml:space="preserve">_________________________   </w:t>
            </w:r>
            <w:r>
              <w:rPr>
                <w:sz w:val="24"/>
                <w:lang w:eastAsia="zh-TW"/>
              </w:rPr>
              <w:t xml:space="preserve"> </w:t>
            </w:r>
            <w:r>
              <w:rPr>
                <w:sz w:val="24"/>
                <w:lang w:eastAsia="zh-TW"/>
              </w:rPr>
              <w:t>拍攝地點：</w:t>
            </w:r>
            <w:r>
              <w:rPr>
                <w:sz w:val="24"/>
                <w:lang w:eastAsia="zh-TW"/>
              </w:rPr>
              <w:t>______________</w:t>
            </w:r>
          </w:p>
        </w:tc>
      </w:tr>
      <w:tr w:rsidR="006A4068" w14:paraId="2106EB4B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7E2DA"/>
              <w:left w:val="single" w:sz="5" w:space="0" w:color="D7E2DA"/>
              <w:bottom w:val="single" w:sz="5" w:space="0" w:color="D7E2DA"/>
              <w:right w:val="single" w:sz="5" w:space="0" w:color="D7E2DA"/>
            </w:tcBorders>
            <w:tcMar>
              <w:top w:w="66" w:type="dxa"/>
              <w:left w:w="145" w:type="dxa"/>
              <w:bottom w:w="66" w:type="dxa"/>
              <w:right w:w="145" w:type="dxa"/>
            </w:tcMar>
            <w:vAlign w:val="center"/>
          </w:tcPr>
          <w:p w14:paraId="733706A5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照片裡有什麼／我想介紹什麼：</w:t>
            </w:r>
            <w:r>
              <w:rPr>
                <w:sz w:val="24"/>
                <w:lang w:eastAsia="zh-TW"/>
              </w:rPr>
              <w:t>________________________________</w:t>
            </w:r>
          </w:p>
        </w:tc>
      </w:tr>
      <w:tr w:rsidR="006A4068" w14:paraId="61CF6234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7E2DA"/>
              <w:left w:val="single" w:sz="5" w:space="0" w:color="D7E2DA"/>
              <w:bottom w:val="single" w:sz="5" w:space="0" w:color="D7E2DA"/>
              <w:right w:val="single" w:sz="5" w:space="0" w:color="D7E2DA"/>
            </w:tcBorders>
            <w:tcMar>
              <w:top w:w="66" w:type="dxa"/>
              <w:left w:w="145" w:type="dxa"/>
              <w:bottom w:w="66" w:type="dxa"/>
              <w:right w:w="145" w:type="dxa"/>
            </w:tcMar>
            <w:vAlign w:val="center"/>
          </w:tcPr>
          <w:p w14:paraId="217D5FC2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照片來源：</w:t>
            </w:r>
            <w:r>
              <w:rPr>
                <w:sz w:val="24"/>
                <w:lang w:eastAsia="zh-TW"/>
              </w:rPr>
              <w:t xml:space="preserve">□ </w:t>
            </w:r>
            <w:r>
              <w:rPr>
                <w:sz w:val="24"/>
                <w:lang w:eastAsia="zh-TW"/>
              </w:rPr>
              <w:t>自己拍攝</w:t>
            </w:r>
            <w:r>
              <w:rPr>
                <w:sz w:val="24"/>
                <w:lang w:eastAsia="zh-TW"/>
              </w:rPr>
              <w:t xml:space="preserve">   □ </w:t>
            </w:r>
            <w:r>
              <w:rPr>
                <w:sz w:val="24"/>
                <w:lang w:eastAsia="zh-TW"/>
              </w:rPr>
              <w:t>他人授權</w:t>
            </w:r>
            <w:r>
              <w:rPr>
                <w:sz w:val="24"/>
                <w:lang w:eastAsia="zh-TW"/>
              </w:rPr>
              <w:t xml:space="preserve">   □ </w:t>
            </w:r>
            <w:r>
              <w:rPr>
                <w:sz w:val="24"/>
                <w:lang w:eastAsia="zh-TW"/>
              </w:rPr>
              <w:t>講師提供授權素材</w:t>
            </w:r>
          </w:p>
        </w:tc>
      </w:tr>
      <w:tr w:rsidR="006A4068" w14:paraId="072E5D9C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7E2DA"/>
              <w:left w:val="single" w:sz="5" w:space="0" w:color="D7E2DA"/>
              <w:bottom w:val="single" w:sz="5" w:space="0" w:color="D7E2DA"/>
              <w:right w:val="single" w:sz="5" w:space="0" w:color="D7E2DA"/>
            </w:tcBorders>
            <w:shd w:val="clear" w:color="auto" w:fill="EDF5EF"/>
            <w:tcMar>
              <w:top w:w="66" w:type="dxa"/>
              <w:left w:w="145" w:type="dxa"/>
              <w:bottom w:w="66" w:type="dxa"/>
              <w:right w:w="145" w:type="dxa"/>
            </w:tcMar>
            <w:vAlign w:val="center"/>
          </w:tcPr>
          <w:p w14:paraId="6BF73EBA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lastRenderedPageBreak/>
              <w:t>使用範圍：</w:t>
            </w:r>
            <w:r>
              <w:rPr>
                <w:sz w:val="24"/>
                <w:lang w:eastAsia="zh-TW"/>
              </w:rPr>
              <w:t xml:space="preserve">□ </w:t>
            </w:r>
            <w:r>
              <w:rPr>
                <w:sz w:val="24"/>
                <w:lang w:eastAsia="zh-TW"/>
              </w:rPr>
              <w:t>僅課堂展示</w:t>
            </w:r>
            <w:r>
              <w:rPr>
                <w:sz w:val="24"/>
                <w:lang w:eastAsia="zh-TW"/>
              </w:rPr>
              <w:t xml:space="preserve">   □ </w:t>
            </w:r>
            <w:r>
              <w:rPr>
                <w:sz w:val="24"/>
                <w:lang w:eastAsia="zh-TW"/>
              </w:rPr>
              <w:t>已獲同意可公開</w:t>
            </w:r>
            <w:r>
              <w:rPr>
                <w:sz w:val="24"/>
                <w:lang w:eastAsia="zh-TW"/>
              </w:rPr>
              <w:t xml:space="preserve">   □ </w:t>
            </w:r>
            <w:r>
              <w:rPr>
                <w:sz w:val="24"/>
                <w:lang w:eastAsia="zh-TW"/>
              </w:rPr>
              <w:t>未確認，不公開</w:t>
            </w:r>
          </w:p>
        </w:tc>
      </w:tr>
      <w:tr w:rsidR="006A4068" w14:paraId="132A4CFF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7E2DA"/>
              <w:left w:val="single" w:sz="5" w:space="0" w:color="D7E2DA"/>
              <w:bottom w:val="single" w:sz="5" w:space="0" w:color="D7E2DA"/>
              <w:right w:val="single" w:sz="5" w:space="0" w:color="D7E2DA"/>
            </w:tcBorders>
            <w:tcMar>
              <w:top w:w="66" w:type="dxa"/>
              <w:left w:w="145" w:type="dxa"/>
              <w:bottom w:w="66" w:type="dxa"/>
              <w:right w:w="145" w:type="dxa"/>
            </w:tcMar>
            <w:vAlign w:val="center"/>
          </w:tcPr>
          <w:p w14:paraId="18C9DCDA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他人肖像或隱私：</w:t>
            </w:r>
            <w:r>
              <w:rPr>
                <w:sz w:val="24"/>
                <w:lang w:eastAsia="zh-TW"/>
              </w:rPr>
              <w:t xml:space="preserve">□ </w:t>
            </w:r>
            <w:r>
              <w:rPr>
                <w:sz w:val="24"/>
                <w:lang w:eastAsia="zh-TW"/>
              </w:rPr>
              <w:t>不涉及</w:t>
            </w:r>
            <w:r>
              <w:rPr>
                <w:sz w:val="24"/>
                <w:lang w:eastAsia="zh-TW"/>
              </w:rPr>
              <w:t xml:space="preserve">   □ </w:t>
            </w:r>
            <w:r>
              <w:rPr>
                <w:sz w:val="24"/>
                <w:lang w:eastAsia="zh-TW"/>
              </w:rPr>
              <w:t>已獲同意</w:t>
            </w:r>
            <w:r>
              <w:rPr>
                <w:sz w:val="24"/>
                <w:lang w:eastAsia="zh-TW"/>
              </w:rPr>
              <w:t xml:space="preserve">   □ </w:t>
            </w:r>
            <w:r>
              <w:rPr>
                <w:sz w:val="24"/>
                <w:lang w:eastAsia="zh-TW"/>
              </w:rPr>
              <w:t>待確認</w:t>
            </w:r>
          </w:p>
        </w:tc>
      </w:tr>
    </w:tbl>
    <w:p w14:paraId="58D89625" w14:textId="77777777" w:rsidR="006A4068" w:rsidRDefault="00CE6432">
      <w:pPr>
        <w:pStyle w:val="WKSubheading"/>
        <w:spacing w:before="180"/>
      </w:pPr>
      <w:proofErr w:type="spellStart"/>
      <w:r>
        <w:rPr>
          <w:b w:val="0"/>
        </w:rPr>
        <w:t>照片</w:t>
      </w:r>
      <w:proofErr w:type="spellEnd"/>
      <w:r>
        <w:rPr>
          <w:b w:val="0"/>
        </w:rPr>
        <w:t xml:space="preserve"> 3  </w:t>
      </w:r>
      <w:proofErr w:type="spellStart"/>
      <w:r>
        <w:rPr>
          <w:b w:val="0"/>
        </w:rPr>
        <w:t>細節｜記住重點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66"/>
      </w:tblGrid>
      <w:tr w:rsidR="006A4068" w14:paraId="4258C73F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7E2DA"/>
              <w:left w:val="single" w:sz="5" w:space="0" w:color="D7E2DA"/>
              <w:bottom w:val="single" w:sz="5" w:space="0" w:color="D7E2DA"/>
              <w:right w:val="single" w:sz="5" w:space="0" w:color="D7E2DA"/>
            </w:tcBorders>
            <w:tcMar>
              <w:top w:w="66" w:type="dxa"/>
              <w:left w:w="145" w:type="dxa"/>
              <w:bottom w:w="66" w:type="dxa"/>
              <w:right w:w="145" w:type="dxa"/>
            </w:tcMar>
            <w:vAlign w:val="center"/>
          </w:tcPr>
          <w:p w14:paraId="0804FC89" w14:textId="77777777" w:rsidR="006A4068" w:rsidRDefault="00CE6432">
            <w:pPr>
              <w:spacing w:after="0" w:line="276" w:lineRule="auto"/>
            </w:pPr>
            <w:r>
              <w:rPr>
                <w:sz w:val="24"/>
              </w:rPr>
              <w:t>原始檔名：</w:t>
            </w:r>
            <w:r>
              <w:rPr>
                <w:sz w:val="24"/>
              </w:rPr>
              <w:t xml:space="preserve">_________________________    </w:t>
            </w:r>
            <w:r>
              <w:rPr>
                <w:sz w:val="24"/>
              </w:rPr>
              <w:t>拍攝者：</w:t>
            </w:r>
            <w:r>
              <w:rPr>
                <w:sz w:val="24"/>
              </w:rPr>
              <w:t>________________</w:t>
            </w:r>
          </w:p>
        </w:tc>
      </w:tr>
      <w:tr w:rsidR="006A4068" w14:paraId="5BA38056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7E2DA"/>
              <w:left w:val="single" w:sz="5" w:space="0" w:color="D7E2DA"/>
              <w:bottom w:val="single" w:sz="5" w:space="0" w:color="D7E2DA"/>
              <w:right w:val="single" w:sz="5" w:space="0" w:color="D7E2DA"/>
            </w:tcBorders>
            <w:tcMar>
              <w:top w:w="66" w:type="dxa"/>
              <w:left w:w="145" w:type="dxa"/>
              <w:bottom w:w="66" w:type="dxa"/>
              <w:right w:w="145" w:type="dxa"/>
            </w:tcMar>
            <w:vAlign w:val="center"/>
          </w:tcPr>
          <w:p w14:paraId="62E08D8F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拍攝日期：</w:t>
            </w:r>
            <w:r>
              <w:rPr>
                <w:sz w:val="24"/>
                <w:lang w:eastAsia="zh-TW"/>
              </w:rPr>
              <w:t xml:space="preserve">_________________________    </w:t>
            </w:r>
            <w:r>
              <w:rPr>
                <w:sz w:val="24"/>
                <w:lang w:eastAsia="zh-TW"/>
              </w:rPr>
              <w:t>拍攝地點：</w:t>
            </w:r>
            <w:r>
              <w:rPr>
                <w:sz w:val="24"/>
                <w:lang w:eastAsia="zh-TW"/>
              </w:rPr>
              <w:t>______________</w:t>
            </w:r>
          </w:p>
        </w:tc>
      </w:tr>
      <w:tr w:rsidR="006A4068" w14:paraId="72595221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7E2DA"/>
              <w:left w:val="single" w:sz="5" w:space="0" w:color="D7E2DA"/>
              <w:bottom w:val="single" w:sz="5" w:space="0" w:color="D7E2DA"/>
              <w:right w:val="single" w:sz="5" w:space="0" w:color="D7E2DA"/>
            </w:tcBorders>
            <w:tcMar>
              <w:top w:w="66" w:type="dxa"/>
              <w:left w:w="145" w:type="dxa"/>
              <w:bottom w:w="66" w:type="dxa"/>
              <w:right w:w="145" w:type="dxa"/>
            </w:tcMar>
            <w:vAlign w:val="center"/>
          </w:tcPr>
          <w:p w14:paraId="2A7F57D5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照片裡有什麼／我想介紹什麼：</w:t>
            </w:r>
            <w:r>
              <w:rPr>
                <w:sz w:val="24"/>
                <w:lang w:eastAsia="zh-TW"/>
              </w:rPr>
              <w:t>________________________________</w:t>
            </w:r>
          </w:p>
        </w:tc>
      </w:tr>
      <w:tr w:rsidR="006A4068" w14:paraId="001CAD8D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7E2DA"/>
              <w:left w:val="single" w:sz="5" w:space="0" w:color="D7E2DA"/>
              <w:bottom w:val="single" w:sz="5" w:space="0" w:color="D7E2DA"/>
              <w:right w:val="single" w:sz="5" w:space="0" w:color="D7E2DA"/>
            </w:tcBorders>
            <w:tcMar>
              <w:top w:w="66" w:type="dxa"/>
              <w:left w:w="145" w:type="dxa"/>
              <w:bottom w:w="66" w:type="dxa"/>
              <w:right w:w="145" w:type="dxa"/>
            </w:tcMar>
            <w:vAlign w:val="center"/>
          </w:tcPr>
          <w:p w14:paraId="67B0AE54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照片來源：</w:t>
            </w:r>
            <w:r>
              <w:rPr>
                <w:sz w:val="24"/>
                <w:lang w:eastAsia="zh-TW"/>
              </w:rPr>
              <w:t xml:space="preserve">□ </w:t>
            </w:r>
            <w:r>
              <w:rPr>
                <w:sz w:val="24"/>
                <w:lang w:eastAsia="zh-TW"/>
              </w:rPr>
              <w:t>自己拍攝</w:t>
            </w:r>
            <w:r>
              <w:rPr>
                <w:sz w:val="24"/>
                <w:lang w:eastAsia="zh-TW"/>
              </w:rPr>
              <w:t xml:space="preserve">   □ </w:t>
            </w:r>
            <w:r>
              <w:rPr>
                <w:sz w:val="24"/>
                <w:lang w:eastAsia="zh-TW"/>
              </w:rPr>
              <w:t>他人授權</w:t>
            </w:r>
            <w:r>
              <w:rPr>
                <w:sz w:val="24"/>
                <w:lang w:eastAsia="zh-TW"/>
              </w:rPr>
              <w:t xml:space="preserve">   □ </w:t>
            </w:r>
            <w:r>
              <w:rPr>
                <w:sz w:val="24"/>
                <w:lang w:eastAsia="zh-TW"/>
              </w:rPr>
              <w:t>講師提供授權素材</w:t>
            </w:r>
          </w:p>
        </w:tc>
      </w:tr>
      <w:tr w:rsidR="006A4068" w14:paraId="52710ED4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7E2DA"/>
              <w:left w:val="single" w:sz="5" w:space="0" w:color="D7E2DA"/>
              <w:bottom w:val="single" w:sz="5" w:space="0" w:color="D7E2DA"/>
              <w:right w:val="single" w:sz="5" w:space="0" w:color="D7E2DA"/>
            </w:tcBorders>
            <w:shd w:val="clear" w:color="auto" w:fill="EDF5EF"/>
            <w:tcMar>
              <w:top w:w="66" w:type="dxa"/>
              <w:left w:w="145" w:type="dxa"/>
              <w:bottom w:w="66" w:type="dxa"/>
              <w:right w:w="145" w:type="dxa"/>
            </w:tcMar>
            <w:vAlign w:val="center"/>
          </w:tcPr>
          <w:p w14:paraId="673AB650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使用範圍：</w:t>
            </w:r>
            <w:r>
              <w:rPr>
                <w:sz w:val="24"/>
                <w:lang w:eastAsia="zh-TW"/>
              </w:rPr>
              <w:t xml:space="preserve">□ </w:t>
            </w:r>
            <w:r>
              <w:rPr>
                <w:sz w:val="24"/>
                <w:lang w:eastAsia="zh-TW"/>
              </w:rPr>
              <w:t>僅課堂展示</w:t>
            </w:r>
            <w:r>
              <w:rPr>
                <w:sz w:val="24"/>
                <w:lang w:eastAsia="zh-TW"/>
              </w:rPr>
              <w:t xml:space="preserve">   □ </w:t>
            </w:r>
            <w:r>
              <w:rPr>
                <w:sz w:val="24"/>
                <w:lang w:eastAsia="zh-TW"/>
              </w:rPr>
              <w:t>已獲同意可公開</w:t>
            </w:r>
            <w:r>
              <w:rPr>
                <w:sz w:val="24"/>
                <w:lang w:eastAsia="zh-TW"/>
              </w:rPr>
              <w:t xml:space="preserve">   □ </w:t>
            </w:r>
            <w:r>
              <w:rPr>
                <w:sz w:val="24"/>
                <w:lang w:eastAsia="zh-TW"/>
              </w:rPr>
              <w:t>未確認，不公開</w:t>
            </w:r>
          </w:p>
        </w:tc>
      </w:tr>
      <w:tr w:rsidR="006A4068" w14:paraId="3DFF6696" w14:textId="77777777">
        <w:trPr>
          <w:cantSplit/>
          <w:jc w:val="center"/>
        </w:trPr>
        <w:tc>
          <w:tcPr>
            <w:tcW w:w="10166" w:type="dxa"/>
            <w:tcBorders>
              <w:top w:val="single" w:sz="4" w:space="0" w:color="D7E2DA"/>
              <w:left w:val="single" w:sz="5" w:space="0" w:color="D7E2DA"/>
              <w:bottom w:val="single" w:sz="5" w:space="0" w:color="D7E2DA"/>
              <w:right w:val="single" w:sz="5" w:space="0" w:color="D7E2DA"/>
            </w:tcBorders>
            <w:tcMar>
              <w:top w:w="66" w:type="dxa"/>
              <w:left w:w="145" w:type="dxa"/>
              <w:bottom w:w="66" w:type="dxa"/>
              <w:right w:w="145" w:type="dxa"/>
            </w:tcMar>
            <w:vAlign w:val="center"/>
          </w:tcPr>
          <w:p w14:paraId="5652B53A" w14:textId="77777777" w:rsidR="006A4068" w:rsidRDefault="00CE6432">
            <w:pPr>
              <w:spacing w:after="0" w:line="276" w:lineRule="auto"/>
              <w:rPr>
                <w:lang w:eastAsia="zh-TW"/>
              </w:rPr>
            </w:pPr>
            <w:r>
              <w:rPr>
                <w:sz w:val="24"/>
                <w:lang w:eastAsia="zh-TW"/>
              </w:rPr>
              <w:t>他人肖像或隱私：</w:t>
            </w:r>
            <w:r>
              <w:rPr>
                <w:sz w:val="24"/>
                <w:lang w:eastAsia="zh-TW"/>
              </w:rPr>
              <w:t xml:space="preserve">□ </w:t>
            </w:r>
            <w:r>
              <w:rPr>
                <w:sz w:val="24"/>
                <w:lang w:eastAsia="zh-TW"/>
              </w:rPr>
              <w:t>不涉及</w:t>
            </w:r>
            <w:r>
              <w:rPr>
                <w:sz w:val="24"/>
                <w:lang w:eastAsia="zh-TW"/>
              </w:rPr>
              <w:t xml:space="preserve">   □ </w:t>
            </w:r>
            <w:r>
              <w:rPr>
                <w:sz w:val="24"/>
                <w:lang w:eastAsia="zh-TW"/>
              </w:rPr>
              <w:t>已獲同意</w:t>
            </w:r>
            <w:r>
              <w:rPr>
                <w:sz w:val="24"/>
                <w:lang w:eastAsia="zh-TW"/>
              </w:rPr>
              <w:t xml:space="preserve">   □ </w:t>
            </w:r>
            <w:r>
              <w:rPr>
                <w:sz w:val="24"/>
                <w:lang w:eastAsia="zh-TW"/>
              </w:rPr>
              <w:t>待確認</w:t>
            </w:r>
          </w:p>
        </w:tc>
      </w:tr>
    </w:tbl>
    <w:p w14:paraId="0A0F4D48" w14:textId="77777777" w:rsidR="006A4068" w:rsidRDefault="00CE6432">
      <w:pPr>
        <w:pStyle w:val="WKSmall"/>
        <w:rPr>
          <w:lang w:eastAsia="zh-TW"/>
        </w:rPr>
      </w:pPr>
      <w:r>
        <w:rPr>
          <w:lang w:eastAsia="zh-TW"/>
        </w:rPr>
        <w:t>重要：未經確認可公開的照片，先留在個人手機或課堂作業，不轉傳到公開社群。</w:t>
      </w:r>
    </w:p>
    <w:p w14:paraId="08146CE5" w14:textId="77777777" w:rsidR="006A4068" w:rsidRDefault="00CE6432">
      <w:pPr>
        <w:pStyle w:val="WKSmall"/>
        <w:keepNext/>
        <w:pageBreakBefore/>
        <w:spacing w:after="40"/>
        <w:rPr>
          <w:lang w:eastAsia="zh-TW"/>
        </w:rPr>
      </w:pPr>
      <w:r>
        <w:rPr>
          <w:lang w:eastAsia="zh-TW"/>
        </w:rPr>
        <w:lastRenderedPageBreak/>
        <w:t>選做與回家練習</w:t>
      </w:r>
    </w:p>
    <w:p w14:paraId="12A24757" w14:textId="77777777" w:rsidR="006A4068" w:rsidRDefault="00CE6432">
      <w:pPr>
        <w:pStyle w:val="WKSection"/>
        <w:rPr>
          <w:lang w:eastAsia="zh-TW"/>
        </w:rPr>
      </w:pPr>
      <w:r>
        <w:rPr>
          <w:b w:val="0"/>
          <w:lang w:eastAsia="zh-TW"/>
        </w:rPr>
        <w:t>想請</w:t>
      </w:r>
      <w:r>
        <w:rPr>
          <w:b w:val="0"/>
          <w:lang w:eastAsia="zh-TW"/>
        </w:rPr>
        <w:t xml:space="preserve"> AI </w:t>
      </w:r>
      <w:r>
        <w:rPr>
          <w:b w:val="0"/>
          <w:lang w:eastAsia="zh-TW"/>
        </w:rPr>
        <w:t>幫忙排照片順序嗎？</w:t>
      </w:r>
    </w:p>
    <w:p w14:paraId="76978648" w14:textId="77777777" w:rsidR="006A4068" w:rsidRDefault="00CE6432">
      <w:pPr>
        <w:spacing w:after="120"/>
        <w:rPr>
          <w:lang w:eastAsia="zh-TW"/>
        </w:rPr>
      </w:pPr>
      <w:r>
        <w:rPr>
          <w:lang w:eastAsia="zh-TW"/>
        </w:rPr>
        <w:t>先寫下三張照片的文字描述；不必上傳照片也能請</w:t>
      </w:r>
      <w:r>
        <w:rPr>
          <w:lang w:eastAsia="zh-TW"/>
        </w:rPr>
        <w:t xml:space="preserve"> AI </w:t>
      </w:r>
      <w:r>
        <w:rPr>
          <w:lang w:eastAsia="zh-TW"/>
        </w:rPr>
        <w:t>協助想故事順序。</w:t>
      </w:r>
    </w:p>
    <w:p w14:paraId="2E076268" w14:textId="77777777" w:rsidR="006A4068" w:rsidRDefault="00CE6432">
      <w:pPr>
        <w:spacing w:after="100"/>
      </w:pPr>
      <w:proofErr w:type="spellStart"/>
      <w:r>
        <w:t>全景照片描述</w:t>
      </w:r>
      <w:proofErr w:type="spellEnd"/>
      <w:r>
        <w:t>：</w:t>
      </w:r>
      <w:r>
        <w:t>________________________________________________</w:t>
      </w:r>
    </w:p>
    <w:p w14:paraId="6C56F922" w14:textId="77777777" w:rsidR="006A4068" w:rsidRDefault="00CE6432">
      <w:pPr>
        <w:spacing w:after="100"/>
      </w:pPr>
      <w:r>
        <w:t>中景照片描述：</w:t>
      </w:r>
      <w:r>
        <w:t>________________________________________________</w:t>
      </w:r>
    </w:p>
    <w:p w14:paraId="5FA086E2" w14:textId="77777777" w:rsidR="006A4068" w:rsidRDefault="00CE6432">
      <w:pPr>
        <w:spacing w:after="160"/>
        <w:rPr>
          <w:lang w:eastAsia="zh-TW"/>
        </w:rPr>
      </w:pPr>
      <w:r>
        <w:rPr>
          <w:lang w:eastAsia="zh-TW"/>
        </w:rPr>
        <w:t>細節照片描述：</w:t>
      </w:r>
      <w:r>
        <w:rPr>
          <w:lang w:eastAsia="zh-TW"/>
        </w:rPr>
        <w:t>________________________________________________</w:t>
      </w:r>
    </w:p>
    <w:p w14:paraId="2C637DEB" w14:textId="77777777" w:rsidR="006A4068" w:rsidRDefault="00CE6432">
      <w:pPr>
        <w:pStyle w:val="WKSubheading"/>
        <w:rPr>
          <w:lang w:eastAsia="zh-TW"/>
        </w:rPr>
      </w:pPr>
      <w:r>
        <w:rPr>
          <w:b w:val="0"/>
          <w:lang w:eastAsia="zh-TW"/>
        </w:rPr>
        <w:t>給</w:t>
      </w:r>
      <w:r>
        <w:rPr>
          <w:b w:val="0"/>
          <w:lang w:eastAsia="zh-TW"/>
        </w:rPr>
        <w:t xml:space="preserve"> AI </w:t>
      </w:r>
      <w:r>
        <w:rPr>
          <w:b w:val="0"/>
          <w:lang w:eastAsia="zh-TW"/>
        </w:rPr>
        <w:t>的提示詞（可請講師協助貼上）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66"/>
      </w:tblGrid>
      <w:tr w:rsidR="006A4068" w14:paraId="2DF5E11C" w14:textId="77777777">
        <w:trPr>
          <w:cantSplit/>
          <w:jc w:val="center"/>
        </w:trPr>
        <w:tc>
          <w:tcPr>
            <w:tcW w:w="10166" w:type="dxa"/>
            <w:shd w:val="clear" w:color="auto" w:fill="EDF5EF"/>
            <w:tcMar>
              <w:top w:w="135" w:type="dxa"/>
              <w:left w:w="160" w:type="dxa"/>
              <w:bottom w:w="135" w:type="dxa"/>
              <w:right w:w="160" w:type="dxa"/>
            </w:tcMar>
            <w:vAlign w:val="center"/>
          </w:tcPr>
          <w:p w14:paraId="7FE276D6" w14:textId="77777777" w:rsidR="006A4068" w:rsidRDefault="00CE6432">
            <w:pPr>
              <w:spacing w:after="0"/>
            </w:pPr>
            <w:r>
              <w:rPr>
                <w:sz w:val="24"/>
              </w:rPr>
              <w:t>Using these photo descriptions, suggest a three-photo sequence for my local story. Explain the role of each photo and identi</w:t>
            </w:r>
            <w:r>
              <w:rPr>
                <w:sz w:val="24"/>
              </w:rPr>
              <w:t>fy missing context. Do not infer identities or historical facts from images. Respond in Traditional Chinese (Taiwan). Descriptions: [paste descriptions].</w:t>
            </w:r>
          </w:p>
        </w:tc>
      </w:tr>
      <w:tr w:rsidR="00A15CF9" w14:paraId="742C0CA0" w14:textId="77777777">
        <w:trPr>
          <w:cantSplit/>
          <w:jc w:val="center"/>
        </w:trPr>
        <w:tc>
          <w:tcPr>
            <w:tcW w:w="10166" w:type="dxa"/>
            <w:shd w:val="clear" w:color="auto" w:fill="EDF5EF"/>
            <w:tcMar>
              <w:top w:w="135" w:type="dxa"/>
              <w:left w:w="160" w:type="dxa"/>
              <w:bottom w:w="135" w:type="dxa"/>
              <w:right w:w="160" w:type="dxa"/>
            </w:tcMar>
            <w:vAlign w:val="center"/>
          </w:tcPr>
          <w:p w14:paraId="39577DAD" w14:textId="4BB93361" w:rsidR="00A15CF9" w:rsidRDefault="00A15CF9" w:rsidP="00A15CF9">
            <w:pPr>
              <w:pStyle w:val="x1ghz6dp"/>
              <w:shd w:val="clear" w:color="auto" w:fill="FCFCFC"/>
              <w:spacing w:before="0" w:beforeAutospacing="0" w:after="0" w:afterAutospacing="0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 w:hint="eastAsia"/>
                <w:color w:val="0D0D0D"/>
              </w:rPr>
              <w:t>繁體中文提示詞</w:t>
            </w:r>
            <w:r>
              <w:rPr>
                <w:rFonts w:ascii="Segoe UI" w:hAnsi="Segoe UI" w:cs="Segoe UI" w:hint="eastAsia"/>
                <w:color w:val="0D0D0D"/>
              </w:rPr>
              <w:t>:</w:t>
            </w:r>
          </w:p>
          <w:p w14:paraId="1BB63D39" w14:textId="14486BAD" w:rsidR="00A15CF9" w:rsidRDefault="00A15CF9" w:rsidP="00A15CF9">
            <w:pPr>
              <w:pStyle w:val="x1ghz6dp"/>
              <w:shd w:val="clear" w:color="auto" w:fill="FCFCFC"/>
              <w:spacing w:before="0" w:beforeAutospacing="0" w:after="0" w:afterAutospacing="0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t>請根據以下照片描述，為我的在地故事建議一組由三張照片組成的敘事順序。請說明每張照片在故事中扮演的角色，並指出目前缺少哪些背景資訊。請勿僅憑照片推測人物身分或歷史事實。請使用繁體中文（台灣用語）回覆。</w:t>
            </w:r>
          </w:p>
          <w:p w14:paraId="395773B2" w14:textId="77777777" w:rsidR="00A15CF9" w:rsidRDefault="00A15CF9" w:rsidP="00A15CF9">
            <w:pPr>
              <w:pStyle w:val="x1ghz6dp"/>
              <w:shd w:val="clear" w:color="auto" w:fill="FCFCFC"/>
              <w:spacing w:before="240" w:beforeAutospacing="0" w:after="0" w:afterAutospacing="0"/>
              <w:rPr>
                <w:rFonts w:ascii="Segoe UI" w:hAnsi="Segoe UI" w:cs="Segoe UI"/>
                <w:color w:val="0D0D0D"/>
              </w:rPr>
            </w:pPr>
            <w:r>
              <w:rPr>
                <w:rFonts w:ascii="Segoe UI" w:hAnsi="Segoe UI" w:cs="Segoe UI"/>
                <w:color w:val="0D0D0D"/>
              </w:rPr>
              <w:t>照片描述：</w:t>
            </w:r>
            <w:r w:rsidRPr="00A15CF9">
              <w:rPr>
                <w:rFonts w:ascii="Segoe UI" w:hAnsi="Segoe UI" w:cs="Segoe UI"/>
                <w:color w:val="0D0D0D"/>
                <w:highlight w:val="yellow"/>
              </w:rPr>
              <w:t>[</w:t>
            </w:r>
            <w:r w:rsidRPr="00A15CF9">
              <w:rPr>
                <w:rFonts w:ascii="Segoe UI" w:hAnsi="Segoe UI" w:cs="Segoe UI"/>
                <w:color w:val="0D0D0D"/>
                <w:highlight w:val="yellow"/>
              </w:rPr>
              <w:t>在此貼上照片描述</w:t>
            </w:r>
            <w:r w:rsidRPr="00A15CF9">
              <w:rPr>
                <w:rFonts w:ascii="Segoe UI" w:hAnsi="Segoe UI" w:cs="Segoe UI"/>
                <w:color w:val="0D0D0D"/>
                <w:highlight w:val="yellow"/>
              </w:rPr>
              <w:t>]</w:t>
            </w:r>
          </w:p>
          <w:p w14:paraId="4CBC7046" w14:textId="77777777" w:rsidR="00A15CF9" w:rsidRDefault="00A15CF9">
            <w:pPr>
              <w:spacing w:after="0"/>
              <w:rPr>
                <w:sz w:val="24"/>
                <w:lang w:eastAsia="zh-TW"/>
              </w:rPr>
            </w:pPr>
          </w:p>
        </w:tc>
      </w:tr>
    </w:tbl>
    <w:p w14:paraId="4CC9C244" w14:textId="77777777" w:rsidR="006A4068" w:rsidRDefault="006A4068">
      <w:pPr>
        <w:spacing w:after="0"/>
        <w:rPr>
          <w:lang w:eastAsia="zh-TW"/>
        </w:rPr>
      </w:pPr>
    </w:p>
    <w:p w14:paraId="732E9566" w14:textId="4082B5EA" w:rsidR="006A4068" w:rsidRDefault="00CE6432">
      <w:pPr>
        <w:pStyle w:val="WKSmall"/>
      </w:pPr>
      <w:r>
        <w:t>把</w:t>
      </w:r>
      <w:r>
        <w:t xml:space="preserve"> [paste descriptions] </w:t>
      </w:r>
      <w:r w:rsidR="00A15CF9">
        <w:rPr>
          <w:rFonts w:ascii="Segoe UI" w:hAnsi="Segoe UI" w:cs="Segoe UI"/>
          <w:color w:val="0D0D0D"/>
        </w:rPr>
        <w:t>[</w:t>
      </w:r>
      <w:proofErr w:type="spellStart"/>
      <w:r w:rsidR="00A15CF9">
        <w:rPr>
          <w:rFonts w:ascii="新細明體" w:eastAsia="新細明體" w:hAnsi="新細明體" w:cs="新細明體" w:hint="eastAsia"/>
          <w:color w:val="0D0D0D"/>
        </w:rPr>
        <w:t>在此貼上照片描述</w:t>
      </w:r>
      <w:proofErr w:type="spellEnd"/>
      <w:r w:rsidR="00A15CF9">
        <w:rPr>
          <w:rFonts w:ascii="Segoe UI" w:hAnsi="Segoe UI" w:cs="Segoe UI"/>
          <w:color w:val="0D0D0D"/>
        </w:rPr>
        <w:t>]</w:t>
      </w:r>
      <w:proofErr w:type="spellStart"/>
      <w:r>
        <w:t>換成上面的三段描述。</w:t>
      </w:r>
      <w:r>
        <w:t>AI</w:t>
      </w:r>
      <w:proofErr w:type="spellEnd"/>
      <w:r>
        <w:t xml:space="preserve"> </w:t>
      </w:r>
      <w:r>
        <w:t>的建議只用來排順序，照片內容、人物與年代仍由本人核對。</w:t>
      </w:r>
    </w:p>
    <w:p w14:paraId="5D265D11" w14:textId="77777777" w:rsidR="006A4068" w:rsidRDefault="00CE6432">
      <w:pPr>
        <w:keepNext/>
        <w:keepLines/>
        <w:spacing w:before="6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48B7E923" wp14:editId="5277BD54">
            <wp:extent cx="5903999" cy="3791933"/>
            <wp:effectExtent l="0" t="0" r="0" b="0"/>
            <wp:docPr id="3" name="Picture 3" descr="使用AI輔助故事排序：先輸入三張照片的文字描述，請AI建議排序，最後自行核對，不讓AI推測人物身分或歷史事實。" title="用文字描述，請 AI 幫忙排順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協助照片故事排序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91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D4E7D" w14:textId="77777777" w:rsidR="006A4068" w:rsidRDefault="00CE6432">
      <w:pPr>
        <w:keepLines/>
        <w:spacing w:after="100" w:line="252" w:lineRule="auto"/>
        <w:rPr>
          <w:lang w:eastAsia="zh-TW"/>
        </w:rPr>
      </w:pPr>
      <w:r>
        <w:rPr>
          <w:color w:val="426357"/>
          <w:sz w:val="24"/>
          <w:lang w:eastAsia="zh-TW"/>
        </w:rPr>
        <w:t>示意圖：可先寫三張照片的描述，再請</w:t>
      </w:r>
      <w:r>
        <w:rPr>
          <w:color w:val="426357"/>
          <w:sz w:val="24"/>
          <w:lang w:eastAsia="zh-TW"/>
        </w:rPr>
        <w:t xml:space="preserve"> AI </w:t>
      </w:r>
      <w:r>
        <w:rPr>
          <w:color w:val="426357"/>
          <w:sz w:val="24"/>
          <w:lang w:eastAsia="zh-TW"/>
        </w:rPr>
        <w:t>協助排列故事順序。</w:t>
      </w:r>
    </w:p>
    <w:p w14:paraId="1648C7D0" w14:textId="77777777" w:rsidR="006A4068" w:rsidRDefault="00CE6432">
      <w:pPr>
        <w:pStyle w:val="WKSection"/>
        <w:pageBreakBefore/>
        <w:rPr>
          <w:lang w:eastAsia="zh-TW"/>
        </w:rPr>
      </w:pPr>
      <w:r>
        <w:rPr>
          <w:b w:val="0"/>
          <w:lang w:eastAsia="zh-TW"/>
        </w:rPr>
        <w:lastRenderedPageBreak/>
        <w:t>今天完</w:t>
      </w:r>
      <w:r>
        <w:rPr>
          <w:b w:val="0"/>
          <w:lang w:eastAsia="zh-TW"/>
        </w:rPr>
        <w:t>成了嗎？</w:t>
      </w:r>
    </w:p>
    <w:p w14:paraId="01262519" w14:textId="77777777" w:rsidR="006A4068" w:rsidRDefault="00CE6432">
      <w:pPr>
        <w:spacing w:after="100"/>
        <w:ind w:left="230"/>
        <w:rPr>
          <w:lang w:eastAsia="zh-TW"/>
        </w:rPr>
      </w:pPr>
      <w:r>
        <w:rPr>
          <w:lang w:eastAsia="zh-TW"/>
        </w:rPr>
        <w:t xml:space="preserve">□  </w:t>
      </w:r>
      <w:r>
        <w:rPr>
          <w:lang w:eastAsia="zh-TW"/>
        </w:rPr>
        <w:t>全景、中景、細節各有</w:t>
      </w:r>
      <w:r>
        <w:rPr>
          <w:lang w:eastAsia="zh-TW"/>
        </w:rPr>
        <w:t xml:space="preserve"> 1 </w:t>
      </w:r>
      <w:r>
        <w:rPr>
          <w:lang w:eastAsia="zh-TW"/>
        </w:rPr>
        <w:t>張，分別看得出環境、主角、細節。</w:t>
      </w:r>
    </w:p>
    <w:p w14:paraId="2F69DBD7" w14:textId="77777777" w:rsidR="006A4068" w:rsidRDefault="00CE6432">
      <w:pPr>
        <w:spacing w:after="100"/>
        <w:ind w:left="230"/>
        <w:rPr>
          <w:lang w:eastAsia="zh-TW"/>
        </w:rPr>
      </w:pPr>
      <w:r>
        <w:rPr>
          <w:lang w:eastAsia="zh-TW"/>
        </w:rPr>
        <w:t xml:space="preserve">□  </w:t>
      </w:r>
      <w:r>
        <w:rPr>
          <w:lang w:eastAsia="zh-TW"/>
        </w:rPr>
        <w:t>照片主體清楚，沒有明顯手震，也沒有裁掉重要部分。</w:t>
      </w:r>
    </w:p>
    <w:p w14:paraId="0B23A3F2" w14:textId="77777777" w:rsidR="006A4068" w:rsidRDefault="00CE6432">
      <w:pPr>
        <w:spacing w:after="100"/>
        <w:ind w:left="230"/>
        <w:rPr>
          <w:lang w:eastAsia="zh-TW"/>
        </w:rPr>
      </w:pPr>
      <w:r>
        <w:rPr>
          <w:lang w:eastAsia="zh-TW"/>
        </w:rPr>
        <w:t xml:space="preserve">□  </w:t>
      </w:r>
      <w:r>
        <w:rPr>
          <w:lang w:eastAsia="zh-TW"/>
        </w:rPr>
        <w:t>三張照片都記了來源和使用範圍；未確認的一律不公開。</w:t>
      </w:r>
    </w:p>
    <w:p w14:paraId="71553BE9" w14:textId="77777777" w:rsidR="006A4068" w:rsidRDefault="00CE6432">
      <w:pPr>
        <w:pStyle w:val="WKSection"/>
        <w:rPr>
          <w:lang w:eastAsia="zh-TW"/>
        </w:rPr>
      </w:pPr>
      <w:r>
        <w:rPr>
          <w:b w:val="0"/>
          <w:lang w:eastAsia="zh-TW"/>
        </w:rPr>
        <w:t>課後練習與下週預告</w:t>
      </w:r>
    </w:p>
    <w:p w14:paraId="6DE85CA7" w14:textId="77777777" w:rsidR="006A4068" w:rsidRDefault="00CE6432">
      <w:pPr>
        <w:rPr>
          <w:lang w:eastAsia="zh-TW"/>
        </w:rPr>
      </w:pPr>
      <w:r>
        <w:rPr>
          <w:lang w:eastAsia="zh-TW"/>
        </w:rPr>
        <w:t>在安全、不妨礙通行的位置補拍家鄉照片；年代、地名或人物資訊不確定時，先標示「待確認」。下週帶</w:t>
      </w:r>
      <w:r>
        <w:rPr>
          <w:lang w:eastAsia="zh-TW"/>
        </w:rPr>
        <w:t xml:space="preserve"> W04 </w:t>
      </w:r>
      <w:r>
        <w:rPr>
          <w:lang w:eastAsia="zh-TW"/>
        </w:rPr>
        <w:t>主題卡、</w:t>
      </w:r>
      <w:r>
        <w:rPr>
          <w:lang w:eastAsia="zh-TW"/>
        </w:rPr>
        <w:t xml:space="preserve">W05 </w:t>
      </w:r>
      <w:r>
        <w:rPr>
          <w:lang w:eastAsia="zh-TW"/>
        </w:rPr>
        <w:t>故事與</w:t>
      </w:r>
      <w:r>
        <w:rPr>
          <w:lang w:eastAsia="zh-TW"/>
        </w:rPr>
        <w:t xml:space="preserve"> W06 </w:t>
      </w:r>
      <w:r>
        <w:rPr>
          <w:lang w:eastAsia="zh-TW"/>
        </w:rPr>
        <w:t>照片，練習寫約</w:t>
      </w:r>
      <w:r>
        <w:rPr>
          <w:lang w:eastAsia="zh-TW"/>
        </w:rPr>
        <w:t xml:space="preserve"> 100 </w:t>
      </w:r>
      <w:r>
        <w:rPr>
          <w:lang w:eastAsia="zh-TW"/>
        </w:rPr>
        <w:t>字的地方介紹。</w:t>
      </w:r>
    </w:p>
    <w:p w14:paraId="063776C5" w14:textId="77777777" w:rsidR="006A4068" w:rsidRDefault="00CE6432">
      <w:pPr>
        <w:pStyle w:val="WKSection"/>
        <w:rPr>
          <w:lang w:eastAsia="zh-TW"/>
        </w:rPr>
      </w:pPr>
      <w:r>
        <w:rPr>
          <w:b w:val="0"/>
          <w:lang w:eastAsia="zh-TW"/>
        </w:rPr>
        <w:t>我的課後小記錄</w:t>
      </w:r>
    </w:p>
    <w:p w14:paraId="18D42009" w14:textId="77777777" w:rsidR="006A4068" w:rsidRDefault="00CE6432">
      <w:pPr>
        <w:spacing w:after="140"/>
        <w:rPr>
          <w:lang w:eastAsia="zh-TW"/>
        </w:rPr>
      </w:pPr>
      <w:r>
        <w:rPr>
          <w:lang w:eastAsia="zh-TW"/>
        </w:rPr>
        <w:t>我最滿意的照片是：</w:t>
      </w:r>
      <w:r>
        <w:rPr>
          <w:lang w:eastAsia="zh-TW"/>
        </w:rPr>
        <w:t xml:space="preserve">__________________  </w:t>
      </w:r>
      <w:r>
        <w:rPr>
          <w:lang w:eastAsia="zh-TW"/>
        </w:rPr>
        <w:t>因為：</w:t>
      </w:r>
      <w:r>
        <w:rPr>
          <w:lang w:eastAsia="zh-TW"/>
        </w:rPr>
        <w:t>_________________________</w:t>
      </w:r>
    </w:p>
    <w:p w14:paraId="1CDDC327" w14:textId="77777777" w:rsidR="006A4068" w:rsidRDefault="00CE6432">
      <w:pPr>
        <w:spacing w:after="140"/>
        <w:rPr>
          <w:lang w:eastAsia="zh-TW"/>
        </w:rPr>
      </w:pPr>
      <w:r>
        <w:rPr>
          <w:lang w:eastAsia="zh-TW"/>
        </w:rPr>
        <w:t>我還想補拍的地方：</w:t>
      </w:r>
      <w:r>
        <w:rPr>
          <w:lang w:eastAsia="zh-TW"/>
        </w:rPr>
        <w:t>________________________________________________</w:t>
      </w:r>
    </w:p>
    <w:p w14:paraId="02946665" w14:textId="77777777" w:rsidR="006A4068" w:rsidRDefault="00CE6432">
      <w:pPr>
        <w:spacing w:after="180"/>
        <w:rPr>
          <w:lang w:eastAsia="zh-TW"/>
        </w:rPr>
      </w:pPr>
      <w:r>
        <w:rPr>
          <w:lang w:eastAsia="zh-TW"/>
        </w:rPr>
        <w:t>這週我學會的一個拍照動作：</w:t>
      </w:r>
      <w:r>
        <w:rPr>
          <w:lang w:eastAsia="zh-TW"/>
        </w:rPr>
        <w:t>________________________________________</w:t>
      </w:r>
    </w:p>
    <w:p w14:paraId="1228DF26" w14:textId="77777777" w:rsidR="006A4068" w:rsidRDefault="00CE6432">
      <w:pPr>
        <w:keepNext/>
        <w:keepLines/>
        <w:spacing w:before="60" w:line="240" w:lineRule="auto"/>
        <w:jc w:val="center"/>
      </w:pPr>
      <w:r>
        <w:rPr>
          <w:noProof/>
        </w:rPr>
        <w:drawing>
          <wp:inline distT="0" distB="0" distL="0" distR="0" wp14:anchorId="56A722A5" wp14:editId="64E8F9B1">
            <wp:extent cx="5903999" cy="3791933"/>
            <wp:effectExtent l="0" t="0" r="0" b="0"/>
            <wp:docPr id="2" name="Picture 2" descr="完成檢核：三種景別、照片清楚完整、来源與分享範圍齊全；下週攜帶第四週主題卡、第五週故事與第六週照片。" title="完成檢查，準備銜接下一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完成清單_探索下一站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3791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57FF6" w14:textId="77777777" w:rsidR="006A4068" w:rsidRDefault="00CE6432">
      <w:pPr>
        <w:keepLines/>
        <w:spacing w:after="100" w:line="252" w:lineRule="auto"/>
        <w:rPr>
          <w:lang w:eastAsia="zh-TW"/>
        </w:rPr>
      </w:pPr>
      <w:r>
        <w:rPr>
          <w:color w:val="426357"/>
          <w:sz w:val="24"/>
          <w:lang w:eastAsia="zh-TW"/>
        </w:rPr>
        <w:t>示意圖：完成本週照片整理後，準備帶著成果銜接下週的地方介紹寫作。</w:t>
      </w:r>
    </w:p>
    <w:sectPr w:rsidR="006A4068" w:rsidSect="00034616">
      <w:headerReference w:type="default" r:id="rId20"/>
      <w:footerReference w:type="default" r:id="rId21"/>
      <w:pgSz w:w="12240" w:h="15840"/>
      <w:pgMar w:top="979" w:right="1037" w:bottom="864" w:left="1037" w:header="461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1AB4F" w14:textId="77777777" w:rsidR="00CE6432" w:rsidRDefault="00CE6432">
      <w:pPr>
        <w:spacing w:after="0" w:line="240" w:lineRule="auto"/>
      </w:pPr>
      <w:r>
        <w:separator/>
      </w:r>
    </w:p>
  </w:endnote>
  <w:endnote w:type="continuationSeparator" w:id="0">
    <w:p w14:paraId="13BD9E0F" w14:textId="77777777" w:rsidR="00CE6432" w:rsidRDefault="00CE6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T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EAA94" w14:textId="77777777" w:rsidR="006A4068" w:rsidRDefault="00CE6432">
    <w:pPr>
      <w:pStyle w:val="a7"/>
      <w:jc w:val="right"/>
      <w:rPr>
        <w:lang w:eastAsia="zh-TW"/>
      </w:rPr>
    </w:pPr>
    <w:r>
      <w:rPr>
        <w:color w:val="56645C"/>
        <w:sz w:val="18"/>
        <w:lang w:eastAsia="zh-TW"/>
      </w:rPr>
      <w:t>手機拍照與在地素材蒐集</w:t>
    </w:r>
    <w:r>
      <w:rPr>
        <w:color w:val="56645C"/>
        <w:sz w:val="18"/>
        <w:lang w:eastAsia="zh-TW"/>
      </w:rPr>
      <w:t xml:space="preserve">   ·   </w:t>
    </w:r>
    <w:r>
      <w:rPr>
        <w:color w:val="56645C"/>
        <w:sz w:val="18"/>
        <w:lang w:eastAsia="zh-TW"/>
      </w:rPr>
      <w:t>第</w:t>
    </w:r>
    <w:r>
      <w:rPr>
        <w:color w:val="56645C"/>
        <w:sz w:val="18"/>
        <w:lang w:eastAsia="zh-TW"/>
      </w:rPr>
      <w:t xml:space="preserve"> </w:t>
    </w:r>
    <w:r>
      <w:fldChar w:fldCharType="begin"/>
    </w:r>
    <w:r>
      <w:rPr>
        <w:lang w:eastAsia="zh-TW"/>
      </w:rPr>
      <w:instrText>PAGE</w:instrText>
    </w:r>
    <w:r>
      <w:fldChar w:fldCharType="separate"/>
    </w:r>
    <w:r w:rsidR="00A15CF9">
      <w:rPr>
        <w:noProof/>
        <w:lang w:eastAsia="zh-TW"/>
      </w:rPr>
      <w:t>1</w:t>
    </w:r>
    <w:r>
      <w:fldChar w:fldCharType="end"/>
    </w:r>
    <w:r>
      <w:rPr>
        <w:color w:val="56645C"/>
        <w:sz w:val="18"/>
        <w:lang w:eastAsia="zh-TW"/>
      </w:rPr>
      <w:t xml:space="preserve"> </w:t>
    </w:r>
    <w:r>
      <w:rPr>
        <w:color w:val="56645C"/>
        <w:sz w:val="18"/>
        <w:lang w:eastAsia="zh-TW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00A0E" w14:textId="77777777" w:rsidR="00CE6432" w:rsidRDefault="00CE6432">
      <w:pPr>
        <w:spacing w:after="0" w:line="240" w:lineRule="auto"/>
      </w:pPr>
      <w:r>
        <w:separator/>
      </w:r>
    </w:p>
  </w:footnote>
  <w:footnote w:type="continuationSeparator" w:id="0">
    <w:p w14:paraId="71DF58EF" w14:textId="77777777" w:rsidR="00CE6432" w:rsidRDefault="00CE6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52EED" w14:textId="77777777" w:rsidR="006A4068" w:rsidRDefault="00CE6432">
    <w:pPr>
      <w:pStyle w:val="a5"/>
      <w:rPr>
        <w:lang w:eastAsia="zh-TW"/>
      </w:rPr>
    </w:pPr>
    <w:r>
      <w:rPr>
        <w:b/>
        <w:color w:val="56645C"/>
        <w:sz w:val="18"/>
        <w:lang w:eastAsia="zh-TW"/>
      </w:rPr>
      <w:t>海線社大</w:t>
    </w:r>
    <w:r>
      <w:rPr>
        <w:b/>
        <w:color w:val="56645C"/>
        <w:sz w:val="18"/>
        <w:lang w:eastAsia="zh-TW"/>
      </w:rPr>
      <w:t xml:space="preserve">  ·  115-2 </w:t>
    </w:r>
    <w:r>
      <w:rPr>
        <w:b/>
        <w:color w:val="56645C"/>
        <w:sz w:val="18"/>
        <w:lang w:eastAsia="zh-TW"/>
      </w:rPr>
      <w:t>花甲數位學習</w:t>
    </w:r>
    <w:r>
      <w:rPr>
        <w:color w:val="56645C"/>
        <w:sz w:val="18"/>
        <w:lang w:eastAsia="zh-TW"/>
      </w:rPr>
      <w:t xml:space="preserve">                                        </w:t>
    </w:r>
    <w:r>
      <w:rPr>
        <w:color w:val="56645C"/>
        <w:sz w:val="18"/>
        <w:lang w:eastAsia="zh-TW"/>
      </w:rPr>
      <w:t>第</w:t>
    </w:r>
    <w:r>
      <w:rPr>
        <w:color w:val="56645C"/>
        <w:sz w:val="18"/>
        <w:lang w:eastAsia="zh-TW"/>
      </w:rPr>
      <w:t xml:space="preserve"> 6 </w:t>
    </w:r>
    <w:r>
      <w:rPr>
        <w:color w:val="56645C"/>
        <w:sz w:val="18"/>
        <w:lang w:eastAsia="zh-TW"/>
      </w:rPr>
      <w:t>週學員講義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A4068"/>
    <w:rsid w:val="00A15CF9"/>
    <w:rsid w:val="00AA1D8D"/>
    <w:rsid w:val="00B47730"/>
    <w:rsid w:val="00CB0664"/>
    <w:rsid w:val="00CE64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587AF7"/>
  <w14:defaultImageDpi w14:val="300"/>
  <w15:docId w15:val="{41ADD62E-1CBB-4B8B-8CD0-E8AF19A4F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69" w:lineRule="auto"/>
    </w:pPr>
    <w:rPr>
      <w:rFonts w:ascii="Noto Sans CJK TC" w:eastAsia="Noto Sans CJK TC" w:hAnsi="Noto Sans CJK TC"/>
      <w:color w:val="26322D"/>
      <w:sz w:val="2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WKTitle">
    <w:name w:val="WK Title"/>
    <w:basedOn w:val="a1"/>
    <w:pPr>
      <w:keepNext/>
      <w:spacing w:after="180"/>
    </w:pPr>
    <w:rPr>
      <w:b/>
      <w:color w:val="27322D"/>
      <w:sz w:val="47"/>
    </w:rPr>
  </w:style>
  <w:style w:type="paragraph" w:customStyle="1" w:styleId="WKSection">
    <w:name w:val="WK Section"/>
    <w:basedOn w:val="a1"/>
    <w:pPr>
      <w:keepNext/>
      <w:spacing w:before="120" w:after="80"/>
    </w:pPr>
    <w:rPr>
      <w:b/>
      <w:color w:val="275F4C"/>
      <w:sz w:val="32"/>
    </w:rPr>
  </w:style>
  <w:style w:type="paragraph" w:customStyle="1" w:styleId="WKSubheading">
    <w:name w:val="WK Subheading"/>
    <w:basedOn w:val="a1"/>
    <w:pPr>
      <w:keepNext/>
      <w:spacing w:before="120" w:after="80"/>
    </w:pPr>
    <w:rPr>
      <w:b/>
      <w:color w:val="275F4C"/>
      <w:sz w:val="27"/>
    </w:rPr>
  </w:style>
  <w:style w:type="paragraph" w:customStyle="1" w:styleId="WKSmall">
    <w:name w:val="WK Small"/>
    <w:basedOn w:val="a1"/>
    <w:rPr>
      <w:color w:val="56645C"/>
      <w:sz w:val="24"/>
    </w:rPr>
  </w:style>
  <w:style w:type="paragraph" w:customStyle="1" w:styleId="x1ghz6dp">
    <w:name w:val="x1ghz6dp"/>
    <w:basedOn w:val="a1"/>
    <w:rsid w:val="00A15CF9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color w:val="auto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5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13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115-2 第6週學員講義｜手機拍照與在地素材蒐集</dc:title>
  <dc:subject>海線社大花甲數位學習</dc:subject>
  <dc:creator>海線社大</dc:creator>
  <cp:keywords/>
  <dc:description>generated by python-docx</dc:description>
  <cp:lastModifiedBy>Teachet</cp:lastModifiedBy>
  <cp:revision>2</cp:revision>
  <dcterms:created xsi:type="dcterms:W3CDTF">2013-12-23T23:15:00Z</dcterms:created>
  <dcterms:modified xsi:type="dcterms:W3CDTF">2026-10-19T12:06:00Z</dcterms:modified>
  <cp:category/>
</cp:coreProperties>
</file>