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2088"/>
        <w:gridCol w:w="7848"/>
      </w:tblGrid>
      <w:tr>
        <w:trPr>
          <w:trHeight w:hRule="atLeast"/>
        </w:trPr>
        <w:tc>
          <w:tcPr>
            <w:tcW w:type="dxa" w:w="5112"/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51560" cy="105156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130315-蕉您來好康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0" cy="1051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before="0" w:after="60" w:line="240" w:lineRule="auto"/>
            </w:pPr>
            <w:r>
              <w:rPr>
                <w:rFonts w:ascii="Noto Sans CJK TC" w:hAnsi="Noto Sans CJK TC" w:eastAsia="Noto Sans CJK TC"/>
                <w:b/>
                <w:color w:val="4D8B4B"/>
                <w:sz w:val="26"/>
              </w:rPr>
              <w:t>115-2 花甲數位學習計畫</w:t>
            </w:r>
          </w:p>
          <w:p>
            <w:pPr>
              <w:spacing w:before="0" w:after="40" w:line="252" w:lineRule="auto"/>
            </w:pPr>
            <w:r>
              <w:rPr>
                <w:rFonts w:ascii="Noto Sans CJK TC" w:hAnsi="Noto Sans CJK TC" w:eastAsia="Noto Sans CJK TC"/>
                <w:b/>
                <w:color w:val="20352A"/>
                <w:sz w:val="50"/>
              </w:rPr>
              <w:t>第4週學員講義</w:t>
            </w:r>
          </w:p>
          <w:p>
            <w:pPr>
              <w:spacing w:before="0" w:after="0" w:line="264" w:lineRule="auto"/>
            </w:pPr>
            <w:r>
              <w:rPr>
                <w:rFonts w:ascii="Noto Sans CJK TC" w:hAnsi="Noto Sans CJK TC" w:eastAsia="Noto Sans CJK TC"/>
                <w:b/>
                <w:color w:val="B07A12"/>
                <w:sz w:val="38"/>
              </w:rPr>
              <w:t>找出我的家鄉主題與地方特色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D7E4D1"/>
          <w:left w:val="single" w:sz="8" w:color="D7E4D1"/>
          <w:bottom w:val="single" w:sz="8" w:color="D7E4D1"/>
          <w:right w:val="single" w:sz="8" w:color="D7E4D1"/>
          <w:insideH w:val="single" w:sz="8" w:color="D7E4D1"/>
          <w:insideV w:val="single" w:sz="8" w:color="D7E4D1"/>
        </w:tblBorders>
      </w:tblPr>
      <w:tblGrid>
        <w:gridCol w:w="4968"/>
        <w:gridCol w:w="4968"/>
      </w:tblGrid>
      <w:tr>
        <w:trPr>
          <w:trHeight w:hRule="atLeast"/>
        </w:trPr>
        <w:tc>
          <w:tcPr>
            <w:tcW w:type="dxa" w:w="5112"/>
            <w:shd w:fill="EAF4E4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4D8B4B"/>
                <w:sz w:val="24"/>
              </w:rPr>
              <w:t>課程名稱</w:t>
            </w:r>
          </w:p>
        </w:tc>
        <w:tc>
          <w:tcPr>
            <w:tcW w:type="dxa" w:w="5112"/>
            <w:shd w:fill="FAF7EE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r>
              <w:rPr>
                <w:rFonts w:ascii="Noto Sans CJK TC" w:hAnsi="Noto Sans CJK TC" w:eastAsia="Noto Sans CJK TC"/>
                <w:b w:val="0"/>
                <w:color w:val="20352A"/>
                <w:sz w:val="24"/>
              </w:rPr>
              <w:t>AI 走讀家鄉：用手機與 AI 設計在地文化作品</w:t>
            </w:r>
          </w:p>
        </w:tc>
      </w:tr>
      <w:tr>
        <w:trPr>
          <w:trHeight w:hRule="atLeast"/>
        </w:trPr>
        <w:tc>
          <w:tcPr>
            <w:tcW w:type="dxa" w:w="5112"/>
            <w:shd w:fill="EAF4E4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4D8B4B"/>
                <w:sz w:val="24"/>
              </w:rPr>
              <w:t>上課時間</w:t>
            </w:r>
          </w:p>
        </w:tc>
        <w:tc>
          <w:tcPr>
            <w:tcW w:type="dxa" w:w="5112"/>
            <w:shd w:fill="FAF7EE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r>
              <w:rPr>
                <w:rFonts w:ascii="Noto Sans CJK TC" w:hAnsi="Noto Sans CJK TC" w:eastAsia="Noto Sans CJK TC"/>
                <w:b w:val="0"/>
                <w:color w:val="20352A"/>
                <w:sz w:val="24"/>
              </w:rPr>
              <w:t>115/10/05（一）19:00-21:00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color="F5C451"/>
          <w:left w:val="single" w:sz="10" w:color="F5C451"/>
          <w:bottom w:val="single" w:sz="10" w:color="F5C451"/>
          <w:right w:val="single" w:sz="10" w:color="F5C451"/>
          <w:insideH w:val="single" w:sz="10" w:color="F5C451"/>
          <w:insideV w:val="single" w:sz="10" w:color="F5C451"/>
        </w:tblBorders>
      </w:tblPr>
      <w:tblGrid>
        <w:gridCol w:w="10224"/>
      </w:tblGrid>
      <w:tr>
        <w:trPr>
          <w:cantSplit/>
          <w:trHeight w:hRule="atLeast"/>
        </w:trPr>
        <w:tc>
          <w:tcPr>
            <w:tcW w:type="dxa" w:w="10008"/>
            <w:shd w:fill="FFF6D8"/>
            <w:tcMar>
              <w:top w:w="150" w:type="dxa"/>
              <w:start w:w="170" w:type="dxa"/>
              <w:bottom w:w="150" w:type="dxa"/>
              <w:end w:w="170" w:type="dxa"/>
            </w:tcMar>
            <w:vAlign w:val="center"/>
          </w:tcPr>
          <w:p>
            <w:pPr>
              <w:spacing w:before="0" w:after="60" w:line="276" w:lineRule="auto"/>
            </w:pPr>
            <w:r>
              <w:rPr>
                <w:rFonts w:ascii="Noto Sans CJK TC" w:hAnsi="Noto Sans CJK TC" w:eastAsia="Noto Sans CJK TC"/>
                <w:b/>
                <w:color w:val="4D8B4B"/>
                <w:sz w:val="30"/>
              </w:rPr>
              <w:t>今天的任務</w:t>
            </w:r>
          </w:p>
          <w:p>
            <w:pPr>
              <w:spacing w:before="0" w:after="0" w:line="324" w:lineRule="auto"/>
            </w:pPr>
            <w:r>
              <w:rPr>
                <w:rFonts w:ascii="Noto Sans CJK TC" w:hAnsi="Noto Sans CJK TC" w:eastAsia="Noto Sans CJK TC"/>
                <w:b w:val="0"/>
                <w:color w:val="20352A"/>
                <w:sz w:val="28"/>
              </w:rPr>
              <w:t>從自己的生活經驗出發，找出值得記錄的地方文化素材，最後完成一份「我的家鄉文化主題清單」。</w:t>
            </w:r>
          </w:p>
        </w:tc>
      </w:tr>
    </w:tbl>
    <w:p>
      <w:pPr>
        <w:spacing w:after="20"/>
      </w:pPr>
    </w:p>
    <w:p>
      <w:pPr>
        <w:keepNext/>
        <w:spacing w:before="160" w:after="120" w:line="240" w:lineRule="auto"/>
      </w:pPr>
      <w:r>
        <w:rPr>
          <w:rFonts w:ascii="Noto Sans CJK TC" w:hAnsi="Noto Sans CJK TC" w:eastAsia="Noto Sans CJK TC"/>
          <w:b/>
          <w:color w:val="4D8B4B"/>
          <w:sz w:val="40"/>
        </w:rPr>
        <w:t>一、今天要學會什麼？</w:t>
      </w:r>
    </w:p>
    <w:p>
      <w:pPr>
        <w:spacing w:before="0" w:after="60" w:line="312" w:lineRule="auto"/>
        <w:ind w:left="259" w:hanging="259"/>
      </w:pPr>
      <w:r>
        <w:rPr>
          <w:rFonts w:ascii="Noto Sans CJK TC" w:hAnsi="Noto Sans CJK TC" w:eastAsia="Noto Sans CJK TC"/>
          <w:b w:val="0"/>
          <w:color w:val="4D8B4B"/>
          <w:sz w:val="28"/>
        </w:rPr>
        <w:t xml:space="preserve">● </w:t>
      </w:r>
      <w:r>
        <w:rPr>
          <w:rFonts w:ascii="Noto Sans CJK TC" w:hAnsi="Noto Sans CJK TC" w:eastAsia="Noto Sans CJK TC"/>
          <w:b w:val="0"/>
          <w:color w:val="20352A"/>
          <w:sz w:val="28"/>
        </w:rPr>
        <w:t>說出什麼是「在地文化」。</w:t>
      </w:r>
    </w:p>
    <w:p>
      <w:pPr>
        <w:spacing w:before="0" w:after="60" w:line="312" w:lineRule="auto"/>
        <w:ind w:left="259" w:hanging="259"/>
      </w:pPr>
      <w:r>
        <w:rPr>
          <w:rFonts w:ascii="Noto Sans CJK TC" w:hAnsi="Noto Sans CJK TC" w:eastAsia="Noto Sans CJK TC"/>
          <w:b w:val="0"/>
          <w:color w:val="4D8B4B"/>
          <w:sz w:val="28"/>
        </w:rPr>
        <w:t xml:space="preserve">● </w:t>
      </w:r>
      <w:r>
        <w:rPr>
          <w:rFonts w:ascii="Noto Sans CJK TC" w:hAnsi="Noto Sans CJK TC" w:eastAsia="Noto Sans CJK TC"/>
          <w:b w:val="0"/>
          <w:color w:val="20352A"/>
          <w:sz w:val="28"/>
        </w:rPr>
        <w:t>找出至少 3 個家鄉特色。</w:t>
      </w:r>
    </w:p>
    <w:p>
      <w:pPr>
        <w:spacing w:before="0" w:after="60" w:line="312" w:lineRule="auto"/>
        <w:ind w:left="259" w:hanging="259"/>
      </w:pPr>
      <w:r>
        <w:rPr>
          <w:rFonts w:ascii="Noto Sans CJK TC" w:hAnsi="Noto Sans CJK TC" w:eastAsia="Noto Sans CJK TC"/>
          <w:b w:val="0"/>
          <w:color w:val="4D8B4B"/>
          <w:sz w:val="28"/>
        </w:rPr>
        <w:t xml:space="preserve">● </w:t>
      </w:r>
      <w:r>
        <w:rPr>
          <w:rFonts w:ascii="Noto Sans CJK TC" w:hAnsi="Noto Sans CJK TC" w:eastAsia="Noto Sans CJK TC"/>
          <w:b w:val="0"/>
          <w:color w:val="20352A"/>
          <w:sz w:val="28"/>
        </w:rPr>
        <w:t>用 AI 協助整理自己的生活經驗。</w:t>
      </w:r>
    </w:p>
    <w:p>
      <w:pPr>
        <w:spacing w:before="0" w:after="60" w:line="312" w:lineRule="auto"/>
        <w:ind w:left="259" w:hanging="259"/>
      </w:pPr>
      <w:r>
        <w:rPr>
          <w:rFonts w:ascii="Noto Sans CJK TC" w:hAnsi="Noto Sans CJK TC" w:eastAsia="Noto Sans CJK TC"/>
          <w:b w:val="0"/>
          <w:color w:val="4D8B4B"/>
          <w:sz w:val="28"/>
        </w:rPr>
        <w:t xml:space="preserve">● </w:t>
      </w:r>
      <w:r>
        <w:rPr>
          <w:rFonts w:ascii="Noto Sans CJK TC" w:hAnsi="Noto Sans CJK TC" w:eastAsia="Noto Sans CJK TC"/>
          <w:b w:val="0"/>
          <w:color w:val="20352A"/>
          <w:sz w:val="28"/>
        </w:rPr>
        <w:t>選出一個適合後續創作的家鄉主題。</w:t>
      </w:r>
    </w:p>
    <w:p>
      <w:pPr>
        <w:spacing w:before="0" w:after="60" w:line="312" w:lineRule="auto"/>
        <w:ind w:left="259" w:hanging="259"/>
      </w:pPr>
      <w:r>
        <w:rPr>
          <w:rFonts w:ascii="Noto Sans CJK TC" w:hAnsi="Noto Sans CJK TC" w:eastAsia="Noto Sans CJK TC"/>
          <w:b w:val="0"/>
          <w:color w:val="4D8B4B"/>
          <w:sz w:val="28"/>
        </w:rPr>
        <w:t xml:space="preserve">● </w:t>
      </w:r>
      <w:r>
        <w:rPr>
          <w:rFonts w:ascii="Noto Sans CJK TC" w:hAnsi="Noto Sans CJK TC" w:eastAsia="Noto Sans CJK TC"/>
          <w:b w:val="0"/>
          <w:color w:val="20352A"/>
          <w:sz w:val="28"/>
        </w:rPr>
        <w:t>完成一份「我的家鄉文化主題清單」。</w:t>
      </w:r>
    </w:p>
    <w:p>
      <w:pPr>
        <w:keepNext/>
        <w:spacing w:before="160" w:after="120" w:line="240" w:lineRule="auto"/>
      </w:pPr>
      <w:r>
        <w:rPr>
          <w:rFonts w:ascii="Noto Sans CJK TC" w:hAnsi="Noto Sans CJK TC" w:eastAsia="Noto Sans CJK TC"/>
          <w:b/>
          <w:color w:val="4D8B4B"/>
          <w:sz w:val="40"/>
        </w:rPr>
        <w:t>二、什麼是「在地文化」？</w:t>
      </w:r>
    </w:p>
    <w:p>
      <w:pPr>
        <w:spacing w:before="0" w:after="100" w:line="336" w:lineRule="auto"/>
      </w:pPr>
      <w:r>
        <w:rPr>
          <w:rFonts w:ascii="Noto Sans CJK TC" w:hAnsi="Noto Sans CJK TC" w:eastAsia="Noto Sans CJK TC"/>
          <w:b w:val="0"/>
          <w:color w:val="20352A"/>
          <w:sz w:val="28"/>
        </w:rPr>
        <w:t>在地文化不一定是古蹟，也不一定要是很有名的景點。只要和我們生活的地方有關，而且具有地方特色、生活記憶或共同經驗，都可以成為在地文化。</w:t>
      </w:r>
    </w:p>
    <w:p>
      <w:pPr>
        <w:spacing w:before="0" w:after="60" w:line="312" w:lineRule="auto"/>
        <w:ind w:left="259" w:hanging="259"/>
      </w:pPr>
      <w:r>
        <w:rPr>
          <w:rFonts w:ascii="Noto Sans CJK TC" w:hAnsi="Noto Sans CJK TC" w:eastAsia="Noto Sans CJK TC"/>
          <w:b w:val="0"/>
          <w:color w:val="4D8B4B"/>
          <w:sz w:val="26"/>
        </w:rPr>
        <w:t xml:space="preserve">● </w:t>
      </w:r>
      <w:r>
        <w:rPr>
          <w:rFonts w:ascii="Noto Sans CJK TC" w:hAnsi="Noto Sans CJK TC" w:eastAsia="Noto Sans CJK TC"/>
          <w:b w:val="0"/>
          <w:color w:val="20352A"/>
          <w:sz w:val="26"/>
        </w:rPr>
        <w:t>小時候常去的市場</w:t>
      </w:r>
    </w:p>
    <w:p>
      <w:pPr>
        <w:spacing w:before="0" w:after="60" w:line="312" w:lineRule="auto"/>
        <w:ind w:left="259" w:hanging="259"/>
      </w:pPr>
      <w:r>
        <w:rPr>
          <w:rFonts w:ascii="Noto Sans CJK TC" w:hAnsi="Noto Sans CJK TC" w:eastAsia="Noto Sans CJK TC"/>
          <w:b w:val="0"/>
          <w:color w:val="4D8B4B"/>
          <w:sz w:val="26"/>
        </w:rPr>
        <w:t xml:space="preserve">● </w:t>
      </w:r>
      <w:r>
        <w:rPr>
          <w:rFonts w:ascii="Noto Sans CJK TC" w:hAnsi="Noto Sans CJK TC" w:eastAsia="Noto Sans CJK TC"/>
          <w:b w:val="0"/>
          <w:color w:val="20352A"/>
          <w:sz w:val="26"/>
        </w:rPr>
        <w:t>家附近的廟</w:t>
      </w:r>
    </w:p>
    <w:p>
      <w:pPr>
        <w:spacing w:before="0" w:after="60" w:line="312" w:lineRule="auto"/>
        <w:ind w:left="259" w:hanging="259"/>
      </w:pPr>
      <w:r>
        <w:rPr>
          <w:rFonts w:ascii="Noto Sans CJK TC" w:hAnsi="Noto Sans CJK TC" w:eastAsia="Noto Sans CJK TC"/>
          <w:b w:val="0"/>
          <w:color w:val="4D8B4B"/>
          <w:sz w:val="26"/>
        </w:rPr>
        <w:t xml:space="preserve">● </w:t>
      </w:r>
      <w:r>
        <w:rPr>
          <w:rFonts w:ascii="Noto Sans CJK TC" w:hAnsi="Noto Sans CJK TC" w:eastAsia="Noto Sans CJK TC"/>
          <w:b w:val="0"/>
          <w:color w:val="20352A"/>
          <w:sz w:val="26"/>
        </w:rPr>
        <w:t>每年固定參加的節慶</w:t>
      </w:r>
    </w:p>
    <w:p>
      <w:pPr>
        <w:spacing w:before="0" w:after="60" w:line="312" w:lineRule="auto"/>
        <w:ind w:left="259" w:hanging="259"/>
      </w:pPr>
      <w:r>
        <w:rPr>
          <w:rFonts w:ascii="Noto Sans CJK TC" w:hAnsi="Noto Sans CJK TC" w:eastAsia="Noto Sans CJK TC"/>
          <w:b w:val="0"/>
          <w:color w:val="4D8B4B"/>
          <w:sz w:val="26"/>
        </w:rPr>
        <w:t xml:space="preserve">● </w:t>
      </w:r>
      <w:r>
        <w:rPr>
          <w:rFonts w:ascii="Noto Sans CJK TC" w:hAnsi="Noto Sans CJK TC" w:eastAsia="Noto Sans CJK TC"/>
          <w:b w:val="0"/>
          <w:color w:val="20352A"/>
          <w:sz w:val="26"/>
        </w:rPr>
        <w:t>在地農產品</w:t>
      </w:r>
    </w:p>
    <w:p>
      <w:pPr>
        <w:spacing w:before="0" w:after="60" w:line="312" w:lineRule="auto"/>
        <w:ind w:left="259" w:hanging="259"/>
      </w:pPr>
      <w:r>
        <w:rPr>
          <w:rFonts w:ascii="Noto Sans CJK TC" w:hAnsi="Noto Sans CJK TC" w:eastAsia="Noto Sans CJK TC"/>
          <w:b w:val="0"/>
          <w:color w:val="4D8B4B"/>
          <w:sz w:val="26"/>
        </w:rPr>
        <w:t xml:space="preserve">● </w:t>
      </w:r>
      <w:r>
        <w:rPr>
          <w:rFonts w:ascii="Noto Sans CJK TC" w:hAnsi="Noto Sans CJK TC" w:eastAsia="Noto Sans CJK TC"/>
          <w:b w:val="0"/>
          <w:color w:val="20352A"/>
          <w:sz w:val="26"/>
        </w:rPr>
        <w:t>一間開了很多年的老店</w:t>
      </w:r>
    </w:p>
    <w:p>
      <w:pPr>
        <w:spacing w:before="0" w:after="60" w:line="312" w:lineRule="auto"/>
        <w:ind w:left="259" w:hanging="259"/>
      </w:pPr>
      <w:r>
        <w:rPr>
          <w:rFonts w:ascii="Noto Sans CJK TC" w:hAnsi="Noto Sans CJK TC" w:eastAsia="Noto Sans CJK TC"/>
          <w:b w:val="0"/>
          <w:color w:val="4D8B4B"/>
          <w:sz w:val="26"/>
        </w:rPr>
        <w:t xml:space="preserve">● </w:t>
      </w:r>
      <w:r>
        <w:rPr>
          <w:rFonts w:ascii="Noto Sans CJK TC" w:hAnsi="Noto Sans CJK TC" w:eastAsia="Noto Sans CJK TC"/>
          <w:b w:val="0"/>
          <w:color w:val="20352A"/>
          <w:sz w:val="26"/>
        </w:rPr>
        <w:t>一條每天經過的街道</w:t>
      </w:r>
    </w:p>
    <w:p>
      <w:pPr>
        <w:spacing w:before="0" w:after="60" w:line="312" w:lineRule="auto"/>
        <w:ind w:left="259" w:hanging="259"/>
      </w:pPr>
      <w:r>
        <w:rPr>
          <w:rFonts w:ascii="Noto Sans CJK TC" w:hAnsi="Noto Sans CJK TC" w:eastAsia="Noto Sans CJK TC"/>
          <w:b w:val="0"/>
          <w:color w:val="4D8B4B"/>
          <w:sz w:val="26"/>
        </w:rPr>
        <w:t xml:space="preserve">● </w:t>
      </w:r>
      <w:r>
        <w:rPr>
          <w:rFonts w:ascii="Noto Sans CJK TC" w:hAnsi="Noto Sans CJK TC" w:eastAsia="Noto Sans CJK TC"/>
          <w:b w:val="0"/>
          <w:color w:val="20352A"/>
          <w:sz w:val="26"/>
        </w:rPr>
        <w:t>小時候吃過的食物</w:t>
      </w:r>
    </w:p>
    <w:p>
      <w:pPr>
        <w:spacing w:before="0" w:after="60" w:line="312" w:lineRule="auto"/>
        <w:ind w:left="259" w:hanging="259"/>
      </w:pPr>
      <w:r>
        <w:rPr>
          <w:rFonts w:ascii="Noto Sans CJK TC" w:hAnsi="Noto Sans CJK TC" w:eastAsia="Noto Sans CJK TC"/>
          <w:b w:val="0"/>
          <w:color w:val="4D8B4B"/>
          <w:sz w:val="26"/>
        </w:rPr>
        <w:t xml:space="preserve">● </w:t>
      </w:r>
      <w:r>
        <w:rPr>
          <w:rFonts w:ascii="Noto Sans CJK TC" w:hAnsi="Noto Sans CJK TC" w:eastAsia="Noto Sans CJK TC"/>
          <w:b w:val="0"/>
          <w:color w:val="20352A"/>
          <w:sz w:val="26"/>
        </w:rPr>
        <w:t>農村以前的生活方式</w:t>
      </w:r>
    </w:p>
    <w:p>
      <w:pPr>
        <w:spacing w:before="0" w:after="60" w:line="312" w:lineRule="auto"/>
        <w:ind w:left="259" w:hanging="259"/>
      </w:pPr>
      <w:r>
        <w:rPr>
          <w:rFonts w:ascii="Noto Sans CJK TC" w:hAnsi="Noto Sans CJK TC" w:eastAsia="Noto Sans CJK TC"/>
          <w:b w:val="0"/>
          <w:color w:val="4D8B4B"/>
          <w:sz w:val="26"/>
        </w:rPr>
        <w:t xml:space="preserve">● </w:t>
      </w:r>
      <w:r>
        <w:rPr>
          <w:rFonts w:ascii="Noto Sans CJK TC" w:hAnsi="Noto Sans CJK TC" w:eastAsia="Noto Sans CJK TC"/>
          <w:b w:val="0"/>
          <w:color w:val="20352A"/>
          <w:sz w:val="26"/>
        </w:rPr>
        <w:t>長輩傳下來的故事</w:t>
      </w:r>
    </w:p>
    <w:p>
      <w:pPr>
        <w:spacing w:before="0" w:after="60" w:line="312" w:lineRule="auto"/>
        <w:ind w:left="259" w:hanging="259"/>
      </w:pPr>
      <w:r>
        <w:rPr>
          <w:rFonts w:ascii="Noto Sans CJK TC" w:hAnsi="Noto Sans CJK TC" w:eastAsia="Noto Sans CJK TC"/>
          <w:b w:val="0"/>
          <w:color w:val="4D8B4B"/>
          <w:sz w:val="26"/>
        </w:rPr>
        <w:t xml:space="preserve">● </w:t>
      </w:r>
      <w:r>
        <w:rPr>
          <w:rFonts w:ascii="Noto Sans CJK TC" w:hAnsi="Noto Sans CJK TC" w:eastAsia="Noto Sans CJK TC"/>
          <w:b w:val="0"/>
          <w:color w:val="20352A"/>
          <w:sz w:val="26"/>
        </w:rPr>
        <w:t>已經消失的建築或店家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color="4D8B4B"/>
          <w:left w:val="single" w:sz="10" w:color="4D8B4B"/>
          <w:bottom w:val="single" w:sz="10" w:color="4D8B4B"/>
          <w:right w:val="single" w:sz="10" w:color="4D8B4B"/>
          <w:insideH w:val="single" w:sz="10" w:color="4D8B4B"/>
          <w:insideV w:val="single" w:sz="10" w:color="4D8B4B"/>
        </w:tblBorders>
      </w:tblPr>
      <w:tblGrid>
        <w:gridCol w:w="10224"/>
      </w:tblGrid>
      <w:tr>
        <w:trPr>
          <w:cantSplit/>
          <w:trHeight w:hRule="atLeast"/>
        </w:trPr>
        <w:tc>
          <w:tcPr>
            <w:tcW w:type="dxa" w:w="10008"/>
            <w:shd w:fill="EAF4E4"/>
            <w:tcMar>
              <w:top w:w="150" w:type="dxa"/>
              <w:start w:w="170" w:type="dxa"/>
              <w:bottom w:w="150" w:type="dxa"/>
              <w:end w:w="170" w:type="dxa"/>
            </w:tcMar>
            <w:vAlign w:val="center"/>
          </w:tcPr>
          <w:p>
            <w:pPr>
              <w:spacing w:before="0" w:after="60" w:line="276" w:lineRule="auto"/>
            </w:pPr>
            <w:r>
              <w:rPr>
                <w:rFonts w:ascii="Noto Sans CJK TC" w:hAnsi="Noto Sans CJK TC" w:eastAsia="Noto Sans CJK TC"/>
                <w:b/>
                <w:color w:val="4D8B4B"/>
                <w:sz w:val="30"/>
              </w:rPr>
              <w:t>想一想</w:t>
            </w:r>
          </w:p>
          <w:p>
            <w:pPr>
              <w:spacing w:before="0" w:after="0" w:line="324" w:lineRule="auto"/>
            </w:pPr>
            <w:r>
              <w:rPr>
                <w:rFonts w:ascii="Noto Sans CJK TC" w:hAnsi="Noto Sans CJK TC" w:eastAsia="Noto Sans CJK TC"/>
                <w:b w:val="0"/>
                <w:color w:val="20352A"/>
                <w:sz w:val="28"/>
              </w:rPr>
              <w:t>如果有一位第一次來到我的家鄉的人，我最想帶他去哪裡？最想讓他吃什麼？最想跟他說什麼故事？</w:t>
              <w:br/>
              <w:t>這些答案，就是很好的在地文化素材。</w:t>
            </w:r>
          </w:p>
        </w:tc>
      </w:tr>
    </w:tbl>
    <w:p>
      <w:pPr>
        <w:spacing w:after="20"/>
      </w:pPr>
    </w:p>
    <w:p>
      <w:pPr>
        <w:keepNext/>
        <w:spacing w:before="160" w:after="120" w:line="240" w:lineRule="auto"/>
      </w:pPr>
      <w:r>
        <w:rPr>
          <w:rFonts w:ascii="Noto Sans CJK TC" w:hAnsi="Noto Sans CJK TC" w:eastAsia="Noto Sans CJK TC"/>
          <w:b/>
          <w:color w:val="4D8B4B"/>
          <w:sz w:val="40"/>
        </w:rPr>
        <w:t>三、從「食、衣、住、行」尋找家鄉特色</w:t>
      </w:r>
    </w:p>
    <w:p>
      <w:pPr>
        <w:spacing w:before="0" w:after="140" w:line="324" w:lineRule="auto"/>
      </w:pPr>
      <w:r>
        <w:rPr>
          <w:rFonts w:ascii="Noto Sans CJK TC" w:hAnsi="Noto Sans CJK TC" w:eastAsia="Noto Sans CJK TC"/>
          <w:b w:val="0"/>
          <w:color w:val="20352A"/>
          <w:sz w:val="28"/>
        </w:rPr>
        <w:t>不知道要從哪裡開始時，可以先從日常生活找線索。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9D8C1"/>
          <w:left w:val="single" w:sz="7" w:color="C9D8C1"/>
          <w:bottom w:val="single" w:sz="7" w:color="C9D8C1"/>
          <w:right w:val="single" w:sz="7" w:color="C9D8C1"/>
          <w:insideH w:val="single" w:sz="7" w:color="C9D8C1"/>
          <w:insideV w:val="single" w:sz="7" w:color="C9D8C1"/>
        </w:tblBorders>
      </w:tblPr>
      <w:tblGrid>
        <w:gridCol w:w="1584"/>
        <w:gridCol w:w="5328"/>
        <w:gridCol w:w="2952"/>
      </w:tblGrid>
      <w:tr>
        <w:trPr>
          <w:trHeight w:hRule="atLeast"/>
          <w:tblHeader w:val="true"/>
        </w:trPr>
        <w:tc>
          <w:tcPr>
            <w:tcW w:type="dxa" w:w="3408"/>
            <w:shd w:fill="4D8B4B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4"/>
              </w:rPr>
              <w:t>方向</w:t>
            </w:r>
          </w:p>
        </w:tc>
        <w:tc>
          <w:tcPr>
            <w:tcW w:type="dxa" w:w="3408"/>
            <w:shd w:fill="4D8B4B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4"/>
              </w:rPr>
              <w:t>可以想什麼？</w:t>
            </w:r>
          </w:p>
        </w:tc>
        <w:tc>
          <w:tcPr>
            <w:tcW w:type="dxa" w:w="3408"/>
            <w:shd w:fill="4D8B4B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FFFFFF"/>
                <w:sz w:val="24"/>
              </w:rPr>
              <w:t>我的例子</w:t>
            </w:r>
          </w:p>
        </w:tc>
      </w:tr>
      <w:tr>
        <w:trPr>
          <w:trHeight w:hRule="atLeast"/>
        </w:trPr>
        <w:tc>
          <w:tcPr>
            <w:tcW w:type="dxa" w:w="1584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4D8B4B"/>
                <w:sz w:val="24"/>
              </w:rPr>
              <w:t>食</w:t>
            </w:r>
          </w:p>
        </w:tc>
        <w:tc>
          <w:tcPr>
            <w:tcW w:type="dxa" w:w="5328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rFonts w:ascii="Noto Sans CJK TC" w:hAnsi="Noto Sans CJK TC" w:eastAsia="Noto Sans CJK TC"/>
                <w:b w:val="0"/>
                <w:color w:val="20352A"/>
                <w:sz w:val="24"/>
              </w:rPr>
              <w:t>小吃、農產、料理、老店、市場</w:t>
            </w:r>
          </w:p>
        </w:tc>
        <w:tc>
          <w:tcPr>
            <w:tcW w:type="dxa" w:w="295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rFonts w:ascii="Noto Sans CJK TC" w:hAnsi="Noto Sans CJK TC" w:eastAsia="Noto Sans CJK TC"/>
                <w:b w:val="0"/>
                <w:color w:val="7A7A7A"/>
                <w:sz w:val="24"/>
              </w:rPr>
              <w:t>________________</w:t>
            </w:r>
          </w:p>
        </w:tc>
      </w:tr>
      <w:tr>
        <w:trPr>
          <w:trHeight w:hRule="atLeast"/>
        </w:trPr>
        <w:tc>
          <w:tcPr>
            <w:tcW w:type="dxa" w:w="1584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4D8B4B"/>
                <w:sz w:val="24"/>
              </w:rPr>
              <w:t>衣</w:t>
            </w:r>
          </w:p>
        </w:tc>
        <w:tc>
          <w:tcPr>
            <w:tcW w:type="dxa" w:w="5328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rFonts w:ascii="Noto Sans CJK TC" w:hAnsi="Noto Sans CJK TC" w:eastAsia="Noto Sans CJK TC"/>
                <w:b w:val="0"/>
                <w:color w:val="20352A"/>
                <w:sz w:val="24"/>
              </w:rPr>
              <w:t>傳統服飾、工作服、生活習慣</w:t>
            </w:r>
          </w:p>
        </w:tc>
        <w:tc>
          <w:tcPr>
            <w:tcW w:type="dxa" w:w="295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rFonts w:ascii="Noto Sans CJK TC" w:hAnsi="Noto Sans CJK TC" w:eastAsia="Noto Sans CJK TC"/>
                <w:b w:val="0"/>
                <w:color w:val="7A7A7A"/>
                <w:sz w:val="24"/>
              </w:rPr>
              <w:t>________________</w:t>
            </w:r>
          </w:p>
        </w:tc>
      </w:tr>
      <w:tr>
        <w:trPr>
          <w:trHeight w:hRule="atLeast"/>
        </w:trPr>
        <w:tc>
          <w:tcPr>
            <w:tcW w:type="dxa" w:w="1584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4D8B4B"/>
                <w:sz w:val="24"/>
              </w:rPr>
              <w:t>住</w:t>
            </w:r>
          </w:p>
        </w:tc>
        <w:tc>
          <w:tcPr>
            <w:tcW w:type="dxa" w:w="5328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rFonts w:ascii="Noto Sans CJK TC" w:hAnsi="Noto Sans CJK TC" w:eastAsia="Noto Sans CJK TC"/>
                <w:b w:val="0"/>
                <w:color w:val="20352A"/>
                <w:sz w:val="24"/>
              </w:rPr>
              <w:t>老房子、三合院、街道、聚落</w:t>
            </w:r>
          </w:p>
        </w:tc>
        <w:tc>
          <w:tcPr>
            <w:tcW w:type="dxa" w:w="295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rFonts w:ascii="Noto Sans CJK TC" w:hAnsi="Noto Sans CJK TC" w:eastAsia="Noto Sans CJK TC"/>
                <w:b w:val="0"/>
                <w:color w:val="7A7A7A"/>
                <w:sz w:val="24"/>
              </w:rPr>
              <w:t>________________</w:t>
            </w:r>
          </w:p>
        </w:tc>
      </w:tr>
      <w:tr>
        <w:trPr>
          <w:trHeight w:hRule="atLeast"/>
        </w:trPr>
        <w:tc>
          <w:tcPr>
            <w:tcW w:type="dxa" w:w="1584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4D8B4B"/>
                <w:sz w:val="24"/>
              </w:rPr>
              <w:t>行</w:t>
            </w:r>
          </w:p>
        </w:tc>
        <w:tc>
          <w:tcPr>
            <w:tcW w:type="dxa" w:w="5328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rFonts w:ascii="Noto Sans CJK TC" w:hAnsi="Noto Sans CJK TC" w:eastAsia="Noto Sans CJK TC"/>
                <w:b w:val="0"/>
                <w:color w:val="20352A"/>
                <w:sz w:val="24"/>
              </w:rPr>
              <w:t>火車、老車站、道路、橋梁</w:t>
            </w:r>
          </w:p>
        </w:tc>
        <w:tc>
          <w:tcPr>
            <w:tcW w:type="dxa" w:w="295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rFonts w:ascii="Noto Sans CJK TC" w:hAnsi="Noto Sans CJK TC" w:eastAsia="Noto Sans CJK TC"/>
                <w:b w:val="0"/>
                <w:color w:val="7A7A7A"/>
                <w:sz w:val="24"/>
              </w:rPr>
              <w:t>________________</w:t>
            </w:r>
          </w:p>
        </w:tc>
      </w:tr>
      <w:tr>
        <w:trPr>
          <w:trHeight w:hRule="atLeast"/>
        </w:trPr>
        <w:tc>
          <w:tcPr>
            <w:tcW w:type="dxa" w:w="1584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4D8B4B"/>
                <w:sz w:val="24"/>
              </w:rPr>
              <w:t>信仰</w:t>
            </w:r>
          </w:p>
        </w:tc>
        <w:tc>
          <w:tcPr>
            <w:tcW w:type="dxa" w:w="5328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rFonts w:ascii="Noto Sans CJK TC" w:hAnsi="Noto Sans CJK TC" w:eastAsia="Noto Sans CJK TC"/>
                <w:b w:val="0"/>
                <w:color w:val="20352A"/>
                <w:sz w:val="24"/>
              </w:rPr>
              <w:t>廟宇、祭典、宗教活動</w:t>
            </w:r>
          </w:p>
        </w:tc>
        <w:tc>
          <w:tcPr>
            <w:tcW w:type="dxa" w:w="295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rFonts w:ascii="Noto Sans CJK TC" w:hAnsi="Noto Sans CJK TC" w:eastAsia="Noto Sans CJK TC"/>
                <w:b w:val="0"/>
                <w:color w:val="7A7A7A"/>
                <w:sz w:val="24"/>
              </w:rPr>
              <w:t>________________</w:t>
            </w:r>
          </w:p>
        </w:tc>
      </w:tr>
      <w:tr>
        <w:trPr>
          <w:trHeight w:hRule="atLeast"/>
        </w:trPr>
        <w:tc>
          <w:tcPr>
            <w:tcW w:type="dxa" w:w="1584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4D8B4B"/>
                <w:sz w:val="24"/>
              </w:rPr>
              <w:t>產業</w:t>
            </w:r>
          </w:p>
        </w:tc>
        <w:tc>
          <w:tcPr>
            <w:tcW w:type="dxa" w:w="5328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rFonts w:ascii="Noto Sans CJK TC" w:hAnsi="Noto Sans CJK TC" w:eastAsia="Noto Sans CJK TC"/>
                <w:b w:val="0"/>
                <w:color w:val="20352A"/>
                <w:sz w:val="24"/>
              </w:rPr>
              <w:t>農業、工廠、商店、傳統產業</w:t>
            </w:r>
          </w:p>
        </w:tc>
        <w:tc>
          <w:tcPr>
            <w:tcW w:type="dxa" w:w="295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rFonts w:ascii="Noto Sans CJK TC" w:hAnsi="Noto Sans CJK TC" w:eastAsia="Noto Sans CJK TC"/>
                <w:b w:val="0"/>
                <w:color w:val="7A7A7A"/>
                <w:sz w:val="24"/>
              </w:rPr>
              <w:t>________________</w:t>
            </w:r>
          </w:p>
        </w:tc>
      </w:tr>
      <w:tr>
        <w:trPr>
          <w:trHeight w:hRule="atLeast"/>
        </w:trPr>
        <w:tc>
          <w:tcPr>
            <w:tcW w:type="dxa" w:w="1584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4D8B4B"/>
                <w:sz w:val="24"/>
              </w:rPr>
              <w:t>節慶</w:t>
            </w:r>
          </w:p>
        </w:tc>
        <w:tc>
          <w:tcPr>
            <w:tcW w:type="dxa" w:w="5328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rFonts w:ascii="Noto Sans CJK TC" w:hAnsi="Noto Sans CJK TC" w:eastAsia="Noto Sans CJK TC"/>
                <w:b w:val="0"/>
                <w:color w:val="20352A"/>
                <w:sz w:val="24"/>
              </w:rPr>
              <w:t>廟會、農產季、地方活動</w:t>
            </w:r>
          </w:p>
        </w:tc>
        <w:tc>
          <w:tcPr>
            <w:tcW w:type="dxa" w:w="295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rFonts w:ascii="Noto Sans CJK TC" w:hAnsi="Noto Sans CJK TC" w:eastAsia="Noto Sans CJK TC"/>
                <w:b w:val="0"/>
                <w:color w:val="7A7A7A"/>
                <w:sz w:val="24"/>
              </w:rPr>
              <w:t>________________</w:t>
            </w:r>
          </w:p>
        </w:tc>
      </w:tr>
      <w:tr>
        <w:trPr>
          <w:trHeight w:hRule="atLeast"/>
        </w:trPr>
        <w:tc>
          <w:tcPr>
            <w:tcW w:type="dxa" w:w="1584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4D8B4B"/>
                <w:sz w:val="24"/>
              </w:rPr>
              <w:t>人物</w:t>
            </w:r>
          </w:p>
        </w:tc>
        <w:tc>
          <w:tcPr>
            <w:tcW w:type="dxa" w:w="5328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rFonts w:ascii="Noto Sans CJK TC" w:hAnsi="Noto Sans CJK TC" w:eastAsia="Noto Sans CJK TC"/>
                <w:b w:val="0"/>
                <w:color w:val="20352A"/>
                <w:sz w:val="24"/>
              </w:rPr>
              <w:t>長輩、職人、農民、地方人物</w:t>
            </w:r>
          </w:p>
        </w:tc>
        <w:tc>
          <w:tcPr>
            <w:tcW w:type="dxa" w:w="295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rFonts w:ascii="Noto Sans CJK TC" w:hAnsi="Noto Sans CJK TC" w:eastAsia="Noto Sans CJK TC"/>
                <w:b w:val="0"/>
                <w:color w:val="7A7A7A"/>
                <w:sz w:val="24"/>
              </w:rPr>
              <w:t>________________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color="F5C451"/>
          <w:left w:val="single" w:sz="10" w:color="F5C451"/>
          <w:bottom w:val="single" w:sz="10" w:color="F5C451"/>
          <w:right w:val="single" w:sz="10" w:color="F5C451"/>
          <w:insideH w:val="single" w:sz="10" w:color="F5C451"/>
          <w:insideV w:val="single" w:sz="10" w:color="F5C451"/>
        </w:tblBorders>
      </w:tblPr>
      <w:tblGrid>
        <w:gridCol w:w="10224"/>
      </w:tblGrid>
      <w:tr>
        <w:trPr>
          <w:cantSplit/>
          <w:trHeight w:hRule="atLeast"/>
        </w:trPr>
        <w:tc>
          <w:tcPr>
            <w:tcW w:type="dxa" w:w="10008"/>
            <w:shd w:fill="FFF6D8"/>
            <w:tcMar>
              <w:top w:w="150" w:type="dxa"/>
              <w:start w:w="170" w:type="dxa"/>
              <w:bottom w:w="150" w:type="dxa"/>
              <w:end w:w="170" w:type="dxa"/>
            </w:tcMar>
            <w:vAlign w:val="center"/>
          </w:tcPr>
          <w:p>
            <w:pPr>
              <w:spacing w:before="0" w:after="60" w:line="276" w:lineRule="auto"/>
            </w:pPr>
            <w:r>
              <w:rPr>
                <w:rFonts w:ascii="Noto Sans CJK TC" w:hAnsi="Noto Sans CJK TC" w:eastAsia="Noto Sans CJK TC"/>
                <w:b/>
                <w:color w:val="4D8B4B"/>
                <w:sz w:val="30"/>
              </w:rPr>
              <w:t>重點</w:t>
            </w:r>
          </w:p>
          <w:p>
            <w:pPr>
              <w:spacing w:before="0" w:after="0" w:line="324" w:lineRule="auto"/>
            </w:pPr>
            <w:r>
              <w:rPr>
                <w:rFonts w:ascii="Noto Sans CJK TC" w:hAnsi="Noto Sans CJK TC" w:eastAsia="Noto Sans CJK TC"/>
                <w:b w:val="0"/>
                <w:color w:val="20352A"/>
                <w:sz w:val="28"/>
              </w:rPr>
              <w:t>「文化」不是只有歷史課本裡的東西。我們每天怎麼吃、怎麼生活、去哪裡買東西、以前怎麼工作，本身就是文化。</w:t>
            </w:r>
          </w:p>
        </w:tc>
      </w:tr>
    </w:tbl>
    <w:p>
      <w:pPr>
        <w:spacing w:after="20"/>
      </w:pPr>
    </w:p>
    <w:p>
      <w:pPr>
        <w:keepNext/>
        <w:spacing w:before="160" w:after="120" w:line="240" w:lineRule="auto"/>
      </w:pPr>
      <w:r>
        <w:rPr>
          <w:rFonts w:ascii="Noto Sans CJK TC" w:hAnsi="Noto Sans CJK TC" w:eastAsia="Noto Sans CJK TC"/>
          <w:b/>
          <w:color w:val="4D8B4B"/>
          <w:sz w:val="40"/>
        </w:rPr>
        <w:t>四、活動一：找出我的「3＋3＋3」</w:t>
      </w:r>
    </w:p>
    <w:p>
      <w:pPr>
        <w:spacing w:before="0" w:after="160" w:line="312" w:lineRule="auto"/>
      </w:pPr>
      <w:r>
        <w:rPr>
          <w:rFonts w:ascii="Noto Sans CJK TC" w:hAnsi="Noto Sans CJK TC" w:eastAsia="Noto Sans CJK TC"/>
          <w:b w:val="0"/>
          <w:color w:val="20352A"/>
          <w:sz w:val="28"/>
        </w:rPr>
        <w:t>現在請從自己的生活記憶開始，不需要想得很完整，先把關鍵字寫下來。</w:t>
      </w:r>
    </w:p>
    <w:p>
      <w:pPr>
        <w:keepNext/>
        <w:spacing w:before="100" w:after="80" w:line="264" w:lineRule="auto"/>
      </w:pPr>
      <w:r>
        <w:rPr>
          <w:rFonts w:ascii="Noto Sans CJK TC" w:hAnsi="Noto Sans CJK TC" w:eastAsia="Noto Sans CJK TC"/>
          <w:b/>
          <w:color w:val="20352A"/>
          <w:sz w:val="32"/>
        </w:rPr>
        <w:t>① 三個地方</w:t>
      </w:r>
    </w:p>
    <w:p>
      <w:pPr>
        <w:spacing w:before="0" w:after="60" w:line="288" w:lineRule="auto"/>
      </w:pPr>
      <w:r>
        <w:rPr>
          <w:rFonts w:ascii="Noto Sans CJK TC" w:hAnsi="Noto Sans CJK TC" w:eastAsia="Noto Sans CJK TC"/>
          <w:b w:val="0"/>
          <w:color w:val="6C6C63"/>
          <w:sz w:val="24"/>
        </w:rPr>
        <w:t>可以是：廟宇、車站、老街、市場、公園、學校、農田、老店、社區、河川、古厝……</w:t>
      </w:r>
    </w:p>
    <w:p>
      <w:pPr>
        <w:spacing w:before="0" w:after="100" w:line="240" w:lineRule="auto"/>
      </w:pPr>
      <w:r>
        <w:rPr>
          <w:rFonts w:ascii="Noto Sans CJK TC" w:hAnsi="Noto Sans CJK TC" w:eastAsia="Noto Sans CJK TC"/>
          <w:b/>
          <w:color w:val="4D8B4B"/>
          <w:sz w:val="26"/>
        </w:rPr>
        <w:t xml:space="preserve">1. </w:t>
      </w:r>
      <w:r>
        <w:rPr>
          <w:rFonts w:ascii="Noto Sans CJK TC" w:hAnsi="Noto Sans CJK TC" w:eastAsia="Noto Sans CJK TC"/>
          <w:b w:val="0"/>
          <w:color w:val="777777"/>
          <w:sz w:val="26"/>
        </w:rPr>
        <w:t>__________________________________</w:t>
      </w:r>
    </w:p>
    <w:p>
      <w:pPr>
        <w:spacing w:before="0" w:after="100" w:line="240" w:lineRule="auto"/>
      </w:pPr>
      <w:r>
        <w:rPr>
          <w:rFonts w:ascii="Noto Sans CJK TC" w:hAnsi="Noto Sans CJK TC" w:eastAsia="Noto Sans CJK TC"/>
          <w:b/>
          <w:color w:val="4D8B4B"/>
          <w:sz w:val="26"/>
        </w:rPr>
        <w:t xml:space="preserve">2. </w:t>
      </w:r>
      <w:r>
        <w:rPr>
          <w:rFonts w:ascii="Noto Sans CJK TC" w:hAnsi="Noto Sans CJK TC" w:eastAsia="Noto Sans CJK TC"/>
          <w:b w:val="0"/>
          <w:color w:val="777777"/>
          <w:sz w:val="26"/>
        </w:rPr>
        <w:t>__________________________________</w:t>
      </w:r>
    </w:p>
    <w:p>
      <w:pPr>
        <w:spacing w:before="0" w:after="100" w:line="240" w:lineRule="auto"/>
      </w:pPr>
      <w:r>
        <w:rPr>
          <w:rFonts w:ascii="Noto Sans CJK TC" w:hAnsi="Noto Sans CJK TC" w:eastAsia="Noto Sans CJK TC"/>
          <w:b/>
          <w:color w:val="4D8B4B"/>
          <w:sz w:val="26"/>
        </w:rPr>
        <w:t xml:space="preserve">3. </w:t>
      </w:r>
      <w:r>
        <w:rPr>
          <w:rFonts w:ascii="Noto Sans CJK TC" w:hAnsi="Noto Sans CJK TC" w:eastAsia="Noto Sans CJK TC"/>
          <w:b w:val="0"/>
          <w:color w:val="777777"/>
          <w:sz w:val="26"/>
        </w:rPr>
        <w:t>__________________________________</w:t>
      </w:r>
    </w:p>
    <w:p>
      <w:pPr>
        <w:keepNext/>
        <w:spacing w:before="100" w:after="80" w:line="264" w:lineRule="auto"/>
      </w:pPr>
      <w:r>
        <w:rPr>
          <w:rFonts w:ascii="Noto Sans CJK TC" w:hAnsi="Noto Sans CJK TC" w:eastAsia="Noto Sans CJK TC"/>
          <w:b/>
          <w:color w:val="20352A"/>
          <w:sz w:val="32"/>
        </w:rPr>
        <w:t>② 三種食物或農產</w:t>
      </w:r>
    </w:p>
    <w:p>
      <w:pPr>
        <w:spacing w:before="0" w:after="60" w:line="288" w:lineRule="auto"/>
      </w:pPr>
      <w:r>
        <w:rPr>
          <w:rFonts w:ascii="Noto Sans CJK TC" w:hAnsi="Noto Sans CJK TC" w:eastAsia="Noto Sans CJK TC"/>
          <w:b w:val="0"/>
          <w:color w:val="6C6C63"/>
          <w:sz w:val="24"/>
        </w:rPr>
        <w:t>可以是：蔬果、米食、小吃、糕餅、飲料、傳統料理、農產品……</w:t>
      </w:r>
    </w:p>
    <w:p>
      <w:pPr>
        <w:spacing w:before="0" w:after="100" w:line="240" w:lineRule="auto"/>
      </w:pPr>
      <w:r>
        <w:rPr>
          <w:rFonts w:ascii="Noto Sans CJK TC" w:hAnsi="Noto Sans CJK TC" w:eastAsia="Noto Sans CJK TC"/>
          <w:b/>
          <w:color w:val="4D8B4B"/>
          <w:sz w:val="26"/>
        </w:rPr>
        <w:t xml:space="preserve">1. </w:t>
      </w:r>
      <w:r>
        <w:rPr>
          <w:rFonts w:ascii="Noto Sans CJK TC" w:hAnsi="Noto Sans CJK TC" w:eastAsia="Noto Sans CJK TC"/>
          <w:b w:val="0"/>
          <w:color w:val="777777"/>
          <w:sz w:val="26"/>
        </w:rPr>
        <w:t>__________________________________</w:t>
      </w:r>
    </w:p>
    <w:p>
      <w:pPr>
        <w:spacing w:before="0" w:after="100" w:line="240" w:lineRule="auto"/>
      </w:pPr>
      <w:r>
        <w:rPr>
          <w:rFonts w:ascii="Noto Sans CJK TC" w:hAnsi="Noto Sans CJK TC" w:eastAsia="Noto Sans CJK TC"/>
          <w:b/>
          <w:color w:val="4D8B4B"/>
          <w:sz w:val="26"/>
        </w:rPr>
        <w:t xml:space="preserve">2. </w:t>
      </w:r>
      <w:r>
        <w:rPr>
          <w:rFonts w:ascii="Noto Sans CJK TC" w:hAnsi="Noto Sans CJK TC" w:eastAsia="Noto Sans CJK TC"/>
          <w:b w:val="0"/>
          <w:color w:val="777777"/>
          <w:sz w:val="26"/>
        </w:rPr>
        <w:t>__________________________________</w:t>
      </w:r>
    </w:p>
    <w:p>
      <w:pPr>
        <w:spacing w:before="0" w:after="100" w:line="240" w:lineRule="auto"/>
      </w:pPr>
      <w:r>
        <w:rPr>
          <w:rFonts w:ascii="Noto Sans CJK TC" w:hAnsi="Noto Sans CJK TC" w:eastAsia="Noto Sans CJK TC"/>
          <w:b/>
          <w:color w:val="4D8B4B"/>
          <w:sz w:val="26"/>
        </w:rPr>
        <w:t xml:space="preserve">3. </w:t>
      </w:r>
      <w:r>
        <w:rPr>
          <w:rFonts w:ascii="Noto Sans CJK TC" w:hAnsi="Noto Sans CJK TC" w:eastAsia="Noto Sans CJK TC"/>
          <w:b w:val="0"/>
          <w:color w:val="777777"/>
          <w:sz w:val="26"/>
        </w:rPr>
        <w:t>__________________________________</w:t>
      </w:r>
    </w:p>
    <w:p>
      <w:pPr>
        <w:keepNext/>
        <w:spacing w:before="100" w:after="80" w:line="264" w:lineRule="auto"/>
      </w:pPr>
      <w:r>
        <w:rPr>
          <w:rFonts w:ascii="Noto Sans CJK TC" w:hAnsi="Noto Sans CJK TC" w:eastAsia="Noto Sans CJK TC"/>
          <w:b/>
          <w:color w:val="20352A"/>
          <w:sz w:val="32"/>
        </w:rPr>
        <w:t>③ 三段生活記憶</w:t>
      </w:r>
    </w:p>
    <w:p>
      <w:pPr>
        <w:spacing w:before="0" w:after="60" w:line="288" w:lineRule="auto"/>
      </w:pPr>
      <w:r>
        <w:rPr>
          <w:rFonts w:ascii="Noto Sans CJK TC" w:hAnsi="Noto Sans CJK TC" w:eastAsia="Noto Sans CJK TC"/>
          <w:b/>
          <w:color w:val="20352A"/>
          <w:sz w:val="26"/>
        </w:rPr>
        <w:t>我的記憶 1｜以前我常常：</w:t>
      </w:r>
    </w:p>
    <w:p>
      <w:pPr>
        <w:spacing w:before="0" w:after="80" w:line="240" w:lineRule="auto"/>
      </w:pPr>
      <w:r>
        <w:rPr>
          <w:rFonts w:ascii="Noto Sans CJK TC" w:hAnsi="Noto Sans CJK TC" w:eastAsia="Noto Sans CJK TC"/>
          <w:b w:val="0"/>
          <w:color w:val="7F7F7F"/>
          <w:sz w:val="26"/>
        </w:rPr>
        <w:t>__________________________________________</w:t>
      </w:r>
    </w:p>
    <w:p>
      <w:pPr>
        <w:spacing w:before="0" w:after="80" w:line="240" w:lineRule="auto"/>
      </w:pPr>
      <w:r>
        <w:rPr>
          <w:rFonts w:ascii="Noto Sans CJK TC" w:hAnsi="Noto Sans CJK TC" w:eastAsia="Noto Sans CJK TC"/>
          <w:b w:val="0"/>
          <w:color w:val="7F7F7F"/>
          <w:sz w:val="26"/>
        </w:rPr>
        <w:t>__________________________________________</w:t>
      </w:r>
    </w:p>
    <w:p>
      <w:pPr>
        <w:spacing w:before="0" w:after="60" w:line="288" w:lineRule="auto"/>
      </w:pPr>
      <w:r>
        <w:rPr>
          <w:rFonts w:ascii="Noto Sans CJK TC" w:hAnsi="Noto Sans CJK TC" w:eastAsia="Noto Sans CJK TC"/>
          <w:b/>
          <w:color w:val="20352A"/>
          <w:sz w:val="26"/>
        </w:rPr>
        <w:t>我的記憶 2｜我印象最深的是：</w:t>
      </w:r>
    </w:p>
    <w:p>
      <w:pPr>
        <w:spacing w:before="0" w:after="80" w:line="240" w:lineRule="auto"/>
      </w:pPr>
      <w:r>
        <w:rPr>
          <w:rFonts w:ascii="Noto Sans CJK TC" w:hAnsi="Noto Sans CJK TC" w:eastAsia="Noto Sans CJK TC"/>
          <w:b w:val="0"/>
          <w:color w:val="7F7F7F"/>
          <w:sz w:val="26"/>
        </w:rPr>
        <w:t>__________________________________________</w:t>
      </w:r>
    </w:p>
    <w:p>
      <w:pPr>
        <w:spacing w:before="0" w:after="80" w:line="240" w:lineRule="auto"/>
      </w:pPr>
      <w:r>
        <w:rPr>
          <w:rFonts w:ascii="Noto Sans CJK TC" w:hAnsi="Noto Sans CJK TC" w:eastAsia="Noto Sans CJK TC"/>
          <w:b w:val="0"/>
          <w:color w:val="7F7F7F"/>
          <w:sz w:val="26"/>
        </w:rPr>
        <w:t>__________________________________________</w:t>
      </w:r>
    </w:p>
    <w:p>
      <w:pPr>
        <w:spacing w:before="0" w:after="60" w:line="288" w:lineRule="auto"/>
      </w:pPr>
      <w:r>
        <w:rPr>
          <w:rFonts w:ascii="Noto Sans CJK TC" w:hAnsi="Noto Sans CJK TC" w:eastAsia="Noto Sans CJK TC"/>
          <w:b/>
          <w:color w:val="20352A"/>
          <w:sz w:val="26"/>
        </w:rPr>
        <w:t>我的記憶 3｜以前和現在最大的不同是：</w:t>
      </w:r>
    </w:p>
    <w:p>
      <w:pPr>
        <w:spacing w:before="0" w:after="80" w:line="240" w:lineRule="auto"/>
      </w:pPr>
      <w:r>
        <w:rPr>
          <w:rFonts w:ascii="Noto Sans CJK TC" w:hAnsi="Noto Sans CJK TC" w:eastAsia="Noto Sans CJK TC"/>
          <w:b w:val="0"/>
          <w:color w:val="7F7F7F"/>
          <w:sz w:val="26"/>
        </w:rPr>
        <w:t>__________________________________________</w:t>
      </w:r>
    </w:p>
    <w:p>
      <w:pPr>
        <w:spacing w:before="0" w:after="80" w:line="240" w:lineRule="auto"/>
      </w:pPr>
      <w:r>
        <w:rPr>
          <w:rFonts w:ascii="Noto Sans CJK TC" w:hAnsi="Noto Sans CJK TC" w:eastAsia="Noto Sans CJK TC"/>
          <w:b w:val="0"/>
          <w:color w:val="7F7F7F"/>
          <w:sz w:val="26"/>
        </w:rPr>
        <w:t>__________________________________________</w:t>
      </w:r>
    </w:p>
    <w:p>
      <w:pPr>
        <w:keepNext/>
        <w:spacing w:before="160" w:after="120" w:line="240" w:lineRule="auto"/>
      </w:pPr>
      <w:r>
        <w:rPr>
          <w:rFonts w:ascii="Noto Sans CJK TC" w:hAnsi="Noto Sans CJK TC" w:eastAsia="Noto Sans CJK TC"/>
          <w:b/>
          <w:color w:val="4D8B4B"/>
          <w:sz w:val="40"/>
        </w:rPr>
        <w:t>五、讓 AI 當我們的「腦力激盪助手」</w:t>
      </w:r>
    </w:p>
    <w:p>
      <w:pPr>
        <w:spacing w:before="0" w:after="100" w:line="336" w:lineRule="auto"/>
      </w:pPr>
      <w:r>
        <w:rPr>
          <w:rFonts w:ascii="Noto Sans CJK TC" w:hAnsi="Noto Sans CJK TC" w:eastAsia="Noto Sans CJK TC"/>
          <w:b w:val="0"/>
          <w:color w:val="20352A"/>
          <w:sz w:val="28"/>
        </w:rPr>
        <w:t>當我們一下子想不到題目時，可以把自己已經知道的資料告訴 AI，請 AI 幫忙整理。但要記得：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color="4D8B4B"/>
          <w:left w:val="single" w:sz="10" w:color="4D8B4B"/>
          <w:bottom w:val="single" w:sz="10" w:color="4D8B4B"/>
          <w:right w:val="single" w:sz="10" w:color="4D8B4B"/>
          <w:insideH w:val="single" w:sz="10" w:color="4D8B4B"/>
          <w:insideV w:val="single" w:sz="10" w:color="4D8B4B"/>
        </w:tblBorders>
      </w:tblPr>
      <w:tblGrid>
        <w:gridCol w:w="10224"/>
      </w:tblGrid>
      <w:tr>
        <w:trPr>
          <w:cantSplit/>
          <w:trHeight w:hRule="atLeast"/>
        </w:trPr>
        <w:tc>
          <w:tcPr>
            <w:tcW w:type="dxa" w:w="10008"/>
            <w:shd w:fill="EAF4E4"/>
            <w:tcMar>
              <w:top w:w="150" w:type="dxa"/>
              <w:start w:w="170" w:type="dxa"/>
              <w:bottom w:w="150" w:type="dxa"/>
              <w:end w:w="170" w:type="dxa"/>
            </w:tcMar>
            <w:vAlign w:val="center"/>
          </w:tcPr>
          <w:p>
            <w:pPr>
              <w:spacing w:before="0" w:after="60" w:line="276" w:lineRule="auto"/>
            </w:pPr>
            <w:r>
              <w:rPr>
                <w:rFonts w:ascii="Noto Sans CJK TC" w:hAnsi="Noto Sans CJK TC" w:eastAsia="Noto Sans CJK TC"/>
                <w:b/>
                <w:color w:val="4D8B4B"/>
                <w:sz w:val="30"/>
              </w:rPr>
              <w:t>故事是你的，AI 只是幫忙整理。</w:t>
            </w:r>
          </w:p>
          <w:p>
            <w:pPr>
              <w:spacing w:before="0" w:after="0" w:line="324" w:lineRule="auto"/>
            </w:pPr>
            <w:r>
              <w:rPr>
                <w:rFonts w:ascii="Noto Sans CJK TC" w:hAnsi="Noto Sans CJK TC" w:eastAsia="Noto Sans CJK TC"/>
                <w:b w:val="0"/>
                <w:color w:val="20352A"/>
                <w:sz w:val="28"/>
              </w:rPr>
              <w:t>不要讓 AI 代替你決定「你的家鄉是什麼」。你提供的生活經驗越具體，AI 越容易幫你整理出有用的方向。</w:t>
            </w:r>
          </w:p>
        </w:tc>
      </w:tr>
    </w:tbl>
    <w:p>
      <w:pPr>
        <w:spacing w:after="20"/>
      </w:pPr>
    </w:p>
    <w:p>
      <w:pPr>
        <w:keepNext/>
        <w:spacing w:before="100" w:after="80" w:line="264" w:lineRule="auto"/>
      </w:pPr>
      <w:r>
        <w:rPr>
          <w:rFonts w:ascii="Noto Sans CJK TC" w:hAnsi="Noto Sans CJK TC" w:eastAsia="Noto Sans CJK TC"/>
          <w:b/>
          <w:color w:val="20352A"/>
          <w:sz w:val="32"/>
        </w:rPr>
        <w:t>AI 練習 1｜找出地方特色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B9C7D0"/>
          <w:left w:val="single" w:sz="8" w:color="B9C7D0"/>
          <w:bottom w:val="single" w:sz="8" w:color="B9C7D0"/>
          <w:right w:val="single" w:sz="8" w:color="B9C7D0"/>
          <w:insideH w:val="single" w:sz="8" w:color="B9C7D0"/>
          <w:insideV w:val="single" w:sz="8" w:color="B9C7D0"/>
        </w:tblBorders>
      </w:tblPr>
      <w:tblGrid>
        <w:gridCol w:w="10224"/>
      </w:tblGrid>
      <w:tr>
        <w:trPr>
          <w:cantSplit/>
          <w:trHeight w:hRule="atLeast"/>
        </w:trPr>
        <w:tc>
          <w:tcPr>
            <w:tcW w:type="dxa" w:w="10008"/>
            <w:shd w:fill="F3F6F8"/>
            <w:tcMar>
              <w:top w:w="150" w:type="dxa"/>
              <w:start w:w="170" w:type="dxa"/>
              <w:bottom w:w="150" w:type="dxa"/>
              <w:end w:w="170" w:type="dxa"/>
            </w:tcMar>
            <w:vAlign w:val="center"/>
          </w:tcPr>
          <w:p>
            <w:pPr>
              <w:spacing w:before="0" w:after="80" w:line="264" w:lineRule="auto"/>
            </w:pPr>
            <w:r>
              <w:rPr>
                <w:rFonts w:ascii="Noto Sans CJK TC" w:hAnsi="Noto Sans CJK TC" w:eastAsia="Noto Sans CJK TC"/>
                <w:b/>
                <w:color w:val="35576E"/>
                <w:sz w:val="30"/>
              </w:rPr>
              <w:t>可以對 AI 說：</w:t>
            </w:r>
          </w:p>
          <w:p>
            <w:pPr>
              <w:spacing w:before="0" w:after="0" w:line="324" w:lineRule="auto"/>
            </w:pPr>
            <w:r>
              <w:rPr>
                <w:rFonts w:ascii="Noto Sans CJK TC" w:hAnsi="Noto Sans CJK TC" w:eastAsia="Noto Sans CJK TC"/>
                <w:b w:val="0"/>
                <w:color w:val="1F2F3A"/>
                <w:sz w:val="26"/>
              </w:rPr>
              <w:t>我住在雲林縣斗南鎮。</w:t>
              <w:br/>
              <w:t>我想整理自己的家鄉文化，請從食物、農業、景點、生活、交通、節慶與地方故事等方向，提供我可以繼續回想的問題。</w:t>
              <w:br/>
              <w:t>請用簡單、適合長輩閱讀的繁體中文回答。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B9C7D0"/>
          <w:left w:val="single" w:sz="8" w:color="B9C7D0"/>
          <w:bottom w:val="single" w:sz="8" w:color="B9C7D0"/>
          <w:right w:val="single" w:sz="8" w:color="B9C7D0"/>
          <w:insideH w:val="single" w:sz="8" w:color="B9C7D0"/>
          <w:insideV w:val="single" w:sz="8" w:color="B9C7D0"/>
        </w:tblBorders>
      </w:tblPr>
      <w:tblGrid>
        <w:gridCol w:w="10224"/>
      </w:tblGrid>
      <w:tr>
        <w:trPr>
          <w:cantSplit/>
          <w:trHeight w:hRule="atLeast"/>
        </w:trPr>
        <w:tc>
          <w:tcPr>
            <w:tcW w:type="dxa" w:w="10008"/>
            <w:shd w:fill="F3F6F8"/>
            <w:tcMar>
              <w:top w:w="150" w:type="dxa"/>
              <w:start w:w="170" w:type="dxa"/>
              <w:bottom w:w="150" w:type="dxa"/>
              <w:end w:w="170" w:type="dxa"/>
            </w:tcMar>
            <w:vAlign w:val="center"/>
          </w:tcPr>
          <w:p>
            <w:pPr>
              <w:spacing w:before="0" w:after="80" w:line="264" w:lineRule="auto"/>
            </w:pPr>
            <w:r>
              <w:rPr>
                <w:rFonts w:ascii="Noto Sans CJK TC" w:hAnsi="Noto Sans CJK TC" w:eastAsia="Noto Sans CJK TC"/>
                <w:b/>
                <w:color w:val="35576E"/>
                <w:sz w:val="30"/>
              </w:rPr>
              <w:t>English prompt template</w:t>
            </w:r>
          </w:p>
          <w:p>
            <w:pPr>
              <w:spacing w:before="0" w:after="0" w:line="324" w:lineRule="auto"/>
            </w:pPr>
            <w:r>
              <w:rPr>
                <w:rFonts w:ascii="Noto Sans CJK TC" w:hAnsi="Noto Sans CJK TC" w:eastAsia="Noto Sans CJK TC"/>
                <w:b w:val="0"/>
                <w:color w:val="1F2F3A"/>
                <w:sz w:val="26"/>
              </w:rPr>
              <w:t>I live in [place]. Help me brainstorm local culture topics from food, agriculture, places, daily life, transportation, festivals, and local stories. Ask me simple questions one at a time. Please answer in Traditional Chinese suitable for older adult learners.</w:t>
            </w:r>
          </w:p>
        </w:tc>
      </w:tr>
    </w:tbl>
    <w:p>
      <w:pPr>
        <w:keepNext/>
        <w:spacing w:before="160" w:after="120" w:line="240" w:lineRule="auto"/>
      </w:pPr>
      <w:r>
        <w:rPr>
          <w:rFonts w:ascii="Noto Sans CJK TC" w:hAnsi="Noto Sans CJK TC" w:eastAsia="Noto Sans CJK TC"/>
          <w:b/>
          <w:color w:val="4D8B4B"/>
          <w:sz w:val="40"/>
        </w:rPr>
        <w:t>六、不要只問 AI「我的家鄉有什麼？」</w:t>
      </w:r>
    </w:p>
    <w:p>
      <w:pPr>
        <w:spacing w:before="0" w:after="120" w:line="324" w:lineRule="auto"/>
      </w:pPr>
      <w:r>
        <w:rPr>
          <w:rFonts w:ascii="Noto Sans CJK TC" w:hAnsi="Noto Sans CJK TC" w:eastAsia="Noto Sans CJK TC"/>
          <w:b w:val="0"/>
          <w:color w:val="20352A"/>
          <w:sz w:val="28"/>
        </w:rPr>
        <w:t>問題越具體，AI 越容易給出有用的整理結果。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C9D8C1"/>
          <w:left w:val="single" w:sz="8" w:color="C9D8C1"/>
          <w:bottom w:val="single" w:sz="8" w:color="C9D8C1"/>
          <w:right w:val="single" w:sz="8" w:color="C9D8C1"/>
          <w:insideH w:val="single" w:sz="8" w:color="C9D8C1"/>
          <w:insideV w:val="single" w:sz="8" w:color="C9D8C1"/>
        </w:tblBorders>
      </w:tblPr>
      <w:tblGrid>
        <w:gridCol w:w="1872"/>
        <w:gridCol w:w="7920"/>
      </w:tblGrid>
      <w:tr>
        <w:trPr>
          <w:trHeight w:hRule="atLeast"/>
        </w:trPr>
        <w:tc>
          <w:tcPr>
            <w:tcW w:type="dxa" w:w="5112"/>
            <w:shd w:fill="FFF6D8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B07A12"/>
                <w:sz w:val="24"/>
              </w:rPr>
              <w:t>比較模糊</w:t>
            </w:r>
          </w:p>
        </w:tc>
        <w:tc>
          <w:tcPr>
            <w:tcW w:type="dxa" w:w="511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rFonts w:ascii="Noto Sans CJK TC" w:hAnsi="Noto Sans CJK TC" w:eastAsia="Noto Sans CJK TC"/>
                <w:b w:val="0"/>
                <w:color w:val="20352A"/>
                <w:sz w:val="24"/>
              </w:rPr>
              <w:t>幫我介紹斗南。</w:t>
            </w:r>
          </w:p>
        </w:tc>
      </w:tr>
      <w:tr>
        <w:trPr>
          <w:trHeight w:hRule="atLeast"/>
        </w:trPr>
        <w:tc>
          <w:tcPr>
            <w:tcW w:type="dxa" w:w="5112"/>
            <w:shd w:fill="EAF4E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4D8B4B"/>
                <w:sz w:val="24"/>
              </w:rPr>
              <w:t>比較清楚</w:t>
            </w:r>
          </w:p>
        </w:tc>
        <w:tc>
          <w:tcPr>
            <w:tcW w:type="dxa" w:w="511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rFonts w:ascii="Noto Sans CJK TC" w:hAnsi="Noto Sans CJK TC" w:eastAsia="Noto Sans CJK TC"/>
                <w:b w:val="0"/>
                <w:color w:val="20352A"/>
                <w:sz w:val="24"/>
              </w:rPr>
              <w:t>我住在雲林斗南，我以前常去傳統市場，也記得以前農村很多人騎腳踏車買菜。請幫我整理這些內容可以發展成哪些家鄉故事主題。</w:t>
            </w:r>
          </w:p>
        </w:tc>
      </w:tr>
      <w:tr>
        <w:trPr>
          <w:trHeight w:hRule="atLeast"/>
        </w:trPr>
        <w:tc>
          <w:tcPr>
            <w:tcW w:type="dxa" w:w="5112"/>
            <w:shd w:fill="EAF4E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4D8B4B"/>
                <w:sz w:val="24"/>
              </w:rPr>
              <w:t>今天最好用</w:t>
            </w:r>
          </w:p>
        </w:tc>
        <w:tc>
          <w:tcPr>
            <w:tcW w:type="dxa" w:w="511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r>
              <w:rPr>
                <w:rFonts w:ascii="Noto Sans CJK TC" w:hAnsi="Noto Sans CJK TC" w:eastAsia="Noto Sans CJK TC"/>
                <w:b w:val="0"/>
                <w:color w:val="20352A"/>
                <w:sz w:val="24"/>
              </w:rPr>
              <w:t>我想做一個關於家鄉文化的作品。我想到的地方是「____」，食物是「____」，回憶是「____」。請幫我提出 5 個簡單的創作主題，不要加入我沒有提供的歷史事實。</w:t>
            </w:r>
          </w:p>
        </w:tc>
      </w:tr>
    </w:tbl>
    <w:p>
      <w:pPr>
        <w:keepNext/>
        <w:spacing w:before="160" w:after="120" w:line="240" w:lineRule="auto"/>
      </w:pPr>
      <w:r>
        <w:rPr>
          <w:rFonts w:ascii="Noto Sans CJK TC" w:hAnsi="Noto Sans CJK TC" w:eastAsia="Noto Sans CJK TC"/>
          <w:b/>
          <w:color w:val="4D8B4B"/>
          <w:sz w:val="40"/>
        </w:rPr>
        <w:t>七、活動二：讓大題目變成小題目</w:t>
      </w:r>
    </w:p>
    <w:p>
      <w:pPr>
        <w:spacing w:before="0" w:after="100" w:line="324" w:lineRule="auto"/>
      </w:pPr>
      <w:r>
        <w:rPr>
          <w:rFonts w:ascii="Noto Sans CJK TC" w:hAnsi="Noto Sans CJK TC" w:eastAsia="Noto Sans CJK TC"/>
          <w:b w:val="0"/>
          <w:color w:val="20352A"/>
          <w:sz w:val="28"/>
        </w:rPr>
        <w:t>題目太大，很難做成作品。可以一層一層縮小，最後聚焦到一件具體的事情。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E2D6A7"/>
          <w:left w:val="single" w:sz="8" w:color="E2D6A7"/>
          <w:bottom w:val="single" w:sz="8" w:color="E2D6A7"/>
          <w:right w:val="single" w:sz="8" w:color="E2D6A7"/>
          <w:insideH w:val="single" w:sz="8" w:color="E2D6A7"/>
          <w:insideV w:val="single" w:sz="8" w:color="E2D6A7"/>
        </w:tblBorders>
      </w:tblPr>
      <w:tblGrid>
        <w:gridCol w:w="10224"/>
      </w:tblGrid>
      <w:tr>
        <w:trPr>
          <w:trHeight w:hRule="atLeast"/>
        </w:trPr>
        <w:tc>
          <w:tcPr>
            <w:tcW w:type="dxa" w:w="10224"/>
            <w:shd w:fill="FFF6D8"/>
            <w:tcMar>
              <w:top w:w="120" w:type="dxa"/>
              <w:start w:w="160" w:type="dxa"/>
              <w:bottom w:w="120" w:type="dxa"/>
              <w:end w:w="16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B07A12"/>
                <w:sz w:val="24"/>
              </w:rPr>
              <w:t>太大：</w:t>
            </w:r>
            <w:r>
              <w:rPr>
                <w:rFonts w:ascii="Noto Sans CJK TC" w:hAnsi="Noto Sans CJK TC" w:eastAsia="Noto Sans CJK TC"/>
                <w:b/>
                <w:color w:val="20352A"/>
                <w:sz w:val="26"/>
              </w:rPr>
              <w:t>斗南的文化</w:t>
            </w:r>
          </w:p>
        </w:tc>
      </w:tr>
      <w:tr>
        <w:trPr>
          <w:trHeight w:hRule="atLeast"/>
        </w:trPr>
        <w:tc>
          <w:tcPr>
            <w:tcW w:type="dxa" w:w="10224"/>
            <w:shd w:fill="FFF6D8"/>
            <w:tcMar>
              <w:top w:w="120" w:type="dxa"/>
              <w:start w:w="160" w:type="dxa"/>
              <w:bottom w:w="120" w:type="dxa"/>
              <w:end w:w="16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B07A12"/>
                <w:sz w:val="24"/>
              </w:rPr>
              <w:t>縮小：</w:t>
            </w:r>
            <w:r>
              <w:rPr>
                <w:rFonts w:ascii="Noto Sans CJK TC" w:hAnsi="Noto Sans CJK TC" w:eastAsia="Noto Sans CJK TC"/>
                <w:b/>
                <w:color w:val="20352A"/>
                <w:sz w:val="26"/>
              </w:rPr>
              <w:t>斗南的美食</w:t>
            </w:r>
          </w:p>
        </w:tc>
      </w:tr>
      <w:tr>
        <w:trPr>
          <w:trHeight w:hRule="atLeast"/>
        </w:trPr>
        <w:tc>
          <w:tcPr>
            <w:tcW w:type="dxa" w:w="10224"/>
            <w:shd w:fill="FFF6D8"/>
            <w:tcMar>
              <w:top w:w="120" w:type="dxa"/>
              <w:start w:w="160" w:type="dxa"/>
              <w:bottom w:w="120" w:type="dxa"/>
              <w:end w:w="16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B07A12"/>
                <w:sz w:val="24"/>
              </w:rPr>
              <w:t>再縮小：</w:t>
            </w:r>
            <w:r>
              <w:rPr>
                <w:rFonts w:ascii="Noto Sans CJK TC" w:hAnsi="Noto Sans CJK TC" w:eastAsia="Noto Sans CJK TC"/>
                <w:b/>
                <w:color w:val="20352A"/>
                <w:sz w:val="26"/>
              </w:rPr>
              <w:t>我記憶中的斗南市場</w:t>
            </w:r>
          </w:p>
        </w:tc>
      </w:tr>
      <w:tr>
        <w:trPr>
          <w:trHeight w:hRule="atLeast"/>
        </w:trPr>
        <w:tc>
          <w:tcPr>
            <w:tcW w:type="dxa" w:w="10224"/>
            <w:shd w:fill="EAF4E4"/>
            <w:tcMar>
              <w:top w:w="120" w:type="dxa"/>
              <w:start w:w="160" w:type="dxa"/>
              <w:bottom w:w="120" w:type="dxa"/>
              <w:end w:w="160" w:type="dxa"/>
            </w:tcMar>
            <w:vAlign w:val="center"/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4D8B4B"/>
                <w:sz w:val="24"/>
              </w:rPr>
              <w:t>適合創作：</w:t>
            </w:r>
            <w:r>
              <w:rPr>
                <w:rFonts w:ascii="Noto Sans CJK TC" w:hAnsi="Noto Sans CJK TC" w:eastAsia="Noto Sans CJK TC"/>
                <w:b/>
                <w:color w:val="20352A"/>
                <w:sz w:val="26"/>
              </w:rPr>
              <w:t>小時候跟媽媽去斗南市場買菜的記憶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color="4D8B4B"/>
          <w:left w:val="single" w:sz="10" w:color="4D8B4B"/>
          <w:bottom w:val="single" w:sz="10" w:color="4D8B4B"/>
          <w:right w:val="single" w:sz="10" w:color="4D8B4B"/>
          <w:insideH w:val="single" w:sz="10" w:color="4D8B4B"/>
          <w:insideV w:val="single" w:sz="10" w:color="4D8B4B"/>
        </w:tblBorders>
      </w:tblPr>
      <w:tblGrid>
        <w:gridCol w:w="10224"/>
      </w:tblGrid>
      <w:tr>
        <w:trPr>
          <w:cantSplit/>
          <w:trHeight w:hRule="atLeast"/>
        </w:trPr>
        <w:tc>
          <w:tcPr>
            <w:tcW w:type="dxa" w:w="10008"/>
            <w:shd w:fill="EAF4E4"/>
            <w:tcMar>
              <w:top w:w="150" w:type="dxa"/>
              <w:start w:w="170" w:type="dxa"/>
              <w:bottom w:w="150" w:type="dxa"/>
              <w:end w:w="170" w:type="dxa"/>
            </w:tcMar>
            <w:vAlign w:val="center"/>
          </w:tcPr>
          <w:p>
            <w:pPr>
              <w:spacing w:before="0" w:after="60" w:line="276" w:lineRule="auto"/>
            </w:pPr>
            <w:r>
              <w:rPr>
                <w:rFonts w:ascii="Noto Sans CJK TC" w:hAnsi="Noto Sans CJK TC" w:eastAsia="Noto Sans CJK TC"/>
                <w:b/>
                <w:color w:val="4D8B4B"/>
                <w:sz w:val="30"/>
              </w:rPr>
              <w:t>主題縮小公式</w:t>
            </w:r>
          </w:p>
          <w:p>
            <w:pPr>
              <w:spacing w:before="0" w:after="0" w:line="324" w:lineRule="auto"/>
            </w:pPr>
            <w:r>
              <w:rPr>
                <w:rFonts w:ascii="Noto Sans CJK TC" w:hAnsi="Noto Sans CJK TC" w:eastAsia="Noto Sans CJK TC"/>
                <w:b w:val="0"/>
                <w:color w:val="20352A"/>
                <w:sz w:val="28"/>
              </w:rPr>
              <w:t>一個地方 ＋ 一件事情 ＋ 一段自己的記憶</w:t>
              <w:br/>
              <w:t>例如：老市場＋買菜＋跟媽媽去市場的回憶。</w:t>
            </w:r>
          </w:p>
        </w:tc>
      </w:tr>
    </w:tbl>
    <w:p>
      <w:pPr>
        <w:spacing w:after="20"/>
      </w:pPr>
    </w:p>
    <w:p>
      <w:pPr>
        <w:spacing w:before="0" w:after="60" w:line="312" w:lineRule="auto"/>
        <w:ind w:left="259" w:hanging="259"/>
      </w:pPr>
      <w:r>
        <w:rPr>
          <w:rFonts w:ascii="Noto Sans CJK TC" w:hAnsi="Noto Sans CJK TC" w:eastAsia="Noto Sans CJK TC"/>
          <w:b w:val="0"/>
          <w:color w:val="4D8B4B"/>
          <w:sz w:val="26"/>
        </w:rPr>
        <w:t xml:space="preserve">● </w:t>
      </w:r>
      <w:r>
        <w:rPr>
          <w:rFonts w:ascii="Noto Sans CJK TC" w:hAnsi="Noto Sans CJK TC" w:eastAsia="Noto Sans CJK TC"/>
          <w:b w:val="0"/>
          <w:color w:val="20352A"/>
          <w:sz w:val="26"/>
        </w:rPr>
        <w:t>老市場＋買菜＋跟媽媽去市場的回憶</w:t>
      </w:r>
    </w:p>
    <w:p>
      <w:pPr>
        <w:spacing w:before="0" w:after="60" w:line="312" w:lineRule="auto"/>
        <w:ind w:left="259" w:hanging="259"/>
      </w:pPr>
      <w:r>
        <w:rPr>
          <w:rFonts w:ascii="Noto Sans CJK TC" w:hAnsi="Noto Sans CJK TC" w:eastAsia="Noto Sans CJK TC"/>
          <w:b w:val="0"/>
          <w:color w:val="4D8B4B"/>
          <w:sz w:val="26"/>
        </w:rPr>
        <w:t xml:space="preserve">● </w:t>
      </w:r>
      <w:r>
        <w:rPr>
          <w:rFonts w:ascii="Noto Sans CJK TC" w:hAnsi="Noto Sans CJK TC" w:eastAsia="Noto Sans CJK TC"/>
          <w:b w:val="0"/>
          <w:color w:val="20352A"/>
          <w:sz w:val="26"/>
        </w:rPr>
        <w:t>火車站＋搭火車＋第一次出遠門</w:t>
      </w:r>
    </w:p>
    <w:p>
      <w:pPr>
        <w:spacing w:before="0" w:after="60" w:line="312" w:lineRule="auto"/>
        <w:ind w:left="259" w:hanging="259"/>
      </w:pPr>
      <w:r>
        <w:rPr>
          <w:rFonts w:ascii="Noto Sans CJK TC" w:hAnsi="Noto Sans CJK TC" w:eastAsia="Noto Sans CJK TC"/>
          <w:b w:val="0"/>
          <w:color w:val="4D8B4B"/>
          <w:sz w:val="26"/>
        </w:rPr>
        <w:t xml:space="preserve">● </w:t>
      </w:r>
      <w:r>
        <w:rPr>
          <w:rFonts w:ascii="Noto Sans CJK TC" w:hAnsi="Noto Sans CJK TC" w:eastAsia="Noto Sans CJK TC"/>
          <w:b w:val="0"/>
          <w:color w:val="20352A"/>
          <w:sz w:val="26"/>
        </w:rPr>
        <w:t>廟口＋廟會＋小時候看熱鬧</w:t>
      </w:r>
    </w:p>
    <w:p>
      <w:pPr>
        <w:spacing w:before="0" w:after="60" w:line="312" w:lineRule="auto"/>
        <w:ind w:left="259" w:hanging="259"/>
      </w:pPr>
      <w:r>
        <w:rPr>
          <w:rFonts w:ascii="Noto Sans CJK TC" w:hAnsi="Noto Sans CJK TC" w:eastAsia="Noto Sans CJK TC"/>
          <w:b w:val="0"/>
          <w:color w:val="4D8B4B"/>
          <w:sz w:val="26"/>
        </w:rPr>
        <w:t xml:space="preserve">● </w:t>
      </w:r>
      <w:r>
        <w:rPr>
          <w:rFonts w:ascii="Noto Sans CJK TC" w:hAnsi="Noto Sans CJK TC" w:eastAsia="Noto Sans CJK TC"/>
          <w:b w:val="0"/>
          <w:color w:val="20352A"/>
          <w:sz w:val="26"/>
        </w:rPr>
        <w:t>農田＋收成＋以前幫忙農事</w:t>
      </w:r>
    </w:p>
    <w:p>
      <w:pPr>
        <w:spacing w:before="0" w:after="60" w:line="312" w:lineRule="auto"/>
        <w:ind w:left="259" w:hanging="259"/>
      </w:pPr>
      <w:r>
        <w:rPr>
          <w:rFonts w:ascii="Noto Sans CJK TC" w:hAnsi="Noto Sans CJK TC" w:eastAsia="Noto Sans CJK TC"/>
          <w:b w:val="0"/>
          <w:color w:val="4D8B4B"/>
          <w:sz w:val="26"/>
        </w:rPr>
        <w:t xml:space="preserve">● </w:t>
      </w:r>
      <w:r>
        <w:rPr>
          <w:rFonts w:ascii="Noto Sans CJK TC" w:hAnsi="Noto Sans CJK TC" w:eastAsia="Noto Sans CJK TC"/>
          <w:b w:val="0"/>
          <w:color w:val="20352A"/>
          <w:sz w:val="26"/>
        </w:rPr>
        <w:t>老店＋食物＋一家人共同的記憶</w:t>
      </w:r>
    </w:p>
    <w:p>
      <w:pPr>
        <w:keepNext/>
        <w:spacing w:before="160" w:after="120" w:line="240" w:lineRule="auto"/>
      </w:pPr>
      <w:r>
        <w:rPr>
          <w:rFonts w:ascii="Noto Sans CJK TC" w:hAnsi="Noto Sans CJK TC" w:eastAsia="Noto Sans CJK TC"/>
          <w:b/>
          <w:color w:val="4D8B4B"/>
          <w:sz w:val="40"/>
        </w:rPr>
        <w:t>八、換我試試看</w:t>
      </w:r>
    </w:p>
    <w:p>
      <w:pPr>
        <w:spacing w:before="0" w:after="40" w:line="276" w:lineRule="auto"/>
      </w:pPr>
      <w:r>
        <w:rPr>
          <w:rFonts w:ascii="Noto Sans CJK TC" w:hAnsi="Noto Sans CJK TC" w:eastAsia="Noto Sans CJK TC"/>
          <w:b/>
          <w:color w:val="4D8B4B"/>
          <w:sz w:val="28"/>
        </w:rPr>
        <w:t>我的第一個大主題</w:t>
      </w:r>
    </w:p>
    <w:p>
      <w:pPr>
        <w:spacing w:before="0" w:after="80" w:line="240" w:lineRule="auto"/>
      </w:pPr>
      <w:r>
        <w:rPr>
          <w:rFonts w:ascii="Noto Sans CJK TC" w:hAnsi="Noto Sans CJK TC" w:eastAsia="Noto Sans CJK TC"/>
          <w:b w:val="0"/>
          <w:color w:val="7F7F7F"/>
          <w:sz w:val="26"/>
        </w:rPr>
        <w:t>______________________________________________</w:t>
      </w:r>
    </w:p>
    <w:p>
      <w:pPr>
        <w:spacing w:before="0" w:after="80" w:line="240" w:lineRule="auto"/>
      </w:pPr>
      <w:r>
        <w:rPr>
          <w:rFonts w:ascii="Noto Sans CJK TC" w:hAnsi="Noto Sans CJK TC" w:eastAsia="Noto Sans CJK TC"/>
          <w:b w:val="0"/>
          <w:color w:val="7F7F7F"/>
          <w:sz w:val="26"/>
        </w:rPr>
        <w:t>______________________________________________</w:t>
      </w:r>
    </w:p>
    <w:p>
      <w:pPr>
        <w:spacing w:before="0" w:after="40" w:line="276" w:lineRule="auto"/>
      </w:pPr>
      <w:r>
        <w:rPr>
          <w:rFonts w:ascii="Noto Sans CJK TC" w:hAnsi="Noto Sans CJK TC" w:eastAsia="Noto Sans CJK TC"/>
          <w:b/>
          <w:color w:val="4D8B4B"/>
          <w:sz w:val="28"/>
        </w:rPr>
        <w:t>我想談的地方</w:t>
      </w:r>
    </w:p>
    <w:p>
      <w:pPr>
        <w:spacing w:before="0" w:after="80" w:line="240" w:lineRule="auto"/>
      </w:pPr>
      <w:r>
        <w:rPr>
          <w:rFonts w:ascii="Noto Sans CJK TC" w:hAnsi="Noto Sans CJK TC" w:eastAsia="Noto Sans CJK TC"/>
          <w:b w:val="0"/>
          <w:color w:val="7F7F7F"/>
          <w:sz w:val="26"/>
        </w:rPr>
        <w:t>______________________________________________</w:t>
      </w:r>
    </w:p>
    <w:p>
      <w:pPr>
        <w:spacing w:before="0" w:after="80" w:line="240" w:lineRule="auto"/>
      </w:pPr>
      <w:r>
        <w:rPr>
          <w:rFonts w:ascii="Noto Sans CJK TC" w:hAnsi="Noto Sans CJK TC" w:eastAsia="Noto Sans CJK TC"/>
          <w:b w:val="0"/>
          <w:color w:val="7F7F7F"/>
          <w:sz w:val="26"/>
        </w:rPr>
        <w:t>______________________________________________</w:t>
      </w:r>
    </w:p>
    <w:p>
      <w:pPr>
        <w:spacing w:before="0" w:after="40" w:line="276" w:lineRule="auto"/>
      </w:pPr>
      <w:r>
        <w:rPr>
          <w:rFonts w:ascii="Noto Sans CJK TC" w:hAnsi="Noto Sans CJK TC" w:eastAsia="Noto Sans CJK TC"/>
          <w:b/>
          <w:color w:val="4D8B4B"/>
          <w:sz w:val="28"/>
        </w:rPr>
        <w:t>和這個地方有關的人</w:t>
      </w:r>
    </w:p>
    <w:p>
      <w:pPr>
        <w:spacing w:before="0" w:after="80" w:line="240" w:lineRule="auto"/>
      </w:pPr>
      <w:r>
        <w:rPr>
          <w:rFonts w:ascii="Noto Sans CJK TC" w:hAnsi="Noto Sans CJK TC" w:eastAsia="Noto Sans CJK TC"/>
          <w:b w:val="0"/>
          <w:color w:val="7F7F7F"/>
          <w:sz w:val="26"/>
        </w:rPr>
        <w:t>______________________________________________</w:t>
      </w:r>
    </w:p>
    <w:p>
      <w:pPr>
        <w:spacing w:before="0" w:after="80" w:line="240" w:lineRule="auto"/>
      </w:pPr>
      <w:r>
        <w:rPr>
          <w:rFonts w:ascii="Noto Sans CJK TC" w:hAnsi="Noto Sans CJK TC" w:eastAsia="Noto Sans CJK TC"/>
          <w:b w:val="0"/>
          <w:color w:val="7F7F7F"/>
          <w:sz w:val="26"/>
        </w:rPr>
        <w:t>______________________________________________</w:t>
      </w:r>
    </w:p>
    <w:p>
      <w:pPr>
        <w:spacing w:before="0" w:after="40" w:line="276" w:lineRule="auto"/>
      </w:pPr>
      <w:r>
        <w:rPr>
          <w:rFonts w:ascii="Noto Sans CJK TC" w:hAnsi="Noto Sans CJK TC" w:eastAsia="Noto Sans CJK TC"/>
          <w:b/>
          <w:color w:val="4D8B4B"/>
          <w:sz w:val="28"/>
        </w:rPr>
        <w:t>發生過什麼事情？</w:t>
      </w:r>
    </w:p>
    <w:p>
      <w:pPr>
        <w:spacing w:before="0" w:after="80" w:line="240" w:lineRule="auto"/>
      </w:pPr>
      <w:r>
        <w:rPr>
          <w:rFonts w:ascii="Noto Sans CJK TC" w:hAnsi="Noto Sans CJK TC" w:eastAsia="Noto Sans CJK TC"/>
          <w:b w:val="0"/>
          <w:color w:val="7F7F7F"/>
          <w:sz w:val="26"/>
        </w:rPr>
        <w:t>______________________________________________</w:t>
      </w:r>
    </w:p>
    <w:p>
      <w:pPr>
        <w:spacing w:before="0" w:after="80" w:line="240" w:lineRule="auto"/>
      </w:pPr>
      <w:r>
        <w:rPr>
          <w:rFonts w:ascii="Noto Sans CJK TC" w:hAnsi="Noto Sans CJK TC" w:eastAsia="Noto Sans CJK TC"/>
          <w:b w:val="0"/>
          <w:color w:val="7F7F7F"/>
          <w:sz w:val="26"/>
        </w:rPr>
        <w:t>______________________________________________</w:t>
      </w:r>
    </w:p>
    <w:p>
      <w:pPr>
        <w:spacing w:before="0" w:after="40" w:line="276" w:lineRule="auto"/>
      </w:pPr>
      <w:r>
        <w:rPr>
          <w:rFonts w:ascii="Noto Sans CJK TC" w:hAnsi="Noto Sans CJK TC" w:eastAsia="Noto Sans CJK TC"/>
          <w:b/>
          <w:color w:val="4D8B4B"/>
          <w:sz w:val="28"/>
        </w:rPr>
        <w:t>我印象最深的是什麼？</w:t>
      </w:r>
    </w:p>
    <w:p>
      <w:pPr>
        <w:spacing w:before="0" w:after="80" w:line="240" w:lineRule="auto"/>
      </w:pPr>
      <w:r>
        <w:rPr>
          <w:rFonts w:ascii="Noto Sans CJK TC" w:hAnsi="Noto Sans CJK TC" w:eastAsia="Noto Sans CJK TC"/>
          <w:b w:val="0"/>
          <w:color w:val="7F7F7F"/>
          <w:sz w:val="26"/>
        </w:rPr>
        <w:t>______________________________________________</w:t>
      </w:r>
    </w:p>
    <w:p>
      <w:pPr>
        <w:spacing w:before="0" w:after="80" w:line="240" w:lineRule="auto"/>
      </w:pPr>
      <w:r>
        <w:rPr>
          <w:rFonts w:ascii="Noto Sans CJK TC" w:hAnsi="Noto Sans CJK TC" w:eastAsia="Noto Sans CJK TC"/>
          <w:b w:val="0"/>
          <w:color w:val="7F7F7F"/>
          <w:sz w:val="26"/>
        </w:rPr>
        <w:t>______________________________________________</w:t>
      </w:r>
    </w:p>
    <w:p>
      <w:pPr>
        <w:spacing w:before="0" w:after="40" w:line="276" w:lineRule="auto"/>
      </w:pPr>
      <w:r>
        <w:rPr>
          <w:rFonts w:ascii="Noto Sans CJK TC" w:hAnsi="Noto Sans CJK TC" w:eastAsia="Noto Sans CJK TC"/>
          <w:b/>
          <w:color w:val="4D8B4B"/>
          <w:sz w:val="28"/>
        </w:rPr>
        <w:t>如果要取一個故事名稱</w:t>
      </w:r>
    </w:p>
    <w:p>
      <w:pPr>
        <w:spacing w:before="0" w:after="160" w:line="240" w:lineRule="auto"/>
        <w:jc w:val="center"/>
      </w:pPr>
      <w:r>
        <w:rPr>
          <w:rFonts w:ascii="Noto Sans CJK TC" w:hAnsi="Noto Sans CJK TC" w:eastAsia="Noto Sans CJK TC"/>
          <w:b/>
          <w:color w:val="20352A"/>
          <w:sz w:val="30"/>
        </w:rPr>
        <w:t>「　　　　　　　　　　　　　　　　」</w:t>
      </w:r>
    </w:p>
    <w:p>
      <w:pPr>
        <w:keepNext/>
        <w:spacing w:before="160" w:after="120" w:line="240" w:lineRule="auto"/>
      </w:pPr>
      <w:r>
        <w:rPr>
          <w:rFonts w:ascii="Noto Sans CJK TC" w:hAnsi="Noto Sans CJK TC" w:eastAsia="Noto Sans CJK TC"/>
          <w:b/>
          <w:color w:val="4D8B4B"/>
          <w:sz w:val="40"/>
        </w:rPr>
        <w:t>九、AI 可以幫忙，但要自己確認</w:t>
      </w:r>
    </w:p>
    <w:p>
      <w:pPr>
        <w:spacing w:before="0" w:after="100" w:line="324" w:lineRule="auto"/>
      </w:pPr>
      <w:r>
        <w:rPr>
          <w:rFonts w:ascii="Noto Sans CJK TC" w:hAnsi="Noto Sans CJK TC" w:eastAsia="Noto Sans CJK TC"/>
          <w:b w:val="0"/>
          <w:color w:val="20352A"/>
          <w:sz w:val="28"/>
        </w:rPr>
        <w:t>AI 有時候會把「不知道」的事情說得很像真的。尤其碰到以下內容，不要只相信 AI：</w:t>
      </w:r>
    </w:p>
    <w:p>
      <w:pPr>
        <w:spacing w:before="0" w:after="60" w:line="312" w:lineRule="auto"/>
        <w:ind w:left="259" w:hanging="259"/>
      </w:pPr>
      <w:r>
        <w:rPr>
          <w:rFonts w:ascii="Noto Sans CJK TC" w:hAnsi="Noto Sans CJK TC" w:eastAsia="Noto Sans CJK TC"/>
          <w:b w:val="0"/>
          <w:color w:val="4D8B4B"/>
          <w:sz w:val="26"/>
        </w:rPr>
        <w:t xml:space="preserve">● </w:t>
      </w:r>
      <w:r>
        <w:rPr>
          <w:rFonts w:ascii="Noto Sans CJK TC" w:hAnsi="Noto Sans CJK TC" w:eastAsia="Noto Sans CJK TC"/>
          <w:b w:val="0"/>
          <w:color w:val="20352A"/>
          <w:sz w:val="26"/>
        </w:rPr>
        <w:t>歷史年份</w:t>
      </w:r>
    </w:p>
    <w:p>
      <w:pPr>
        <w:spacing w:before="0" w:after="60" w:line="312" w:lineRule="auto"/>
        <w:ind w:left="259" w:hanging="259"/>
      </w:pPr>
      <w:r>
        <w:rPr>
          <w:rFonts w:ascii="Noto Sans CJK TC" w:hAnsi="Noto Sans CJK TC" w:eastAsia="Noto Sans CJK TC"/>
          <w:b w:val="0"/>
          <w:color w:val="4D8B4B"/>
          <w:sz w:val="26"/>
        </w:rPr>
        <w:t xml:space="preserve">● </w:t>
      </w:r>
      <w:r>
        <w:rPr>
          <w:rFonts w:ascii="Noto Sans CJK TC" w:hAnsi="Noto Sans CJK TC" w:eastAsia="Noto Sans CJK TC"/>
          <w:b w:val="0"/>
          <w:color w:val="20352A"/>
          <w:sz w:val="26"/>
        </w:rPr>
        <w:t>人物姓名</w:t>
      </w:r>
    </w:p>
    <w:p>
      <w:pPr>
        <w:spacing w:before="0" w:after="60" w:line="312" w:lineRule="auto"/>
        <w:ind w:left="259" w:hanging="259"/>
      </w:pPr>
      <w:r>
        <w:rPr>
          <w:rFonts w:ascii="Noto Sans CJK TC" w:hAnsi="Noto Sans CJK TC" w:eastAsia="Noto Sans CJK TC"/>
          <w:b w:val="0"/>
          <w:color w:val="4D8B4B"/>
          <w:sz w:val="26"/>
        </w:rPr>
        <w:t xml:space="preserve">● </w:t>
      </w:r>
      <w:r>
        <w:rPr>
          <w:rFonts w:ascii="Noto Sans CJK TC" w:hAnsi="Noto Sans CJK TC" w:eastAsia="Noto Sans CJK TC"/>
          <w:b w:val="0"/>
          <w:color w:val="20352A"/>
          <w:sz w:val="26"/>
        </w:rPr>
        <w:t>老店創立年代</w:t>
      </w:r>
    </w:p>
    <w:p>
      <w:pPr>
        <w:spacing w:before="0" w:after="60" w:line="312" w:lineRule="auto"/>
        <w:ind w:left="259" w:hanging="259"/>
      </w:pPr>
      <w:r>
        <w:rPr>
          <w:rFonts w:ascii="Noto Sans CJK TC" w:hAnsi="Noto Sans CJK TC" w:eastAsia="Noto Sans CJK TC"/>
          <w:b w:val="0"/>
          <w:color w:val="4D8B4B"/>
          <w:sz w:val="26"/>
        </w:rPr>
        <w:t xml:space="preserve">● </w:t>
      </w:r>
      <w:r>
        <w:rPr>
          <w:rFonts w:ascii="Noto Sans CJK TC" w:hAnsi="Noto Sans CJK TC" w:eastAsia="Noto Sans CJK TC"/>
          <w:b w:val="0"/>
          <w:color w:val="20352A"/>
          <w:sz w:val="26"/>
        </w:rPr>
        <w:t>地名由來</w:t>
      </w:r>
    </w:p>
    <w:p>
      <w:pPr>
        <w:spacing w:before="0" w:after="60" w:line="312" w:lineRule="auto"/>
        <w:ind w:left="259" w:hanging="259"/>
      </w:pPr>
      <w:r>
        <w:rPr>
          <w:rFonts w:ascii="Noto Sans CJK TC" w:hAnsi="Noto Sans CJK TC" w:eastAsia="Noto Sans CJK TC"/>
          <w:b w:val="0"/>
          <w:color w:val="4D8B4B"/>
          <w:sz w:val="26"/>
        </w:rPr>
        <w:t xml:space="preserve">● </w:t>
      </w:r>
      <w:r>
        <w:rPr>
          <w:rFonts w:ascii="Noto Sans CJK TC" w:hAnsi="Noto Sans CJK TC" w:eastAsia="Noto Sans CJK TC"/>
          <w:b w:val="0"/>
          <w:color w:val="20352A"/>
          <w:sz w:val="26"/>
        </w:rPr>
        <w:t>廟宇歷史</w:t>
      </w:r>
    </w:p>
    <w:p>
      <w:pPr>
        <w:spacing w:before="0" w:after="60" w:line="312" w:lineRule="auto"/>
        <w:ind w:left="259" w:hanging="259"/>
      </w:pPr>
      <w:r>
        <w:rPr>
          <w:rFonts w:ascii="Noto Sans CJK TC" w:hAnsi="Noto Sans CJK TC" w:eastAsia="Noto Sans CJK TC"/>
          <w:b w:val="0"/>
          <w:color w:val="4D8B4B"/>
          <w:sz w:val="26"/>
        </w:rPr>
        <w:t xml:space="preserve">● </w:t>
      </w:r>
      <w:r>
        <w:rPr>
          <w:rFonts w:ascii="Noto Sans CJK TC" w:hAnsi="Noto Sans CJK TC" w:eastAsia="Noto Sans CJK TC"/>
          <w:b w:val="0"/>
          <w:color w:val="20352A"/>
          <w:sz w:val="26"/>
        </w:rPr>
        <w:t>古蹟資料</w:t>
      </w:r>
    </w:p>
    <w:p>
      <w:pPr>
        <w:spacing w:before="0" w:after="60" w:line="312" w:lineRule="auto"/>
        <w:ind w:left="259" w:hanging="259"/>
      </w:pPr>
      <w:r>
        <w:rPr>
          <w:rFonts w:ascii="Noto Sans CJK TC" w:hAnsi="Noto Sans CJK TC" w:eastAsia="Noto Sans CJK TC"/>
          <w:b w:val="0"/>
          <w:color w:val="4D8B4B"/>
          <w:sz w:val="26"/>
        </w:rPr>
        <w:t xml:space="preserve">● </w:t>
      </w:r>
      <w:r>
        <w:rPr>
          <w:rFonts w:ascii="Noto Sans CJK TC" w:hAnsi="Noto Sans CJK TC" w:eastAsia="Noto Sans CJK TC"/>
          <w:b w:val="0"/>
          <w:color w:val="20352A"/>
          <w:sz w:val="26"/>
        </w:rPr>
        <w:t>地方事件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color="F5C451"/>
          <w:left w:val="single" w:sz="10" w:color="F5C451"/>
          <w:bottom w:val="single" w:sz="10" w:color="F5C451"/>
          <w:right w:val="single" w:sz="10" w:color="F5C451"/>
          <w:insideH w:val="single" w:sz="10" w:color="F5C451"/>
          <w:insideV w:val="single" w:sz="10" w:color="F5C451"/>
        </w:tblBorders>
      </w:tblPr>
      <w:tblGrid>
        <w:gridCol w:w="10224"/>
      </w:tblGrid>
      <w:tr>
        <w:trPr>
          <w:cantSplit/>
          <w:trHeight w:hRule="atLeast"/>
        </w:trPr>
        <w:tc>
          <w:tcPr>
            <w:tcW w:type="dxa" w:w="10008"/>
            <w:shd w:fill="FFF6D8"/>
            <w:tcMar>
              <w:top w:w="150" w:type="dxa"/>
              <w:start w:w="170" w:type="dxa"/>
              <w:bottom w:w="150" w:type="dxa"/>
              <w:end w:w="170" w:type="dxa"/>
            </w:tcMar>
            <w:vAlign w:val="center"/>
          </w:tcPr>
          <w:p>
            <w:pPr>
              <w:spacing w:before="0" w:after="60" w:line="276" w:lineRule="auto"/>
            </w:pPr>
            <w:r>
              <w:rPr>
                <w:rFonts w:ascii="Noto Sans CJK TC" w:hAnsi="Noto Sans CJK TC" w:eastAsia="Noto Sans CJK TC"/>
                <w:b/>
                <w:color w:val="4D8B4B"/>
                <w:sz w:val="30"/>
              </w:rPr>
              <w:t>今天記住三個字：「查一下」</w:t>
            </w:r>
          </w:p>
          <w:p>
            <w:pPr>
              <w:spacing w:before="0" w:after="0" w:line="324" w:lineRule="auto"/>
            </w:pPr>
            <w:r>
              <w:rPr>
                <w:rFonts w:ascii="Noto Sans CJK TC" w:hAnsi="Noto Sans CJK TC" w:eastAsia="Noto Sans CJK TC"/>
                <w:b w:val="0"/>
                <w:color w:val="20352A"/>
                <w:sz w:val="28"/>
              </w:rPr>
              <w:t>可以問家人、地方長輩、社區人士、文史工作者，也可以查政府網站、文化局資料、地方志、博物館或文化館資料。</w:t>
              <w:br/>
              <w:t>自己的回憶，可以自己說；公共歷史資料，需要查證。</w:t>
            </w:r>
          </w:p>
        </w:tc>
      </w:tr>
    </w:tbl>
    <w:p>
      <w:pPr>
        <w:spacing w:after="20"/>
      </w:pPr>
    </w:p>
    <w:p>
      <w:pPr>
        <w:keepNext/>
        <w:spacing w:before="160" w:after="120" w:line="240" w:lineRule="auto"/>
      </w:pPr>
      <w:r>
        <w:rPr>
          <w:rFonts w:ascii="Noto Sans CJK TC" w:hAnsi="Noto Sans CJK TC" w:eastAsia="Noto Sans CJK TC"/>
          <w:b/>
          <w:color w:val="4D8B4B"/>
          <w:sz w:val="40"/>
        </w:rPr>
        <w:t>十、使用 AI 時也要保護自己</w:t>
      </w:r>
    </w:p>
    <w:p>
      <w:pPr>
        <w:spacing w:before="0" w:after="100" w:line="324" w:lineRule="auto"/>
      </w:pPr>
      <w:r>
        <w:rPr>
          <w:rFonts w:ascii="Noto Sans CJK TC" w:hAnsi="Noto Sans CJK TC" w:eastAsia="Noto Sans CJK TC"/>
          <w:b w:val="0"/>
          <w:color w:val="20352A"/>
          <w:sz w:val="28"/>
        </w:rPr>
        <w:t>不要把以下資料直接輸入 AI：</w:t>
      </w:r>
    </w:p>
    <w:p>
      <w:pPr>
        <w:spacing w:before="0" w:after="60" w:line="312" w:lineRule="auto"/>
        <w:ind w:left="259" w:hanging="259"/>
      </w:pPr>
      <w:r>
        <w:rPr>
          <w:rFonts w:ascii="Noto Sans CJK TC" w:hAnsi="Noto Sans CJK TC" w:eastAsia="Noto Sans CJK TC"/>
          <w:b w:val="0"/>
          <w:color w:val="4D8B4B"/>
          <w:sz w:val="26"/>
        </w:rPr>
        <w:t xml:space="preserve">● </w:t>
      </w:r>
      <w:r>
        <w:rPr>
          <w:rFonts w:ascii="Noto Sans CJK TC" w:hAnsi="Noto Sans CJK TC" w:eastAsia="Noto Sans CJK TC"/>
          <w:b w:val="0"/>
          <w:color w:val="20352A"/>
          <w:sz w:val="26"/>
        </w:rPr>
        <w:t>身分證號碼</w:t>
      </w:r>
    </w:p>
    <w:p>
      <w:pPr>
        <w:spacing w:before="0" w:after="60" w:line="312" w:lineRule="auto"/>
        <w:ind w:left="259" w:hanging="259"/>
      </w:pPr>
      <w:r>
        <w:rPr>
          <w:rFonts w:ascii="Noto Sans CJK TC" w:hAnsi="Noto Sans CJK TC" w:eastAsia="Noto Sans CJK TC"/>
          <w:b w:val="0"/>
          <w:color w:val="4D8B4B"/>
          <w:sz w:val="26"/>
        </w:rPr>
        <w:t xml:space="preserve">● </w:t>
      </w:r>
      <w:r>
        <w:rPr>
          <w:rFonts w:ascii="Noto Sans CJK TC" w:hAnsi="Noto Sans CJK TC" w:eastAsia="Noto Sans CJK TC"/>
          <w:b w:val="0"/>
          <w:color w:val="20352A"/>
          <w:sz w:val="26"/>
        </w:rPr>
        <w:t>銀行帳號</w:t>
      </w:r>
    </w:p>
    <w:p>
      <w:pPr>
        <w:spacing w:before="0" w:after="60" w:line="312" w:lineRule="auto"/>
        <w:ind w:left="259" w:hanging="259"/>
      </w:pPr>
      <w:r>
        <w:rPr>
          <w:rFonts w:ascii="Noto Sans CJK TC" w:hAnsi="Noto Sans CJK TC" w:eastAsia="Noto Sans CJK TC"/>
          <w:b w:val="0"/>
          <w:color w:val="4D8B4B"/>
          <w:sz w:val="26"/>
        </w:rPr>
        <w:t xml:space="preserve">● </w:t>
      </w:r>
      <w:r>
        <w:rPr>
          <w:rFonts w:ascii="Noto Sans CJK TC" w:hAnsi="Noto Sans CJK TC" w:eastAsia="Noto Sans CJK TC"/>
          <w:b w:val="0"/>
          <w:color w:val="20352A"/>
          <w:sz w:val="26"/>
        </w:rPr>
        <w:t>密碼</w:t>
      </w:r>
    </w:p>
    <w:p>
      <w:pPr>
        <w:spacing w:before="0" w:after="60" w:line="312" w:lineRule="auto"/>
        <w:ind w:left="259" w:hanging="259"/>
      </w:pPr>
      <w:r>
        <w:rPr>
          <w:rFonts w:ascii="Noto Sans CJK TC" w:hAnsi="Noto Sans CJK TC" w:eastAsia="Noto Sans CJK TC"/>
          <w:b w:val="0"/>
          <w:color w:val="4D8B4B"/>
          <w:sz w:val="26"/>
        </w:rPr>
        <w:t xml:space="preserve">● </w:t>
      </w:r>
      <w:r>
        <w:rPr>
          <w:rFonts w:ascii="Noto Sans CJK TC" w:hAnsi="Noto Sans CJK TC" w:eastAsia="Noto Sans CJK TC"/>
          <w:b w:val="0"/>
          <w:color w:val="20352A"/>
          <w:sz w:val="26"/>
        </w:rPr>
        <w:t>完整住址</w:t>
      </w:r>
    </w:p>
    <w:p>
      <w:pPr>
        <w:spacing w:before="0" w:after="60" w:line="312" w:lineRule="auto"/>
        <w:ind w:left="259" w:hanging="259"/>
      </w:pPr>
      <w:r>
        <w:rPr>
          <w:rFonts w:ascii="Noto Sans CJK TC" w:hAnsi="Noto Sans CJK TC" w:eastAsia="Noto Sans CJK TC"/>
          <w:b w:val="0"/>
          <w:color w:val="4D8B4B"/>
          <w:sz w:val="26"/>
        </w:rPr>
        <w:t xml:space="preserve">● </w:t>
      </w:r>
      <w:r>
        <w:rPr>
          <w:rFonts w:ascii="Noto Sans CJK TC" w:hAnsi="Noto Sans CJK TC" w:eastAsia="Noto Sans CJK TC"/>
          <w:b w:val="0"/>
          <w:color w:val="20352A"/>
          <w:sz w:val="26"/>
        </w:rPr>
        <w:t>私人電話</w:t>
      </w:r>
    </w:p>
    <w:p>
      <w:pPr>
        <w:spacing w:before="0" w:after="60" w:line="312" w:lineRule="auto"/>
        <w:ind w:left="259" w:hanging="259"/>
      </w:pPr>
      <w:r>
        <w:rPr>
          <w:rFonts w:ascii="Noto Sans CJK TC" w:hAnsi="Noto Sans CJK TC" w:eastAsia="Noto Sans CJK TC"/>
          <w:b w:val="0"/>
          <w:color w:val="4D8B4B"/>
          <w:sz w:val="26"/>
        </w:rPr>
        <w:t xml:space="preserve">● </w:t>
      </w:r>
      <w:r>
        <w:rPr>
          <w:rFonts w:ascii="Noto Sans CJK TC" w:hAnsi="Noto Sans CJK TC" w:eastAsia="Noto Sans CJK TC"/>
          <w:b w:val="0"/>
          <w:color w:val="20352A"/>
          <w:sz w:val="26"/>
        </w:rPr>
        <w:t>他人的敏感個資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color="4D8B4B"/>
          <w:left w:val="single" w:sz="10" w:color="4D8B4B"/>
          <w:bottom w:val="single" w:sz="10" w:color="4D8B4B"/>
          <w:right w:val="single" w:sz="10" w:color="4D8B4B"/>
          <w:insideH w:val="single" w:sz="10" w:color="4D8B4B"/>
          <w:insideV w:val="single" w:sz="10" w:color="4D8B4B"/>
        </w:tblBorders>
      </w:tblPr>
      <w:tblGrid>
        <w:gridCol w:w="10224"/>
      </w:tblGrid>
      <w:tr>
        <w:trPr>
          <w:cantSplit/>
          <w:trHeight w:hRule="atLeast"/>
        </w:trPr>
        <w:tc>
          <w:tcPr>
            <w:tcW w:type="dxa" w:w="10008"/>
            <w:shd w:fill="EAF4E4"/>
            <w:tcMar>
              <w:top w:w="150" w:type="dxa"/>
              <w:start w:w="170" w:type="dxa"/>
              <w:bottom w:w="150" w:type="dxa"/>
              <w:end w:w="170" w:type="dxa"/>
            </w:tcMar>
            <w:vAlign w:val="center"/>
          </w:tcPr>
          <w:p>
            <w:pPr>
              <w:spacing w:before="0" w:after="60" w:line="276" w:lineRule="auto"/>
            </w:pPr>
            <w:r>
              <w:rPr>
                <w:rFonts w:ascii="Noto Sans CJK TC" w:hAnsi="Noto Sans CJK TC" w:eastAsia="Noto Sans CJK TC"/>
                <w:b/>
                <w:color w:val="4D8B4B"/>
                <w:sz w:val="30"/>
              </w:rPr>
              <w:t>分享照片前也要想一想</w:t>
            </w:r>
          </w:p>
          <w:p>
            <w:pPr>
              <w:spacing w:before="0" w:after="0" w:line="324" w:lineRule="auto"/>
            </w:pPr>
            <w:r>
              <w:rPr>
                <w:rFonts w:ascii="Noto Sans CJK TC" w:hAnsi="Noto Sans CJK TC" w:eastAsia="Noto Sans CJK TC"/>
                <w:b w:val="0"/>
                <w:color w:val="20352A"/>
                <w:sz w:val="28"/>
              </w:rPr>
              <w:t>照片裡的人願不願意公開？如果不確定，先不要上傳或公開分享。</w:t>
            </w:r>
          </w:p>
        </w:tc>
      </w:tr>
    </w:tbl>
    <w:p>
      <w:pPr>
        <w:spacing w:after="20"/>
      </w:pPr>
    </w:p>
    <w:p>
      <w:pPr>
        <w:keepNext/>
        <w:spacing w:before="160" w:after="120" w:line="240" w:lineRule="auto"/>
      </w:pPr>
      <w:r>
        <w:rPr>
          <w:rFonts w:ascii="Noto Sans CJK TC" w:hAnsi="Noto Sans CJK TC" w:eastAsia="Noto Sans CJK TC"/>
          <w:b/>
          <w:color w:val="4D8B4B"/>
          <w:sz w:val="40"/>
        </w:rPr>
        <w:t>十一、今天的成果：我的家鄉文化主題清單</w:t>
      </w:r>
    </w:p>
    <w:p>
      <w:pPr>
        <w:spacing w:before="0" w:after="160" w:line="312" w:lineRule="auto"/>
      </w:pPr>
      <w:r>
        <w:rPr>
          <w:rFonts w:ascii="Noto Sans CJK TC" w:hAnsi="Noto Sans CJK TC" w:eastAsia="Noto Sans CJK TC"/>
          <w:b w:val="0"/>
          <w:color w:val="20352A"/>
          <w:sz w:val="28"/>
        </w:rPr>
        <w:t>請在下課前完成以下內容。</w:t>
      </w:r>
    </w:p>
    <w:p>
      <w:pPr>
        <w:keepNext/>
        <w:spacing w:before="100" w:after="80" w:line="264" w:lineRule="auto"/>
      </w:pPr>
      <w:r>
        <w:rPr>
          <w:rFonts w:ascii="Noto Sans CJK TC" w:hAnsi="Noto Sans CJK TC" w:eastAsia="Noto Sans CJK TC"/>
          <w:b/>
          <w:color w:val="20352A"/>
          <w:sz w:val="32"/>
        </w:rPr>
        <w:t>我找到的 3 個地方</w:t>
      </w:r>
    </w:p>
    <w:p>
      <w:pPr>
        <w:spacing w:before="0" w:after="120" w:line="240" w:lineRule="auto"/>
      </w:pPr>
      <w:r>
        <w:rPr>
          <w:rFonts w:ascii="Noto Sans CJK TC" w:hAnsi="Noto Sans CJK TC" w:eastAsia="Noto Sans CJK TC"/>
          <w:b/>
          <w:color w:val="4D8B4B"/>
          <w:sz w:val="26"/>
        </w:rPr>
        <w:t xml:space="preserve">1. </w:t>
      </w:r>
      <w:r>
        <w:rPr>
          <w:rFonts w:ascii="Noto Sans CJK TC" w:hAnsi="Noto Sans CJK TC" w:eastAsia="Noto Sans CJK TC"/>
          <w:b w:val="0"/>
          <w:color w:val="777777"/>
          <w:sz w:val="26"/>
        </w:rPr>
        <w:t>________________________________________</w:t>
      </w:r>
    </w:p>
    <w:p>
      <w:pPr>
        <w:spacing w:before="0" w:after="120" w:line="240" w:lineRule="auto"/>
      </w:pPr>
      <w:r>
        <w:rPr>
          <w:rFonts w:ascii="Noto Sans CJK TC" w:hAnsi="Noto Sans CJK TC" w:eastAsia="Noto Sans CJK TC"/>
          <w:b/>
          <w:color w:val="4D8B4B"/>
          <w:sz w:val="26"/>
        </w:rPr>
        <w:t xml:space="preserve">2. </w:t>
      </w:r>
      <w:r>
        <w:rPr>
          <w:rFonts w:ascii="Noto Sans CJK TC" w:hAnsi="Noto Sans CJK TC" w:eastAsia="Noto Sans CJK TC"/>
          <w:b w:val="0"/>
          <w:color w:val="777777"/>
          <w:sz w:val="26"/>
        </w:rPr>
        <w:t>________________________________________</w:t>
      </w:r>
    </w:p>
    <w:p>
      <w:pPr>
        <w:spacing w:before="0" w:after="120" w:line="240" w:lineRule="auto"/>
      </w:pPr>
      <w:r>
        <w:rPr>
          <w:rFonts w:ascii="Noto Sans CJK TC" w:hAnsi="Noto Sans CJK TC" w:eastAsia="Noto Sans CJK TC"/>
          <w:b/>
          <w:color w:val="4D8B4B"/>
          <w:sz w:val="26"/>
        </w:rPr>
        <w:t xml:space="preserve">3. </w:t>
      </w:r>
      <w:r>
        <w:rPr>
          <w:rFonts w:ascii="Noto Sans CJK TC" w:hAnsi="Noto Sans CJK TC" w:eastAsia="Noto Sans CJK TC"/>
          <w:b w:val="0"/>
          <w:color w:val="777777"/>
          <w:sz w:val="26"/>
        </w:rPr>
        <w:t>________________________________________</w:t>
      </w:r>
    </w:p>
    <w:p>
      <w:pPr>
        <w:keepNext/>
        <w:spacing w:before="100" w:after="80" w:line="264" w:lineRule="auto"/>
      </w:pPr>
      <w:r>
        <w:rPr>
          <w:rFonts w:ascii="Noto Sans CJK TC" w:hAnsi="Noto Sans CJK TC" w:eastAsia="Noto Sans CJK TC"/>
          <w:b/>
          <w:color w:val="20352A"/>
          <w:sz w:val="32"/>
        </w:rPr>
        <w:t>我想到的 3 種食物／農產</w:t>
      </w:r>
    </w:p>
    <w:p>
      <w:pPr>
        <w:spacing w:before="0" w:after="120" w:line="240" w:lineRule="auto"/>
      </w:pPr>
      <w:r>
        <w:rPr>
          <w:rFonts w:ascii="Noto Sans CJK TC" w:hAnsi="Noto Sans CJK TC" w:eastAsia="Noto Sans CJK TC"/>
          <w:b/>
          <w:color w:val="4D8B4B"/>
          <w:sz w:val="26"/>
        </w:rPr>
        <w:t xml:space="preserve">1. </w:t>
      </w:r>
      <w:r>
        <w:rPr>
          <w:rFonts w:ascii="Noto Sans CJK TC" w:hAnsi="Noto Sans CJK TC" w:eastAsia="Noto Sans CJK TC"/>
          <w:b w:val="0"/>
          <w:color w:val="777777"/>
          <w:sz w:val="26"/>
        </w:rPr>
        <w:t>________________________________________</w:t>
      </w:r>
    </w:p>
    <w:p>
      <w:pPr>
        <w:spacing w:before="0" w:after="120" w:line="240" w:lineRule="auto"/>
      </w:pPr>
      <w:r>
        <w:rPr>
          <w:rFonts w:ascii="Noto Sans CJK TC" w:hAnsi="Noto Sans CJK TC" w:eastAsia="Noto Sans CJK TC"/>
          <w:b/>
          <w:color w:val="4D8B4B"/>
          <w:sz w:val="26"/>
        </w:rPr>
        <w:t xml:space="preserve">2. </w:t>
      </w:r>
      <w:r>
        <w:rPr>
          <w:rFonts w:ascii="Noto Sans CJK TC" w:hAnsi="Noto Sans CJK TC" w:eastAsia="Noto Sans CJK TC"/>
          <w:b w:val="0"/>
          <w:color w:val="777777"/>
          <w:sz w:val="26"/>
        </w:rPr>
        <w:t>________________________________________</w:t>
      </w:r>
    </w:p>
    <w:p>
      <w:pPr>
        <w:spacing w:before="0" w:after="120" w:line="240" w:lineRule="auto"/>
      </w:pPr>
      <w:r>
        <w:rPr>
          <w:rFonts w:ascii="Noto Sans CJK TC" w:hAnsi="Noto Sans CJK TC" w:eastAsia="Noto Sans CJK TC"/>
          <w:b/>
          <w:color w:val="4D8B4B"/>
          <w:sz w:val="26"/>
        </w:rPr>
        <w:t xml:space="preserve">3. </w:t>
      </w:r>
      <w:r>
        <w:rPr>
          <w:rFonts w:ascii="Noto Sans CJK TC" w:hAnsi="Noto Sans CJK TC" w:eastAsia="Noto Sans CJK TC"/>
          <w:b w:val="0"/>
          <w:color w:val="777777"/>
          <w:sz w:val="26"/>
        </w:rPr>
        <w:t>________________________________________</w:t>
      </w:r>
    </w:p>
    <w:p>
      <w:pPr>
        <w:keepNext/>
        <w:spacing w:before="100" w:after="80" w:line="264" w:lineRule="auto"/>
      </w:pPr>
      <w:r>
        <w:rPr>
          <w:rFonts w:ascii="Noto Sans CJK TC" w:hAnsi="Noto Sans CJK TC" w:eastAsia="Noto Sans CJK TC"/>
          <w:b/>
          <w:color w:val="20352A"/>
          <w:sz w:val="32"/>
        </w:rPr>
        <w:t>我整理的 3 段生活記憶</w:t>
      </w:r>
    </w:p>
    <w:p>
      <w:pPr>
        <w:spacing w:before="0" w:after="120" w:line="240" w:lineRule="auto"/>
      </w:pPr>
      <w:r>
        <w:rPr>
          <w:rFonts w:ascii="Noto Sans CJK TC" w:hAnsi="Noto Sans CJK TC" w:eastAsia="Noto Sans CJK TC"/>
          <w:b/>
          <w:color w:val="4D8B4B"/>
          <w:sz w:val="26"/>
        </w:rPr>
        <w:t xml:space="preserve">1. </w:t>
      </w:r>
      <w:r>
        <w:rPr>
          <w:rFonts w:ascii="Noto Sans CJK TC" w:hAnsi="Noto Sans CJK TC" w:eastAsia="Noto Sans CJK TC"/>
          <w:b w:val="0"/>
          <w:color w:val="777777"/>
          <w:sz w:val="26"/>
        </w:rPr>
        <w:t>________________________________________</w:t>
      </w:r>
    </w:p>
    <w:p>
      <w:pPr>
        <w:spacing w:before="0" w:after="120" w:line="240" w:lineRule="auto"/>
      </w:pPr>
      <w:r>
        <w:rPr>
          <w:rFonts w:ascii="Noto Sans CJK TC" w:hAnsi="Noto Sans CJK TC" w:eastAsia="Noto Sans CJK TC"/>
          <w:b/>
          <w:color w:val="4D8B4B"/>
          <w:sz w:val="26"/>
        </w:rPr>
        <w:t xml:space="preserve">2. </w:t>
      </w:r>
      <w:r>
        <w:rPr>
          <w:rFonts w:ascii="Noto Sans CJK TC" w:hAnsi="Noto Sans CJK TC" w:eastAsia="Noto Sans CJK TC"/>
          <w:b w:val="0"/>
          <w:color w:val="777777"/>
          <w:sz w:val="26"/>
        </w:rPr>
        <w:t>________________________________________</w:t>
      </w:r>
    </w:p>
    <w:p>
      <w:pPr>
        <w:spacing w:before="0" w:after="120" w:line="240" w:lineRule="auto"/>
      </w:pPr>
      <w:r>
        <w:rPr>
          <w:rFonts w:ascii="Noto Sans CJK TC" w:hAnsi="Noto Sans CJK TC" w:eastAsia="Noto Sans CJK TC"/>
          <w:b/>
          <w:color w:val="4D8B4B"/>
          <w:sz w:val="26"/>
        </w:rPr>
        <w:t xml:space="preserve">3. </w:t>
      </w:r>
      <w:r>
        <w:rPr>
          <w:rFonts w:ascii="Noto Sans CJK TC" w:hAnsi="Noto Sans CJK TC" w:eastAsia="Noto Sans CJK TC"/>
          <w:b w:val="0"/>
          <w:color w:val="777777"/>
          <w:sz w:val="26"/>
        </w:rPr>
        <w:t>________________________________________</w:t>
      </w:r>
    </w:p>
    <w:p>
      <w:pPr>
        <w:keepNext/>
        <w:spacing w:before="160" w:after="120" w:line="240" w:lineRule="auto"/>
      </w:pPr>
      <w:r>
        <w:rPr>
          <w:rFonts w:ascii="Noto Sans CJK TC" w:hAnsi="Noto Sans CJK TC" w:eastAsia="Noto Sans CJK TC"/>
          <w:b/>
          <w:color w:val="4D8B4B"/>
          <w:sz w:val="40"/>
        </w:rPr>
        <w:t>十二、我最後決定的創作主題</w:t>
      </w:r>
    </w:p>
    <w:p>
      <w:pPr>
        <w:spacing w:before="0" w:after="60" w:line="264" w:lineRule="auto"/>
      </w:pPr>
      <w:r>
        <w:rPr>
          <w:rFonts w:ascii="Noto Sans CJK TC" w:hAnsi="Noto Sans CJK TC" w:eastAsia="Noto Sans CJK TC"/>
          <w:b/>
          <w:color w:val="4D8B4B"/>
          <w:sz w:val="28"/>
        </w:rPr>
        <w:t>我的主題</w:t>
      </w:r>
    </w:p>
    <w:p>
      <w:pPr>
        <w:spacing w:before="0" w:after="80" w:line="240" w:lineRule="auto"/>
      </w:pPr>
      <w:r>
        <w:rPr>
          <w:rFonts w:ascii="Noto Sans CJK TC" w:hAnsi="Noto Sans CJK TC" w:eastAsia="Noto Sans CJK TC"/>
          <w:b w:val="0"/>
          <w:color w:val="7F7F7F"/>
          <w:sz w:val="26"/>
        </w:rPr>
        <w:t>______________________________________________</w:t>
      </w:r>
    </w:p>
    <w:p>
      <w:pPr>
        <w:spacing w:before="0" w:after="80" w:line="240" w:lineRule="auto"/>
      </w:pPr>
      <w:r>
        <w:rPr>
          <w:rFonts w:ascii="Noto Sans CJK TC" w:hAnsi="Noto Sans CJK TC" w:eastAsia="Noto Sans CJK TC"/>
          <w:b w:val="0"/>
          <w:color w:val="7F7F7F"/>
          <w:sz w:val="26"/>
        </w:rPr>
        <w:t>______________________________________________</w:t>
      </w:r>
    </w:p>
    <w:p>
      <w:pPr>
        <w:spacing w:before="0" w:after="60" w:line="264" w:lineRule="auto"/>
      </w:pPr>
      <w:r>
        <w:rPr>
          <w:rFonts w:ascii="Noto Sans CJK TC" w:hAnsi="Noto Sans CJK TC" w:eastAsia="Noto Sans CJK TC"/>
          <w:b/>
          <w:color w:val="4D8B4B"/>
          <w:sz w:val="28"/>
        </w:rPr>
        <w:t>為什麼？</w:t>
      </w:r>
    </w:p>
    <w:p>
      <w:pPr>
        <w:spacing w:before="0" w:after="80" w:line="240" w:lineRule="auto"/>
      </w:pPr>
      <w:r>
        <w:rPr>
          <w:rFonts w:ascii="Noto Sans CJK TC" w:hAnsi="Noto Sans CJK TC" w:eastAsia="Noto Sans CJK TC"/>
          <w:b w:val="0"/>
          <w:color w:val="7F7F7F"/>
          <w:sz w:val="26"/>
        </w:rPr>
        <w:t>______________________________________________</w:t>
      </w:r>
    </w:p>
    <w:p>
      <w:pPr>
        <w:spacing w:before="0" w:after="80" w:line="240" w:lineRule="auto"/>
      </w:pPr>
      <w:r>
        <w:rPr>
          <w:rFonts w:ascii="Noto Sans CJK TC" w:hAnsi="Noto Sans CJK TC" w:eastAsia="Noto Sans CJK TC"/>
          <w:b w:val="0"/>
          <w:color w:val="7F7F7F"/>
          <w:sz w:val="26"/>
        </w:rPr>
        <w:t>______________________________________________</w:t>
      </w:r>
    </w:p>
    <w:p>
      <w:pPr>
        <w:spacing w:before="0" w:after="80" w:line="240" w:lineRule="auto"/>
      </w:pPr>
      <w:r>
        <w:rPr>
          <w:rFonts w:ascii="Noto Sans CJK TC" w:hAnsi="Noto Sans CJK TC" w:eastAsia="Noto Sans CJK TC"/>
          <w:b w:val="0"/>
          <w:color w:val="7F7F7F"/>
          <w:sz w:val="26"/>
        </w:rPr>
        <w:t>______________________________________________</w:t>
      </w:r>
    </w:p>
    <w:p>
      <w:pPr>
        <w:spacing w:before="0" w:after="80" w:line="264" w:lineRule="auto"/>
      </w:pPr>
      <w:r>
        <w:rPr>
          <w:rFonts w:ascii="Noto Sans CJK TC" w:hAnsi="Noto Sans CJK TC" w:eastAsia="Noto Sans CJK TC"/>
          <w:b/>
          <w:color w:val="4D8B4B"/>
          <w:sz w:val="28"/>
        </w:rPr>
        <w:t>我手上已經有哪些素材？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4896"/>
        <w:gridCol w:w="4896"/>
      </w:tblGrid>
      <w:tr>
        <w:trPr>
          <w:trHeight w:hRule="atLeast"/>
        </w:trPr>
        <w:tc>
          <w:tcPr>
            <w:tcW w:type="dxa" w:w="5112"/>
            <w:tcMar>
              <w:top w:w="35" w:type="dxa"/>
              <w:start w:w="20" w:type="dxa"/>
              <w:bottom w:w="35" w:type="dxa"/>
              <w:end w:w="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Noto Sans CJK TC" w:hAnsi="Noto Sans CJK TC" w:eastAsia="Noto Sans CJK TC"/>
                <w:b w:val="0"/>
                <w:color w:val="20352A"/>
                <w:sz w:val="24"/>
              </w:rPr>
              <w:t>☐ 自己的記憶</w:t>
            </w:r>
          </w:p>
        </w:tc>
        <w:tc>
          <w:tcPr>
            <w:tcW w:type="dxa" w:w="5112"/>
            <w:tcMar>
              <w:top w:w="35" w:type="dxa"/>
              <w:start w:w="20" w:type="dxa"/>
              <w:bottom w:w="35" w:type="dxa"/>
              <w:end w:w="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Noto Sans CJK TC" w:hAnsi="Noto Sans CJK TC" w:eastAsia="Noto Sans CJK TC"/>
                <w:b w:val="0"/>
                <w:color w:val="20352A"/>
                <w:sz w:val="24"/>
              </w:rPr>
              <w:t>☐ 手機照片</w:t>
            </w:r>
          </w:p>
        </w:tc>
      </w:tr>
      <w:tr>
        <w:trPr>
          <w:trHeight w:hRule="atLeast"/>
        </w:trPr>
        <w:tc>
          <w:tcPr>
            <w:tcW w:type="dxa" w:w="5112"/>
            <w:tcMar>
              <w:top w:w="35" w:type="dxa"/>
              <w:start w:w="20" w:type="dxa"/>
              <w:bottom w:w="35" w:type="dxa"/>
              <w:end w:w="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Noto Sans CJK TC" w:hAnsi="Noto Sans CJK TC" w:eastAsia="Noto Sans CJK TC"/>
                <w:b w:val="0"/>
                <w:color w:val="20352A"/>
                <w:sz w:val="24"/>
              </w:rPr>
              <w:t>☐ 老照片</w:t>
            </w:r>
          </w:p>
        </w:tc>
        <w:tc>
          <w:tcPr>
            <w:tcW w:type="dxa" w:w="5112"/>
            <w:tcMar>
              <w:top w:w="35" w:type="dxa"/>
              <w:start w:w="20" w:type="dxa"/>
              <w:bottom w:w="35" w:type="dxa"/>
              <w:end w:w="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Noto Sans CJK TC" w:hAnsi="Noto Sans CJK TC" w:eastAsia="Noto Sans CJK TC"/>
                <w:b w:val="0"/>
                <w:color w:val="20352A"/>
                <w:sz w:val="24"/>
              </w:rPr>
              <w:t>☐ 家人故事</w:t>
            </w:r>
          </w:p>
        </w:tc>
      </w:tr>
      <w:tr>
        <w:trPr>
          <w:trHeight w:hRule="atLeast"/>
        </w:trPr>
        <w:tc>
          <w:tcPr>
            <w:tcW w:type="dxa" w:w="5112"/>
            <w:tcMar>
              <w:top w:w="35" w:type="dxa"/>
              <w:start w:w="20" w:type="dxa"/>
              <w:bottom w:w="35" w:type="dxa"/>
              <w:end w:w="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Noto Sans CJK TC" w:hAnsi="Noto Sans CJK TC" w:eastAsia="Noto Sans CJK TC"/>
                <w:b w:val="0"/>
                <w:color w:val="20352A"/>
                <w:sz w:val="24"/>
              </w:rPr>
              <w:t>☐ 地方資料</w:t>
            </w:r>
          </w:p>
        </w:tc>
        <w:tc>
          <w:tcPr>
            <w:tcW w:type="dxa" w:w="5112"/>
            <w:tcMar>
              <w:top w:w="35" w:type="dxa"/>
              <w:start w:w="20" w:type="dxa"/>
              <w:bottom w:w="35" w:type="dxa"/>
              <w:end w:w="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Noto Sans CJK TC" w:hAnsi="Noto Sans CJK TC" w:eastAsia="Noto Sans CJK TC"/>
                <w:b w:val="0"/>
                <w:color w:val="20352A"/>
                <w:sz w:val="24"/>
              </w:rPr>
              <w:t>☐ 農產品或物件</w:t>
            </w:r>
          </w:p>
        </w:tc>
      </w:tr>
      <w:tr>
        <w:trPr>
          <w:trHeight w:hRule="atLeast"/>
        </w:trPr>
        <w:tc>
          <w:tcPr>
            <w:tcW w:type="dxa" w:w="5112"/>
            <w:tcMar>
              <w:top w:w="35" w:type="dxa"/>
              <w:start w:w="20" w:type="dxa"/>
              <w:bottom w:w="35" w:type="dxa"/>
              <w:end w:w="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Noto Sans CJK TC" w:hAnsi="Noto Sans CJK TC" w:eastAsia="Noto Sans CJK TC"/>
                <w:b w:val="0"/>
                <w:color w:val="20352A"/>
                <w:sz w:val="24"/>
              </w:rPr>
              <w:t>☐ 還沒有，準備開始蒐集</w:t>
            </w:r>
          </w:p>
        </w:tc>
        <w:tc>
          <w:tcPr>
            <w:tcW w:type="dxa" w:w="5112"/>
            <w:tcMar>
              <w:top w:w="35" w:type="dxa"/>
              <w:start w:w="20" w:type="dxa"/>
              <w:bottom w:w="35" w:type="dxa"/>
              <w:end w:w="20" w:type="dxa"/>
            </w:tcMar>
            <w:vAlign w:val="center"/>
          </w:tcPr>
          <w:p/>
        </w:tc>
      </w:tr>
    </w:tbl>
    <w:p>
      <w:pPr>
        <w:keepNext/>
        <w:spacing w:before="160" w:after="120" w:line="240" w:lineRule="auto"/>
      </w:pPr>
      <w:r>
        <w:rPr>
          <w:rFonts w:ascii="Noto Sans CJK TC" w:hAnsi="Noto Sans CJK TC" w:eastAsia="Noto Sans CJK TC"/>
          <w:b/>
          <w:color w:val="4D8B4B"/>
          <w:sz w:val="40"/>
        </w:rPr>
        <w:t>十三、下週前的小任務</w:t>
      </w:r>
    </w:p>
    <w:p>
      <w:pPr>
        <w:spacing w:before="0" w:after="60" w:line="312" w:lineRule="auto"/>
        <w:ind w:left="346" w:hanging="346"/>
      </w:pPr>
      <w:r>
        <w:rPr>
          <w:rFonts w:ascii="Noto Sans CJK TC" w:hAnsi="Noto Sans CJK TC" w:eastAsia="Noto Sans CJK TC"/>
          <w:b/>
          <w:color w:val="4D8B4B"/>
          <w:sz w:val="28"/>
        </w:rPr>
        <w:t xml:space="preserve">1. </w:t>
      </w:r>
      <w:r>
        <w:rPr>
          <w:rFonts w:ascii="Noto Sans CJK TC" w:hAnsi="Noto Sans CJK TC" w:eastAsia="Noto Sans CJK TC"/>
          <w:b w:val="0"/>
          <w:color w:val="20352A"/>
          <w:sz w:val="28"/>
        </w:rPr>
        <w:t>一個家鄉故事</w:t>
      </w:r>
    </w:p>
    <w:p>
      <w:pPr>
        <w:spacing w:before="0" w:after="60" w:line="312" w:lineRule="auto"/>
        <w:ind w:left="346" w:hanging="346"/>
      </w:pPr>
      <w:r>
        <w:rPr>
          <w:rFonts w:ascii="Noto Sans CJK TC" w:hAnsi="Noto Sans CJK TC" w:eastAsia="Noto Sans CJK TC"/>
          <w:b/>
          <w:color w:val="4D8B4B"/>
          <w:sz w:val="28"/>
        </w:rPr>
        <w:t xml:space="preserve">2. </w:t>
      </w:r>
      <w:r>
        <w:rPr>
          <w:rFonts w:ascii="Noto Sans CJK TC" w:hAnsi="Noto Sans CJK TC" w:eastAsia="Noto Sans CJK TC"/>
          <w:b w:val="0"/>
          <w:color w:val="20352A"/>
          <w:sz w:val="28"/>
        </w:rPr>
        <w:t>一段自己的回憶</w:t>
      </w:r>
    </w:p>
    <w:p>
      <w:pPr>
        <w:spacing w:before="0" w:after="60" w:line="312" w:lineRule="auto"/>
        <w:ind w:left="346" w:hanging="346"/>
      </w:pPr>
      <w:r>
        <w:rPr>
          <w:rFonts w:ascii="Noto Sans CJK TC" w:hAnsi="Noto Sans CJK TC" w:eastAsia="Noto Sans CJK TC"/>
          <w:b/>
          <w:color w:val="4D8B4B"/>
          <w:sz w:val="28"/>
        </w:rPr>
        <w:t xml:space="preserve">3. </w:t>
      </w:r>
      <w:r>
        <w:rPr>
          <w:rFonts w:ascii="Noto Sans CJK TC" w:hAnsi="Noto Sans CJK TC" w:eastAsia="Noto Sans CJK TC"/>
          <w:b w:val="0"/>
          <w:color w:val="20352A"/>
          <w:sz w:val="28"/>
        </w:rPr>
        <w:t>如果有的話，一張相關照片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color="F5C451"/>
          <w:left w:val="single" w:sz="10" w:color="F5C451"/>
          <w:bottom w:val="single" w:sz="10" w:color="F5C451"/>
          <w:right w:val="single" w:sz="10" w:color="F5C451"/>
          <w:insideH w:val="single" w:sz="10" w:color="F5C451"/>
          <w:insideV w:val="single" w:sz="10" w:color="F5C451"/>
        </w:tblBorders>
      </w:tblPr>
      <w:tblGrid>
        <w:gridCol w:w="10224"/>
      </w:tblGrid>
      <w:tr>
        <w:trPr>
          <w:cantSplit/>
          <w:trHeight w:hRule="atLeast"/>
        </w:trPr>
        <w:tc>
          <w:tcPr>
            <w:tcW w:type="dxa" w:w="10008"/>
            <w:shd w:fill="FFF6D8"/>
            <w:tcMar>
              <w:top w:w="150" w:type="dxa"/>
              <w:start w:w="170" w:type="dxa"/>
              <w:bottom w:w="150" w:type="dxa"/>
              <w:end w:w="170" w:type="dxa"/>
            </w:tcMar>
            <w:vAlign w:val="center"/>
          </w:tcPr>
          <w:p>
            <w:pPr>
              <w:spacing w:before="0" w:after="60" w:line="276" w:lineRule="auto"/>
            </w:pPr>
            <w:r>
              <w:rPr>
                <w:rFonts w:ascii="Noto Sans CJK TC" w:hAnsi="Noto Sans CJK TC" w:eastAsia="Noto Sans CJK TC"/>
                <w:b/>
                <w:color w:val="4D8B4B"/>
                <w:sz w:val="30"/>
              </w:rPr>
              <w:t>不用先整理得很漂亮</w:t>
            </w:r>
          </w:p>
          <w:p>
            <w:pPr>
              <w:spacing w:before="0" w:after="0" w:line="324" w:lineRule="auto"/>
            </w:pPr>
            <w:r>
              <w:rPr>
                <w:rFonts w:ascii="Noto Sans CJK TC" w:hAnsi="Noto Sans CJK TC" w:eastAsia="Noto Sans CJK TC"/>
                <w:b w:val="0"/>
                <w:color w:val="20352A"/>
                <w:sz w:val="28"/>
              </w:rPr>
              <w:t>下一堂課，我們會開始把這些內容變成「可以閱讀的家鄉故事」。</w:t>
            </w:r>
          </w:p>
        </w:tc>
      </w:tr>
    </w:tbl>
    <w:p>
      <w:pPr>
        <w:spacing w:after="20"/>
      </w:pPr>
    </w:p>
    <w:p>
      <w:pPr>
        <w:keepNext/>
        <w:spacing w:before="160" w:after="120" w:line="240" w:lineRule="auto"/>
      </w:pPr>
      <w:r>
        <w:rPr>
          <w:rFonts w:ascii="Noto Sans CJK TC" w:hAnsi="Noto Sans CJK TC" w:eastAsia="Noto Sans CJK TC"/>
          <w:b/>
          <w:color w:val="4D8B4B"/>
          <w:sz w:val="40"/>
        </w:rPr>
        <w:t>十四、今天我學會了嗎？</w:t>
      </w:r>
    </w:p>
    <w:p>
      <w:pPr>
        <w:spacing w:before="0" w:after="60" w:line="312" w:lineRule="auto"/>
        <w:ind w:left="259" w:hanging="259"/>
      </w:pPr>
      <w:r>
        <w:rPr>
          <w:rFonts w:ascii="Noto Sans CJK TC" w:hAnsi="Noto Sans CJK TC" w:eastAsia="Noto Sans CJK TC"/>
          <w:b w:val="0"/>
          <w:color w:val="20352A"/>
          <w:sz w:val="26"/>
        </w:rPr>
        <w:t xml:space="preserve">☐ </w:t>
      </w:r>
      <w:r>
        <w:rPr>
          <w:rFonts w:ascii="Noto Sans CJK TC" w:hAnsi="Noto Sans CJK TC" w:eastAsia="Noto Sans CJK TC"/>
          <w:b w:val="0"/>
          <w:color w:val="20352A"/>
          <w:sz w:val="26"/>
        </w:rPr>
        <w:t>我知道什麼是在地文化</w:t>
      </w:r>
    </w:p>
    <w:p>
      <w:pPr>
        <w:spacing w:before="0" w:after="60" w:line="312" w:lineRule="auto"/>
        <w:ind w:left="259" w:hanging="259"/>
      </w:pPr>
      <w:r>
        <w:rPr>
          <w:rFonts w:ascii="Noto Sans CJK TC" w:hAnsi="Noto Sans CJK TC" w:eastAsia="Noto Sans CJK TC"/>
          <w:b w:val="0"/>
          <w:color w:val="20352A"/>
          <w:sz w:val="26"/>
        </w:rPr>
        <w:t xml:space="preserve">☐ </w:t>
      </w:r>
      <w:r>
        <w:rPr>
          <w:rFonts w:ascii="Noto Sans CJK TC" w:hAnsi="Noto Sans CJK TC" w:eastAsia="Noto Sans CJK TC"/>
          <w:b w:val="0"/>
          <w:color w:val="20352A"/>
          <w:sz w:val="26"/>
        </w:rPr>
        <w:t>我可以說出至少 3 個家鄉特色</w:t>
      </w:r>
    </w:p>
    <w:p>
      <w:pPr>
        <w:spacing w:before="0" w:after="60" w:line="312" w:lineRule="auto"/>
        <w:ind w:left="259" w:hanging="259"/>
      </w:pPr>
      <w:r>
        <w:rPr>
          <w:rFonts w:ascii="Noto Sans CJK TC" w:hAnsi="Noto Sans CJK TC" w:eastAsia="Noto Sans CJK TC"/>
          <w:b w:val="0"/>
          <w:color w:val="20352A"/>
          <w:sz w:val="26"/>
        </w:rPr>
        <w:t xml:space="preserve">☐ </w:t>
      </w:r>
      <w:r>
        <w:rPr>
          <w:rFonts w:ascii="Noto Sans CJK TC" w:hAnsi="Noto Sans CJK TC" w:eastAsia="Noto Sans CJK TC"/>
          <w:b w:val="0"/>
          <w:color w:val="20352A"/>
          <w:sz w:val="26"/>
        </w:rPr>
        <w:t>我可以用手機向 AI 提問</w:t>
      </w:r>
    </w:p>
    <w:p>
      <w:pPr>
        <w:spacing w:before="0" w:after="60" w:line="312" w:lineRule="auto"/>
        <w:ind w:left="259" w:hanging="259"/>
      </w:pPr>
      <w:r>
        <w:rPr>
          <w:rFonts w:ascii="Noto Sans CJK TC" w:hAnsi="Noto Sans CJK TC" w:eastAsia="Noto Sans CJK TC"/>
          <w:b w:val="0"/>
          <w:color w:val="20352A"/>
          <w:sz w:val="26"/>
        </w:rPr>
        <w:t xml:space="preserve">☐ </w:t>
      </w:r>
      <w:r>
        <w:rPr>
          <w:rFonts w:ascii="Noto Sans CJK TC" w:hAnsi="Noto Sans CJK TC" w:eastAsia="Noto Sans CJK TC"/>
          <w:b w:val="0"/>
          <w:color w:val="20352A"/>
          <w:sz w:val="26"/>
        </w:rPr>
        <w:t>我知道 AI 的資料需要確認</w:t>
      </w:r>
    </w:p>
    <w:p>
      <w:pPr>
        <w:spacing w:before="0" w:after="60" w:line="312" w:lineRule="auto"/>
        <w:ind w:left="259" w:hanging="259"/>
      </w:pPr>
      <w:r>
        <w:rPr>
          <w:rFonts w:ascii="Noto Sans CJK TC" w:hAnsi="Noto Sans CJK TC" w:eastAsia="Noto Sans CJK TC"/>
          <w:b w:val="0"/>
          <w:color w:val="20352A"/>
          <w:sz w:val="26"/>
        </w:rPr>
        <w:t xml:space="preserve">☐ </w:t>
      </w:r>
      <w:r>
        <w:rPr>
          <w:rFonts w:ascii="Noto Sans CJK TC" w:hAnsi="Noto Sans CJK TC" w:eastAsia="Noto Sans CJK TC"/>
          <w:b w:val="0"/>
          <w:color w:val="20352A"/>
          <w:sz w:val="26"/>
        </w:rPr>
        <w:t>我已經選出一個想繼續創作的主題</w:t>
      </w:r>
    </w:p>
    <w:p>
      <w:pPr>
        <w:spacing w:before="0" w:after="0" w:line="240" w:lineRule="auto"/>
      </w:pPr>
      <w:r>
        <w:rPr>
          <w:rFonts w:ascii="Noto Sans CJK TC" w:hAnsi="Noto Sans CJK TC" w:eastAsia="Noto Sans CJK TC"/>
          <w:b/>
          <w:color w:val="4D8B4B"/>
          <w:sz w:val="28"/>
        </w:rPr>
        <w:t>今天最想記住的一件事</w:t>
      </w:r>
    </w:p>
    <w:p>
      <w:pPr>
        <w:spacing w:before="0" w:after="0" w:line="240" w:lineRule="auto"/>
      </w:pPr>
      <w:r>
        <w:rPr>
          <w:rFonts w:ascii="Noto Sans CJK TC" w:hAnsi="Noto Sans CJK TC" w:eastAsia="Noto Sans CJK TC"/>
          <w:b w:val="0"/>
          <w:color w:val="7F7F7F"/>
          <w:sz w:val="26"/>
        </w:rPr>
        <w:t>______________________________________________</w:t>
      </w:r>
    </w:p>
    <w:p>
      <w:pPr>
        <w:spacing w:before="0" w:after="0" w:line="240" w:lineRule="auto"/>
      </w:pPr>
      <w:r>
        <w:rPr>
          <w:rFonts w:ascii="Noto Sans CJK TC" w:hAnsi="Noto Sans CJK TC" w:eastAsia="Noto Sans CJK TC"/>
          <w:b w:val="0"/>
          <w:color w:val="7F7F7F"/>
          <w:sz w:val="26"/>
        </w:rPr>
        <w:t>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4D8B4B"/>
          <w:left w:val="single" w:sz="8" w:color="4D8B4B"/>
          <w:bottom w:val="single" w:sz="8" w:color="4D8B4B"/>
          <w:right w:val="single" w:sz="8" w:color="4D8B4B"/>
          <w:insideH w:val="single" w:sz="8" w:color="4D8B4B"/>
          <w:insideV w:val="single" w:sz="8" w:color="4D8B4B"/>
        </w:tblBorders>
      </w:tblPr>
      <w:tblGrid>
        <w:gridCol w:w="10224"/>
      </w:tblGrid>
      <w:tr>
        <w:trPr>
          <w:cantSplit/>
          <w:trHeight w:hRule="atLeast"/>
        </w:trPr>
        <w:tc>
          <w:tcPr>
            <w:tcW w:type="dxa" w:w="10008"/>
            <w:shd w:fill="EAF4E4"/>
            <w:tcMar>
              <w:top w:w="70" w:type="dxa"/>
              <w:start w:w="120" w:type="dxa"/>
              <w:bottom w:w="7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Noto Sans CJK TC" w:hAnsi="Noto Sans CJK TC" w:eastAsia="Noto Sans CJK TC"/>
                <w:b/>
                <w:color w:val="4D8B4B"/>
                <w:sz w:val="26"/>
              </w:rPr>
              <w:t>第4週完成目標｜</w:t>
            </w:r>
            <w:r>
              <w:rPr>
                <w:rFonts w:ascii="Noto Sans CJK TC" w:hAnsi="Noto Sans CJK TC" w:eastAsia="Noto Sans CJK TC"/>
                <w:b w:val="0"/>
                <w:color w:val="20352A"/>
                <w:sz w:val="24"/>
              </w:rPr>
              <w:t>完成「我的家鄉文化主題清單」，並選出一個後續創作主題。</w:t>
            </w:r>
          </w:p>
        </w:tc>
      </w:tr>
    </w:tbl>
    <w:sectPr w:rsidR="00FC693F" w:rsidRPr="0006063C" w:rsidSect="00034616">
      <w:footerReference w:type="default" r:id="rId9"/>
      <w:headerReference w:type="default" r:id="rId11"/>
      <w:pgSz w:w="12240" w:h="15840"/>
      <w:pgMar w:top="893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CJK TC" w:hAnsi="Noto Sans CJK TC" w:eastAsia="Noto Sans CJK TC"/>
        <w:b w:val="0"/>
        <w:color w:val="6C6C63"/>
        <w:sz w:val="18"/>
      </w:rPr>
      <w:t xml:space="preserve">第 </w:t>
    </w:r>
    <w:fldSimple w:instr="PAGE"/>
    <w:r>
      <w:rPr>
        <w:rFonts w:ascii="Noto Sans CJK TC" w:hAnsi="Noto Sans CJK TC" w:eastAsia="Noto Sans CJK TC"/>
        <w:b w:val="0"/>
        <w:color w:val="6C6C63"/>
        <w:sz w:val="18"/>
      </w:rPr>
      <w:t xml:space="preserve"> 頁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300" w:lineRule="auto"/>
    </w:pPr>
    <w:rPr>
      <w:rFonts w:ascii="Noto Sans CJK TC" w:hAnsi="Noto Sans CJK TC" w:eastAsia="Noto Sans CJK TC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第4週學員講義｜找出我的家鄉主題與地方特色</dc:title>
  <dc:subject>115-2 花甲數位學習計畫</dc:subject>
  <dc:creator>蕉您來好康農場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