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8D176" w14:textId="77777777" w:rsidR="00D573CC" w:rsidRDefault="00000000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0523CA0D" wp14:editId="490B05BA">
            <wp:extent cx="1417320" cy="1417320"/>
            <wp:effectExtent l="0" t="0" r="0" b="0"/>
            <wp:docPr id="1" name="Picture 1" descr="蕉您來好康農場官方標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75891d-ba20-5078-bddb-36355ede3a8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86539" w14:textId="77777777" w:rsidR="00D573CC" w:rsidRDefault="00000000">
      <w:pPr>
        <w:jc w:val="center"/>
        <w:rPr>
          <w:rFonts w:hint="eastAsia"/>
          <w:lang w:eastAsia="zh-TW"/>
        </w:rPr>
      </w:pPr>
      <w:r>
        <w:rPr>
          <w:b/>
          <w:sz w:val="24"/>
          <w:lang w:eastAsia="zh-TW"/>
        </w:rPr>
        <w:t>蕉您來好康農場</w:t>
      </w:r>
      <w:r>
        <w:rPr>
          <w:b/>
          <w:sz w:val="24"/>
          <w:lang w:eastAsia="zh-TW"/>
        </w:rPr>
        <w:t xml:space="preserve"> × </w:t>
      </w:r>
      <w:r>
        <w:rPr>
          <w:b/>
          <w:sz w:val="24"/>
          <w:lang w:eastAsia="zh-TW"/>
        </w:rPr>
        <w:t>學員講義</w:t>
      </w:r>
    </w:p>
    <w:p w14:paraId="61B00EE0" w14:textId="77777777" w:rsidR="00D573CC" w:rsidRDefault="00000000">
      <w:pPr>
        <w:spacing w:before="440" w:after="140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26"/>
          <w:lang w:eastAsia="zh-TW"/>
        </w:rPr>
        <w:t>115 學年度第 2 學期  /  WEEK 08  /  授課講師：歐孟堅</w:t>
      </w:r>
    </w:p>
    <w:p w14:paraId="3A37990B" w14:textId="77777777" w:rsidR="00D573CC" w:rsidRDefault="00000000">
      <w:pPr>
        <w:rPr>
          <w:rFonts w:hint="eastAsia"/>
          <w:lang w:eastAsia="zh-TW"/>
        </w:rPr>
      </w:pPr>
      <w:r>
        <w:rPr>
          <w:rFonts w:eastAsia="Noto Sans CJK TC" w:cs="Noto Sans CJK TC"/>
          <w:b/>
          <w:color w:val="243D4D"/>
          <w:sz w:val="52"/>
          <w:lang w:eastAsia="zh-TW"/>
        </w:rPr>
        <w:t>資料整理與表單應用</w:t>
      </w:r>
    </w:p>
    <w:p w14:paraId="01F70388" w14:textId="77777777" w:rsidR="00D573CC" w:rsidRDefault="00000000">
      <w:pPr>
        <w:spacing w:after="300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30"/>
          <w:lang w:eastAsia="zh-TW"/>
        </w:rPr>
        <w:t>把雜訊變成表格，讓報名資料不再手忙腳亂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20"/>
      </w:tblGrid>
      <w:tr w:rsidR="00D573CC" w14:paraId="03565A29" w14:textId="77777777">
        <w:trPr>
          <w:cantSplit/>
        </w:trPr>
        <w:tc>
          <w:tcPr>
            <w:tcW w:w="9820" w:type="dxa"/>
            <w:tcBorders>
              <w:left w:val="single" w:sz="21" w:space="0" w:color="267C70"/>
            </w:tcBorders>
            <w:shd w:val="clear" w:color="auto" w:fill="F3F7FA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7C4F2549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b/>
                <w:color w:val="126D6A"/>
                <w:sz w:val="24"/>
                <w:lang w:eastAsia="zh-TW"/>
              </w:rPr>
              <w:t xml:space="preserve">今天的成果  </w:t>
            </w:r>
            <w:r>
              <w:rPr>
                <w:rFonts w:eastAsia="Noto Sans CJK TC" w:cs="Noto Sans CJK TC"/>
                <w:sz w:val="24"/>
                <w:lang w:eastAsia="zh-TW"/>
              </w:rPr>
              <w:t>把一段零散報名訊息整理成可檢查的表格，建立一份 Google 表單，再用測試回覆連結 Google 試算表。</w:t>
            </w:r>
          </w:p>
        </w:tc>
      </w:tr>
    </w:tbl>
    <w:p w14:paraId="22CD8C05" w14:textId="77777777" w:rsidR="00D573CC" w:rsidRDefault="00D573CC">
      <w:pPr>
        <w:spacing w:after="0"/>
        <w:rPr>
          <w:rFonts w:hint="eastAsia"/>
          <w:lang w:eastAsia="zh-TW"/>
        </w:rPr>
      </w:pPr>
    </w:p>
    <w:p w14:paraId="42816D57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本週學習目標</w:t>
      </w:r>
    </w:p>
    <w:p w14:paraId="7A4C6E0E" w14:textId="77777777" w:rsidR="00D573CC" w:rsidRDefault="00000000">
      <w:pPr>
        <w:ind w:left="374" w:hanging="346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 xml:space="preserve">•  </w:t>
      </w:r>
      <w:r>
        <w:rPr>
          <w:rFonts w:eastAsia="Noto Sans CJK TC" w:cs="Noto Sans CJK TC"/>
          <w:lang w:eastAsia="zh-TW"/>
        </w:rPr>
        <w:t>能說出「欄位、每筆紀錄、缺漏值、重複資料」的意思。</w:t>
      </w:r>
    </w:p>
    <w:p w14:paraId="61270BEA" w14:textId="77777777" w:rsidR="00D573CC" w:rsidRDefault="00000000">
      <w:pPr>
        <w:ind w:left="374" w:hanging="346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 xml:space="preserve">•  </w:t>
      </w:r>
      <w:r>
        <w:rPr>
          <w:rFonts w:eastAsia="Noto Sans CJK TC" w:cs="Noto Sans CJK TC"/>
          <w:lang w:eastAsia="zh-TW"/>
        </w:rPr>
        <w:t>能使用 ChatGPT 把 8 則練習訊息整理成逐筆表格，並保留不確定資訊。</w:t>
      </w:r>
    </w:p>
    <w:p w14:paraId="32010186" w14:textId="77777777" w:rsidR="00D573CC" w:rsidRDefault="00000000">
      <w:pPr>
        <w:ind w:left="374" w:hanging="346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 xml:space="preserve">•  </w:t>
      </w:r>
      <w:r>
        <w:rPr>
          <w:rFonts w:eastAsia="Noto Sans CJK TC" w:cs="Noto Sans CJK TC"/>
          <w:lang w:eastAsia="zh-TW"/>
        </w:rPr>
        <w:t>能將表格貼進試算表，建立 5 題報名表單並測試回覆。</w:t>
      </w:r>
    </w:p>
    <w:p w14:paraId="6BA452A2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課前準備</w:t>
      </w:r>
    </w:p>
    <w:p w14:paraId="1A0312B4" w14:textId="77777777" w:rsidR="00D573CC" w:rsidRDefault="00000000">
      <w:pPr>
        <w:rPr>
          <w:rFonts w:hint="eastAsia"/>
          <w:lang w:eastAsia="zh-TW"/>
        </w:rPr>
      </w:pPr>
      <w:r>
        <w:rPr>
          <w:rFonts w:eastAsia="Noto Sans CJK TC" w:cs="Noto Sans CJK TC"/>
          <w:lang w:eastAsia="zh-TW"/>
        </w:rPr>
        <w:t>建議自備筆電、可上網的瀏覽器與 Google 帳號；使用 ChatGPT 或其他可處理文字的 AI 工具。沒有 Google 帳號者，可完成紙本表單設計與表格練習。</w:t>
      </w:r>
    </w:p>
    <w:p w14:paraId="02F154FE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180 分鐘課程安排（週二 18:30–21:30）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7531"/>
      </w:tblGrid>
      <w:tr w:rsidR="00D573CC" w14:paraId="2690C674" w14:textId="77777777">
        <w:trPr>
          <w:cantSplit/>
          <w:tblHeader/>
          <w:jc w:val="center"/>
        </w:trPr>
        <w:tc>
          <w:tcPr>
            <w:tcW w:w="2232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564054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時間</w:t>
            </w:r>
          </w:p>
        </w:tc>
        <w:tc>
          <w:tcPr>
            <w:tcW w:w="7531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EECF3B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學習任務</w:t>
            </w:r>
          </w:p>
        </w:tc>
      </w:tr>
      <w:tr w:rsidR="00D573CC" w14:paraId="1665B045" w14:textId="77777777">
        <w:trPr>
          <w:cantSplit/>
          <w:jc w:val="center"/>
        </w:trPr>
        <w:tc>
          <w:tcPr>
            <w:tcW w:w="2232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1A1693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18:30–18:45</w:t>
            </w:r>
          </w:p>
        </w:tc>
        <w:tc>
          <w:tcPr>
            <w:tcW w:w="753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E0D55A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認識雜訊與結構化資料</w:t>
            </w:r>
          </w:p>
        </w:tc>
      </w:tr>
      <w:tr w:rsidR="00D573CC" w14:paraId="2F8D759C" w14:textId="77777777">
        <w:trPr>
          <w:cantSplit/>
          <w:jc w:val="center"/>
        </w:trPr>
        <w:tc>
          <w:tcPr>
            <w:tcW w:w="2232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2800FC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18:45–19:35</w:t>
            </w:r>
          </w:p>
        </w:tc>
        <w:tc>
          <w:tcPr>
            <w:tcW w:w="753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BAAD0B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欄位觀念、AI 資料整理實作</w:t>
            </w:r>
          </w:p>
        </w:tc>
      </w:tr>
      <w:tr w:rsidR="00D573CC" w14:paraId="643175A4" w14:textId="77777777">
        <w:trPr>
          <w:cantSplit/>
          <w:jc w:val="center"/>
        </w:trPr>
        <w:tc>
          <w:tcPr>
            <w:tcW w:w="2232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E5A9C0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lastRenderedPageBreak/>
              <w:t>19:35–19:45</w:t>
            </w:r>
          </w:p>
        </w:tc>
        <w:tc>
          <w:tcPr>
            <w:tcW w:w="753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AE20E9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休息 10 分鐘</w:t>
            </w:r>
          </w:p>
        </w:tc>
      </w:tr>
      <w:tr w:rsidR="00D573CC" w14:paraId="771CD074" w14:textId="77777777">
        <w:trPr>
          <w:cantSplit/>
          <w:jc w:val="center"/>
        </w:trPr>
        <w:tc>
          <w:tcPr>
            <w:tcW w:w="2232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7AFD1A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19:45–20:45</w:t>
            </w:r>
          </w:p>
        </w:tc>
        <w:tc>
          <w:tcPr>
            <w:tcW w:w="753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4CB733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試算表匯入 30 分鐘、設計表單 30 分鐘</w:t>
            </w:r>
          </w:p>
        </w:tc>
      </w:tr>
      <w:tr w:rsidR="00D573CC" w14:paraId="360127CF" w14:textId="77777777">
        <w:trPr>
          <w:cantSplit/>
          <w:jc w:val="center"/>
        </w:trPr>
        <w:tc>
          <w:tcPr>
            <w:tcW w:w="2232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75E36F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20:45–20:55</w:t>
            </w:r>
          </w:p>
        </w:tc>
        <w:tc>
          <w:tcPr>
            <w:tcW w:w="753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A2F0EA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休息 10 分鐘</w:t>
            </w:r>
          </w:p>
        </w:tc>
      </w:tr>
      <w:tr w:rsidR="00D573CC" w14:paraId="48997CEB" w14:textId="77777777">
        <w:trPr>
          <w:cantSplit/>
          <w:jc w:val="center"/>
        </w:trPr>
        <w:tc>
          <w:tcPr>
            <w:tcW w:w="2232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611221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20:55–21:30</w:t>
            </w:r>
          </w:p>
        </w:tc>
        <w:tc>
          <w:tcPr>
            <w:tcW w:w="753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016556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測試回覆 15 分鐘、成果檢查及 QA 20 分鐘</w:t>
            </w:r>
          </w:p>
        </w:tc>
      </w:tr>
    </w:tbl>
    <w:p w14:paraId="435A13B2" w14:textId="77777777" w:rsidR="00D573CC" w:rsidRDefault="00D573CC">
      <w:pPr>
        <w:spacing w:after="0"/>
        <w:rPr>
          <w:rFonts w:hint="eastAsia"/>
          <w:lang w:eastAsia="zh-TW"/>
        </w:rPr>
      </w:pPr>
    </w:p>
    <w:p w14:paraId="71B262B6" w14:textId="77777777" w:rsidR="00D573CC" w:rsidRDefault="00000000">
      <w:pPr>
        <w:pStyle w:val="H1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31"/>
          <w:lang w:eastAsia="zh-TW"/>
        </w:rPr>
        <w:t xml:space="preserve">01  </w:t>
      </w:r>
      <w:r>
        <w:rPr>
          <w:rFonts w:eastAsia="Noto Sans CJK TC" w:cs="Noto Sans CJK TC"/>
          <w:b/>
          <w:color w:val="243D4D"/>
          <w:lang w:eastAsia="zh-TW"/>
        </w:rPr>
        <w:t>先把雜訊看懂</w:t>
      </w:r>
    </w:p>
    <w:p w14:paraId="6381D228" w14:textId="77777777" w:rsidR="00D573CC" w:rsidRDefault="00000000">
      <w:pPr>
        <w:pStyle w:val="Intro"/>
        <w:rPr>
          <w:rFonts w:hint="eastAsia"/>
          <w:lang w:eastAsia="zh-TW"/>
        </w:rPr>
      </w:pPr>
      <w:r>
        <w:rPr>
          <w:rFonts w:eastAsia="Noto Sans CJK TC" w:cs="Noto Sans CJK TC"/>
          <w:color w:val="5A6A71"/>
          <w:lang w:eastAsia="zh-TW"/>
        </w:rPr>
        <w:t>不是資料太亂，而是訊息還沒有整理成固定欄位。</w:t>
      </w:r>
    </w:p>
    <w:p w14:paraId="0668340F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什麼叫「一筆資料」？</w:t>
      </w:r>
    </w:p>
    <w:p w14:paraId="67C24AA8" w14:textId="135A2AAC" w:rsidR="00D573CC" w:rsidRDefault="00000000" w:rsidP="001B07D1">
      <w:pPr>
        <w:rPr>
          <w:rFonts w:hint="eastAsia"/>
          <w:lang w:eastAsia="zh-TW"/>
        </w:rPr>
      </w:pPr>
      <w:r>
        <w:rPr>
          <w:rFonts w:eastAsia="Noto Sans CJK TC" w:cs="Noto Sans CJK TC"/>
          <w:lang w:eastAsia="zh-TW"/>
        </w:rPr>
        <w:t>一句報名訊息不一定只包含一種資訊。整理時，先決定每一列代表什麼，再讓每一欄有固定意義。</w:t>
      </w:r>
      <w:r>
        <w:rPr>
          <w:noProof/>
        </w:rPr>
        <w:drawing>
          <wp:inline distT="0" distB="0" distL="0" distR="0" wp14:anchorId="46E78278" wp14:editId="3A84FD87">
            <wp:extent cx="5897880" cy="4423410"/>
            <wp:effectExtent l="0" t="0" r="0" b="0"/>
            <wp:docPr id="2" name="Picture 2" descr="步驟01：訊息轉成固定欄位的示意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雜訊訊息變結構化資料教學_infogrpahic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442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70F4F" w14:textId="77777777" w:rsidR="00D573CC" w:rsidRDefault="00000000">
      <w:pPr>
        <w:spacing w:before="60" w:after="140"/>
        <w:jc w:val="center"/>
        <w:rPr>
          <w:rFonts w:hint="eastAsia"/>
          <w:lang w:eastAsia="zh-TW"/>
        </w:rPr>
      </w:pPr>
      <w:r>
        <w:rPr>
          <w:sz w:val="24"/>
          <w:lang w:eastAsia="zh-TW"/>
        </w:rPr>
        <w:lastRenderedPageBreak/>
        <w:t>步驟圖</w:t>
      </w:r>
      <w:r>
        <w:rPr>
          <w:sz w:val="24"/>
          <w:lang w:eastAsia="zh-TW"/>
        </w:rPr>
        <w:t xml:space="preserve"> 01</w:t>
      </w:r>
      <w:r>
        <w:rPr>
          <w:sz w:val="24"/>
          <w:lang w:eastAsia="zh-TW"/>
        </w:rPr>
        <w:t>｜把零散訊息拆解成固定欄位（香蕉訂單為示意案例）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7531"/>
      </w:tblGrid>
      <w:tr w:rsidR="00D573CC" w14:paraId="6E67B7F9" w14:textId="77777777">
        <w:trPr>
          <w:cantSplit/>
          <w:tblHeader/>
          <w:jc w:val="center"/>
        </w:trPr>
        <w:tc>
          <w:tcPr>
            <w:tcW w:w="2232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D32257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概念</w:t>
            </w:r>
          </w:p>
        </w:tc>
        <w:tc>
          <w:tcPr>
            <w:tcW w:w="7531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D938DF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簡單說明</w:t>
            </w:r>
          </w:p>
        </w:tc>
      </w:tr>
      <w:tr w:rsidR="00D573CC" w14:paraId="089E4F06" w14:textId="77777777">
        <w:trPr>
          <w:cantSplit/>
          <w:jc w:val="center"/>
        </w:trPr>
        <w:tc>
          <w:tcPr>
            <w:tcW w:w="2232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09BA21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一筆紀錄（列）</w:t>
            </w:r>
          </w:p>
        </w:tc>
        <w:tc>
          <w:tcPr>
            <w:tcW w:w="753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364267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一則來源訊息先保留為一筆，別擅自合併或刪除。</w:t>
            </w:r>
          </w:p>
        </w:tc>
      </w:tr>
      <w:tr w:rsidR="00D573CC" w14:paraId="33034BBA" w14:textId="77777777">
        <w:trPr>
          <w:cantSplit/>
          <w:jc w:val="center"/>
        </w:trPr>
        <w:tc>
          <w:tcPr>
            <w:tcW w:w="2232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4A5858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欄位（欄）</w:t>
            </w:r>
          </w:p>
        </w:tc>
        <w:tc>
          <w:tcPr>
            <w:tcW w:w="753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2C0688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活動日期、場次、稱呼、參加人數等。</w:t>
            </w:r>
          </w:p>
        </w:tc>
      </w:tr>
      <w:tr w:rsidR="00D573CC" w14:paraId="1EF111F1" w14:textId="77777777">
        <w:trPr>
          <w:cantSplit/>
          <w:jc w:val="center"/>
        </w:trPr>
        <w:tc>
          <w:tcPr>
            <w:tcW w:w="2232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7CDA84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缺漏值</w:t>
            </w:r>
          </w:p>
        </w:tc>
        <w:tc>
          <w:tcPr>
            <w:tcW w:w="753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D7B96A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原文沒有寫清楚，填「待確認」，不可猜測。</w:t>
            </w:r>
          </w:p>
        </w:tc>
      </w:tr>
      <w:tr w:rsidR="00D573CC" w14:paraId="3D039653" w14:textId="77777777">
        <w:trPr>
          <w:cantSplit/>
          <w:jc w:val="center"/>
        </w:trPr>
        <w:tc>
          <w:tcPr>
            <w:tcW w:w="2232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4A1CE6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疑似重複</w:t>
            </w:r>
          </w:p>
        </w:tc>
        <w:tc>
          <w:tcPr>
            <w:tcW w:w="753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436EEF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看起來可能同一筆，先標記，確認後再處理。</w:t>
            </w:r>
          </w:p>
        </w:tc>
      </w:tr>
    </w:tbl>
    <w:p w14:paraId="4DAABD47" w14:textId="77777777" w:rsidR="00D573CC" w:rsidRDefault="00D573CC">
      <w:pPr>
        <w:spacing w:after="0"/>
        <w:rPr>
          <w:rFonts w:hint="eastAsia"/>
          <w:lang w:eastAsia="zh-TW"/>
        </w:rPr>
      </w:pPr>
    </w:p>
    <w:p w14:paraId="2A2C1F71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實作 A｜8 則練習用的模擬報名訊息</w:t>
      </w:r>
    </w:p>
    <w:p w14:paraId="79BEF2EF" w14:textId="77777777" w:rsidR="00D573CC" w:rsidRDefault="00000000">
      <w:pPr>
        <w:rPr>
          <w:rFonts w:hint="eastAsia"/>
          <w:lang w:eastAsia="zh-TW"/>
        </w:rPr>
      </w:pPr>
      <w:r>
        <w:rPr>
          <w:rFonts w:eastAsia="Noto Sans CJK TC" w:cs="Noto Sans CJK TC"/>
          <w:color w:val="5A6A71"/>
          <w:lang w:eastAsia="zh-TW"/>
        </w:rPr>
        <w:t>情境：你正在協助社區整理「走讀體驗」的報名留言。以下為虛構資料，不是真實學員名單。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8899"/>
      </w:tblGrid>
      <w:tr w:rsidR="00D573CC" w14:paraId="2ADD2368" w14:textId="77777777">
        <w:trPr>
          <w:cantSplit/>
          <w:tblHeader/>
          <w:jc w:val="center"/>
        </w:trPr>
        <w:tc>
          <w:tcPr>
            <w:tcW w:w="864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7AC691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編號</w:t>
            </w:r>
          </w:p>
        </w:tc>
        <w:tc>
          <w:tcPr>
            <w:tcW w:w="8899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20795F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b/>
                <w:color w:val="243D4D"/>
                <w:lang w:eastAsia="zh-TW"/>
              </w:rPr>
              <w:t>原始留言（請全數保留）</w:t>
            </w:r>
          </w:p>
        </w:tc>
      </w:tr>
      <w:tr w:rsidR="00D573CC" w14:paraId="133B5573" w14:textId="77777777">
        <w:trPr>
          <w:cantSplit/>
          <w:jc w:val="center"/>
        </w:trPr>
        <w:tc>
          <w:tcPr>
            <w:tcW w:w="864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A403DC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1</w:t>
            </w:r>
          </w:p>
        </w:tc>
        <w:tc>
          <w:tcPr>
            <w:tcW w:w="8899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34AF71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阿梅：10/24 上午的走讀，2 人。</w:t>
            </w:r>
          </w:p>
        </w:tc>
      </w:tr>
      <w:tr w:rsidR="00D573CC" w14:paraId="06A1B3E0" w14:textId="77777777">
        <w:trPr>
          <w:cantSplit/>
          <w:jc w:val="center"/>
        </w:trPr>
        <w:tc>
          <w:tcPr>
            <w:tcW w:w="864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49E21F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2</w:t>
            </w:r>
          </w:p>
        </w:tc>
        <w:tc>
          <w:tcPr>
            <w:tcW w:w="8899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74B071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10/24 下午走讀，一位，叫小安。</w:t>
            </w:r>
          </w:p>
        </w:tc>
      </w:tr>
      <w:tr w:rsidR="00D573CC" w14:paraId="06BAFA79" w14:textId="77777777">
        <w:trPr>
          <w:cantSplit/>
          <w:jc w:val="center"/>
        </w:trPr>
        <w:tc>
          <w:tcPr>
            <w:tcW w:w="864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7E3D2B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3</w:t>
            </w:r>
          </w:p>
        </w:tc>
        <w:tc>
          <w:tcPr>
            <w:tcW w:w="8899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FD5536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阿強想參加 10/25 早上那場，3 位。</w:t>
            </w:r>
          </w:p>
        </w:tc>
      </w:tr>
      <w:tr w:rsidR="00D573CC" w14:paraId="2E23760E" w14:textId="77777777">
        <w:trPr>
          <w:cantSplit/>
          <w:jc w:val="center"/>
        </w:trPr>
        <w:tc>
          <w:tcPr>
            <w:tcW w:w="864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279F31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4</w:t>
            </w:r>
          </w:p>
        </w:tc>
        <w:tc>
          <w:tcPr>
            <w:tcW w:w="8899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12ED38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林姐 10/24 上午，一人，備註：步行速度較慢。</w:t>
            </w:r>
          </w:p>
        </w:tc>
      </w:tr>
      <w:tr w:rsidR="00D573CC" w14:paraId="3788BB0F" w14:textId="77777777">
        <w:trPr>
          <w:cantSplit/>
          <w:jc w:val="center"/>
        </w:trPr>
        <w:tc>
          <w:tcPr>
            <w:tcW w:w="864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74C277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5</w:t>
            </w:r>
          </w:p>
        </w:tc>
        <w:tc>
          <w:tcPr>
            <w:tcW w:w="8899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551EBB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阿梅補充：10/24 上午 2 位，上一則資料有重複嗎？</w:t>
            </w:r>
          </w:p>
        </w:tc>
      </w:tr>
      <w:tr w:rsidR="00D573CC" w14:paraId="38ECFB79" w14:textId="77777777">
        <w:trPr>
          <w:cantSplit/>
          <w:jc w:val="center"/>
        </w:trPr>
        <w:tc>
          <w:tcPr>
            <w:tcW w:w="864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7D0119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6</w:t>
            </w:r>
          </w:p>
        </w:tc>
        <w:tc>
          <w:tcPr>
            <w:tcW w:w="8899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9FDCF8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吳先生說要參加走讀，2 人，日期還沒決定。</w:t>
            </w:r>
          </w:p>
        </w:tc>
      </w:tr>
      <w:tr w:rsidR="00D573CC" w14:paraId="0025E293" w14:textId="77777777">
        <w:trPr>
          <w:cantSplit/>
          <w:jc w:val="center"/>
        </w:trPr>
        <w:tc>
          <w:tcPr>
            <w:tcW w:w="864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782194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7</w:t>
            </w:r>
          </w:p>
        </w:tc>
        <w:tc>
          <w:tcPr>
            <w:tcW w:w="8899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AD15AF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10/25 PM，名叫小萱，兩位。</w:t>
            </w:r>
          </w:p>
        </w:tc>
      </w:tr>
      <w:tr w:rsidR="00D573CC" w14:paraId="552206DA" w14:textId="77777777">
        <w:trPr>
          <w:cantSplit/>
          <w:jc w:val="center"/>
        </w:trPr>
        <w:tc>
          <w:tcPr>
            <w:tcW w:w="864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71C897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8</w:t>
            </w:r>
          </w:p>
        </w:tc>
        <w:tc>
          <w:tcPr>
            <w:tcW w:w="8899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29229F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10/25 上午，報名 1 位，沒有留稱呼。</w:t>
            </w:r>
          </w:p>
        </w:tc>
      </w:tr>
    </w:tbl>
    <w:p w14:paraId="156DB1EA" w14:textId="77777777" w:rsidR="00D573CC" w:rsidRDefault="00D573CC">
      <w:pPr>
        <w:spacing w:after="0"/>
        <w:rPr>
          <w:rFonts w:hint="eastAsia"/>
          <w:lang w:eastAsia="zh-T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20"/>
      </w:tblGrid>
      <w:tr w:rsidR="00D573CC" w14:paraId="70BA8F94" w14:textId="77777777">
        <w:trPr>
          <w:cantSplit/>
        </w:trPr>
        <w:tc>
          <w:tcPr>
            <w:tcW w:w="9820" w:type="dxa"/>
            <w:tcBorders>
              <w:left w:val="single" w:sz="21" w:space="0" w:color="267C70"/>
            </w:tcBorders>
            <w:shd w:val="clear" w:color="auto" w:fill="F3F7FA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2C4F13E2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b/>
                <w:color w:val="126D6A"/>
                <w:sz w:val="24"/>
                <w:lang w:eastAsia="zh-TW"/>
              </w:rPr>
              <w:t xml:space="preserve">先想一想  </w:t>
            </w:r>
            <w:r>
              <w:rPr>
                <w:rFonts w:eastAsia="Noto Sans CJK TC" w:cs="Noto Sans CJK TC"/>
                <w:sz w:val="24"/>
                <w:lang w:eastAsia="zh-TW"/>
              </w:rPr>
              <w:t>如果直接把上面文字貼到試算表，會遇到哪些問題？圈出至少 2 個：日期格式不一／人數是國字／少了稱呼／可能重複／沒有場次。</w:t>
            </w:r>
          </w:p>
        </w:tc>
      </w:tr>
    </w:tbl>
    <w:p w14:paraId="40230FBC" w14:textId="77777777" w:rsidR="00D573CC" w:rsidRDefault="00D573CC">
      <w:pPr>
        <w:spacing w:after="0"/>
        <w:rPr>
          <w:rFonts w:hint="eastAsia"/>
          <w:lang w:eastAsia="zh-TW"/>
        </w:rPr>
      </w:pPr>
    </w:p>
    <w:p w14:paraId="1C1F7997" w14:textId="77777777" w:rsidR="00D573CC" w:rsidRDefault="00000000">
      <w:pPr>
        <w:pStyle w:val="H1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31"/>
          <w:lang w:eastAsia="zh-TW"/>
        </w:rPr>
        <w:lastRenderedPageBreak/>
        <w:t xml:space="preserve">02  </w:t>
      </w:r>
      <w:r>
        <w:rPr>
          <w:rFonts w:eastAsia="Noto Sans CJK TC" w:cs="Noto Sans CJK TC"/>
          <w:b/>
          <w:color w:val="243D4D"/>
          <w:lang w:eastAsia="zh-TW"/>
        </w:rPr>
        <w:t>用 AI 做第一輪整理</w:t>
      </w:r>
    </w:p>
    <w:p w14:paraId="7E88449B" w14:textId="77777777" w:rsidR="00D573CC" w:rsidRDefault="00000000">
      <w:pPr>
        <w:pStyle w:val="Intro"/>
        <w:rPr>
          <w:rFonts w:hint="eastAsia"/>
          <w:lang w:eastAsia="zh-TW"/>
        </w:rPr>
      </w:pPr>
      <w:r>
        <w:rPr>
          <w:rFonts w:eastAsia="Noto Sans CJK TC" w:cs="Noto Sans CJK TC"/>
          <w:color w:val="5A6A71"/>
          <w:lang w:eastAsia="zh-TW"/>
        </w:rPr>
        <w:t>AI 能加速，但不代表結果一定正確；我們必須保留來源並逐筆比對。</w:t>
      </w:r>
    </w:p>
    <w:p w14:paraId="4CBCFBB3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操作 3 步驟</w:t>
      </w:r>
    </w:p>
    <w:p w14:paraId="0910D294" w14:textId="77777777" w:rsidR="00D573CC" w:rsidRDefault="00000000">
      <w:pPr>
        <w:ind w:left="432" w:hanging="403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24"/>
          <w:lang w:eastAsia="zh-TW"/>
        </w:rPr>
        <w:t xml:space="preserve">01  </w:t>
      </w:r>
      <w:r>
        <w:rPr>
          <w:rFonts w:eastAsia="Noto Sans CJK TC" w:cs="Noto Sans CJK TC"/>
          <w:lang w:eastAsia="zh-TW"/>
        </w:rPr>
        <w:t>在 ChatGPT 開啟新的對話，將前面「實作 A」的 8 則訊息複製貼上。</w:t>
      </w:r>
    </w:p>
    <w:p w14:paraId="656B355B" w14:textId="77777777" w:rsidR="00D573CC" w:rsidRDefault="00000000">
      <w:pPr>
        <w:ind w:left="432" w:hanging="403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24"/>
          <w:lang w:eastAsia="zh-TW"/>
        </w:rPr>
        <w:t xml:space="preserve">02  </w:t>
      </w:r>
      <w:r>
        <w:rPr>
          <w:rFonts w:eastAsia="Noto Sans CJK TC" w:cs="Noto Sans CJK TC"/>
          <w:lang w:eastAsia="zh-TW"/>
        </w:rPr>
        <w:t>先貼上下面的提示詞，再附上原始留言。</w:t>
      </w:r>
    </w:p>
    <w:p w14:paraId="5CEAC9BC" w14:textId="77777777" w:rsidR="00D573CC" w:rsidRDefault="00000000">
      <w:pPr>
        <w:ind w:left="432" w:hanging="403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24"/>
          <w:lang w:eastAsia="zh-TW"/>
        </w:rPr>
        <w:t xml:space="preserve">03  </w:t>
      </w:r>
      <w:r>
        <w:rPr>
          <w:rFonts w:eastAsia="Noto Sans CJK TC" w:cs="Noto Sans CJK TC"/>
          <w:lang w:eastAsia="zh-TW"/>
        </w:rPr>
        <w:t>取得表格後檢查：是否 8 列？有無猜測日期、稱呼或自動刪重？</w:t>
      </w:r>
    </w:p>
    <w:p w14:paraId="364A1DCB" w14:textId="77777777" w:rsidR="00D573CC" w:rsidRDefault="00000000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1AFEE5E8" wp14:editId="3FC6C228">
            <wp:extent cx="5897880" cy="4423410"/>
            <wp:effectExtent l="0" t="0" r="0" b="0"/>
            <wp:docPr id="3" name="Picture 3" descr="步驟02：將原始訊息貼進AI並核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_整理訊息三步驟攻略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442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5CF2F" w14:textId="77777777" w:rsidR="00D573CC" w:rsidRDefault="00000000">
      <w:pPr>
        <w:spacing w:before="60" w:after="140"/>
        <w:jc w:val="center"/>
        <w:rPr>
          <w:rFonts w:hint="eastAsia"/>
          <w:lang w:eastAsia="zh-TW"/>
        </w:rPr>
      </w:pPr>
      <w:r>
        <w:rPr>
          <w:sz w:val="24"/>
          <w:lang w:eastAsia="zh-TW"/>
        </w:rPr>
        <w:t>步驟圖</w:t>
      </w:r>
      <w:r>
        <w:rPr>
          <w:sz w:val="24"/>
          <w:lang w:eastAsia="zh-TW"/>
        </w:rPr>
        <w:t xml:space="preserve"> 02</w:t>
      </w:r>
      <w:r>
        <w:rPr>
          <w:sz w:val="24"/>
          <w:lang w:eastAsia="zh-TW"/>
        </w:rPr>
        <w:t>｜使用</w:t>
      </w:r>
      <w:r>
        <w:rPr>
          <w:sz w:val="24"/>
          <w:lang w:eastAsia="zh-TW"/>
        </w:rPr>
        <w:t xml:space="preserve"> AI </w:t>
      </w:r>
      <w:r>
        <w:rPr>
          <w:sz w:val="24"/>
          <w:lang w:eastAsia="zh-TW"/>
        </w:rPr>
        <w:t>初步整理；請以講義實作要求的欄位為準</w:t>
      </w:r>
    </w:p>
    <w:p w14:paraId="60CA2121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提示詞：有要求，才有可用的表格</w:t>
      </w:r>
    </w:p>
    <w:p w14:paraId="4565CDC6" w14:textId="77777777" w:rsidR="00D573CC" w:rsidRDefault="00000000">
      <w:pPr>
        <w:rPr>
          <w:rFonts w:hint="eastAsia"/>
          <w:lang w:eastAsia="zh-TW"/>
        </w:rPr>
      </w:pPr>
      <w:r>
        <w:rPr>
          <w:rFonts w:eastAsia="Noto Sans CJK TC" w:cs="Noto Sans CJK TC"/>
          <w:color w:val="5A6A71"/>
          <w:lang w:eastAsia="zh-TW"/>
        </w:rPr>
        <w:t>不夠明確：「幫我整理一下。」  容易出現自動補資料、漏列、格式不一致。</w:t>
      </w:r>
    </w:p>
    <w:p w14:paraId="6D93F626" w14:textId="77777777" w:rsidR="00D573CC" w:rsidRDefault="00000000">
      <w:pPr>
        <w:pStyle w:val="PromptLabe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lastRenderedPageBreak/>
        <w:t>可直接複製｜提示詞 01：逐筆整理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20"/>
      </w:tblGrid>
      <w:tr w:rsidR="00D573CC" w14:paraId="5D6FC9BB" w14:textId="77777777">
        <w:trPr>
          <w:cantSplit/>
        </w:trPr>
        <w:tc>
          <w:tcPr>
            <w:tcW w:w="9820" w:type="dxa"/>
            <w:tcBorders>
              <w:top w:val="single" w:sz="6" w:space="0" w:color="CEE0D9"/>
              <w:bottom w:val="single" w:sz="6" w:space="0" w:color="CEE0D9"/>
            </w:tcBorders>
            <w:shd w:val="clear" w:color="auto" w:fill="F3F7F5"/>
            <w:tcMar>
              <w:top w:w="160" w:type="dxa"/>
              <w:left w:w="180" w:type="dxa"/>
              <w:bottom w:w="155" w:type="dxa"/>
              <w:right w:w="180" w:type="dxa"/>
            </w:tcMar>
          </w:tcPr>
          <w:p w14:paraId="60570C1C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你是社區活動的資料整理助理。請只根據我貼上的原始留言整理報名資訊。</w:t>
            </w:r>
          </w:p>
          <w:p w14:paraId="06787534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每一則原始留言保留一列，維持原順序，不能自行新增、刪除或合併紀錄。</w:t>
            </w:r>
          </w:p>
          <w:p w14:paraId="5634F600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請輸出六欄：來源編號、活動日期、場次、稱呼、人數、備註／待確認事項。</w:t>
            </w:r>
          </w:p>
          <w:p w14:paraId="48CE3AFC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「早上」統一寫「上午」，「PM」統一寫「下午」；「一位／兩位」轉成 1／2。</w:t>
            </w:r>
          </w:p>
          <w:p w14:paraId="2AB9BF59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沒有寫出的資訊請填「待確認」，不得推測年份、場次、身分或聯絡方式。</w:t>
            </w:r>
          </w:p>
          <w:p w14:paraId="32EE7F17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若疑似重複，請只在「待確認事項」標記，不要自動刪除。</w:t>
            </w:r>
          </w:p>
          <w:p w14:paraId="028E7352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先輸出 Markdown 表格，再列出所有需要人工確認的項目。</w:t>
            </w:r>
          </w:p>
          <w:p w14:paraId="2DEABBB9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以下是原始留言：</w:t>
            </w:r>
          </w:p>
          <w:p w14:paraId="2130851F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（在這裡貼上「實作 A」的 8 則留言）</w:t>
            </w:r>
          </w:p>
        </w:tc>
      </w:tr>
    </w:tbl>
    <w:p w14:paraId="249AF21D" w14:textId="77777777" w:rsidR="00D573CC" w:rsidRDefault="00D573CC">
      <w:pPr>
        <w:spacing w:after="20"/>
        <w:rPr>
          <w:rFonts w:hint="eastAsia"/>
          <w:lang w:eastAsia="zh-TW"/>
        </w:rPr>
      </w:pPr>
    </w:p>
    <w:p w14:paraId="6746FA94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看到結果之後，再追問</w:t>
      </w:r>
    </w:p>
    <w:p w14:paraId="2907FAE0" w14:textId="77777777" w:rsidR="00D573CC" w:rsidRDefault="00000000">
      <w:pPr>
        <w:ind w:left="432" w:hanging="403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24"/>
          <w:lang w:eastAsia="zh-TW"/>
        </w:rPr>
        <w:t xml:space="preserve">01  </w:t>
      </w:r>
      <w:r>
        <w:rPr>
          <w:rFonts w:eastAsia="Noto Sans CJK TC" w:cs="Noto Sans CJK TC"/>
          <w:lang w:eastAsia="zh-TW"/>
        </w:rPr>
        <w:t>請逐列核對來源編號 1–8，指出可能漏列、改寫或推測的地方。</w:t>
      </w:r>
    </w:p>
    <w:p w14:paraId="32302790" w14:textId="77777777" w:rsidR="00D573CC" w:rsidRDefault="00000000">
      <w:pPr>
        <w:ind w:left="432" w:hanging="403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24"/>
          <w:lang w:eastAsia="zh-TW"/>
        </w:rPr>
        <w:t xml:space="preserve">02  </w:t>
      </w:r>
      <w:r>
        <w:rPr>
          <w:rFonts w:eastAsia="Noto Sans CJK TC" w:cs="Noto Sans CJK TC"/>
          <w:lang w:eastAsia="zh-TW"/>
        </w:rPr>
        <w:t>請整理「待確認清單」，不要修改原始資料。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20"/>
      </w:tblGrid>
      <w:tr w:rsidR="00D573CC" w14:paraId="1C71ADA9" w14:textId="77777777">
        <w:trPr>
          <w:cantSplit/>
        </w:trPr>
        <w:tc>
          <w:tcPr>
            <w:tcW w:w="9820" w:type="dxa"/>
            <w:tcBorders>
              <w:left w:val="single" w:sz="21" w:space="0" w:color="267C70"/>
            </w:tcBorders>
            <w:shd w:val="clear" w:color="auto" w:fill="F3F7FA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7C6A7E06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b/>
                <w:color w:val="126D6A"/>
                <w:sz w:val="24"/>
                <w:lang w:eastAsia="zh-TW"/>
              </w:rPr>
              <w:t xml:space="preserve">小提醒  </w:t>
            </w:r>
            <w:r>
              <w:rPr>
                <w:rFonts w:eastAsia="Noto Sans CJK TC" w:cs="Noto Sans CJK TC"/>
                <w:sz w:val="24"/>
                <w:lang w:eastAsia="zh-TW"/>
              </w:rPr>
              <w:t>AI 可以幫你統一寫法，例如「兩位 → 2」；但「沒寫日期 → 猜一個日期」不叫整理，而是捏造。</w:t>
            </w:r>
          </w:p>
        </w:tc>
      </w:tr>
    </w:tbl>
    <w:p w14:paraId="501FDB13" w14:textId="77777777" w:rsidR="00D573CC" w:rsidRDefault="00D573CC">
      <w:pPr>
        <w:spacing w:after="0"/>
        <w:rPr>
          <w:rFonts w:hint="eastAsia"/>
          <w:lang w:eastAsia="zh-TW"/>
        </w:rPr>
      </w:pPr>
    </w:p>
    <w:p w14:paraId="712447F5" w14:textId="77777777" w:rsidR="00D573CC" w:rsidRDefault="00000000">
      <w:pPr>
        <w:pStyle w:val="H1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31"/>
          <w:lang w:eastAsia="zh-TW"/>
        </w:rPr>
        <w:t xml:space="preserve">03  </w:t>
      </w:r>
      <w:r>
        <w:rPr>
          <w:rFonts w:eastAsia="Noto Sans CJK TC" w:cs="Noto Sans CJK TC"/>
          <w:b/>
          <w:color w:val="243D4D"/>
          <w:lang w:eastAsia="zh-TW"/>
        </w:rPr>
        <w:t>參考成果：8 列資料都還在</w:t>
      </w:r>
    </w:p>
    <w:p w14:paraId="17E97CF7" w14:textId="77777777" w:rsidR="00D573CC" w:rsidRDefault="00000000">
      <w:pPr>
        <w:pStyle w:val="Intro"/>
        <w:rPr>
          <w:rFonts w:hint="eastAsia"/>
          <w:lang w:eastAsia="zh-TW"/>
        </w:rPr>
      </w:pPr>
      <w:r>
        <w:rPr>
          <w:rFonts w:eastAsia="Noto Sans CJK TC" w:cs="Noto Sans CJK TC"/>
          <w:color w:val="5A6A71"/>
          <w:lang w:eastAsia="zh-TW"/>
        </w:rPr>
        <w:t>這是「一筆留言對一筆紀錄」的示範結果，不是已確認的正式報名名單。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9"/>
        <w:gridCol w:w="1181"/>
        <w:gridCol w:w="1080"/>
        <w:gridCol w:w="1123"/>
        <w:gridCol w:w="835"/>
        <w:gridCol w:w="4795"/>
      </w:tblGrid>
      <w:tr w:rsidR="00D573CC" w14:paraId="6B91AE4A" w14:textId="77777777">
        <w:trPr>
          <w:cantSplit/>
          <w:tblHeader/>
          <w:jc w:val="center"/>
        </w:trPr>
        <w:tc>
          <w:tcPr>
            <w:tcW w:w="749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6BC60D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來源</w:t>
            </w:r>
          </w:p>
        </w:tc>
        <w:tc>
          <w:tcPr>
            <w:tcW w:w="1181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99D504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日期</w:t>
            </w:r>
          </w:p>
        </w:tc>
        <w:tc>
          <w:tcPr>
            <w:tcW w:w="1080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8DAA56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場次</w:t>
            </w:r>
          </w:p>
        </w:tc>
        <w:tc>
          <w:tcPr>
            <w:tcW w:w="1123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CC5B58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稱呼</w:t>
            </w:r>
          </w:p>
        </w:tc>
        <w:tc>
          <w:tcPr>
            <w:tcW w:w="835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D8F7FE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人數</w:t>
            </w:r>
          </w:p>
        </w:tc>
        <w:tc>
          <w:tcPr>
            <w:tcW w:w="4795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AE8784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備註／待確認</w:t>
            </w:r>
          </w:p>
        </w:tc>
      </w:tr>
      <w:tr w:rsidR="00D573CC" w14:paraId="66055118" w14:textId="77777777">
        <w:trPr>
          <w:cantSplit/>
          <w:jc w:val="center"/>
        </w:trPr>
        <w:tc>
          <w:tcPr>
            <w:tcW w:w="749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D836D5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1</w:t>
            </w:r>
          </w:p>
        </w:tc>
        <w:tc>
          <w:tcPr>
            <w:tcW w:w="118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BC5D39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10/24</w:t>
            </w:r>
          </w:p>
        </w:tc>
        <w:tc>
          <w:tcPr>
            <w:tcW w:w="1080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51375C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上午</w:t>
            </w:r>
          </w:p>
        </w:tc>
        <w:tc>
          <w:tcPr>
            <w:tcW w:w="1123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C5B496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阿梅</w:t>
            </w:r>
          </w:p>
        </w:tc>
        <w:tc>
          <w:tcPr>
            <w:tcW w:w="835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ADDB8D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2</w:t>
            </w:r>
          </w:p>
        </w:tc>
        <w:tc>
          <w:tcPr>
            <w:tcW w:w="4795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CC69D8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原始報名。</w:t>
            </w:r>
          </w:p>
        </w:tc>
      </w:tr>
      <w:tr w:rsidR="00D573CC" w14:paraId="70F2CA28" w14:textId="77777777">
        <w:trPr>
          <w:cantSplit/>
          <w:jc w:val="center"/>
        </w:trPr>
        <w:tc>
          <w:tcPr>
            <w:tcW w:w="749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04E673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2</w:t>
            </w:r>
          </w:p>
        </w:tc>
        <w:tc>
          <w:tcPr>
            <w:tcW w:w="118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09B6B9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10/24</w:t>
            </w:r>
          </w:p>
        </w:tc>
        <w:tc>
          <w:tcPr>
            <w:tcW w:w="1080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B3B53F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下午</w:t>
            </w:r>
          </w:p>
        </w:tc>
        <w:tc>
          <w:tcPr>
            <w:tcW w:w="1123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3CE3CB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小安</w:t>
            </w:r>
          </w:p>
        </w:tc>
        <w:tc>
          <w:tcPr>
            <w:tcW w:w="835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FB952B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1</w:t>
            </w:r>
          </w:p>
        </w:tc>
        <w:tc>
          <w:tcPr>
            <w:tcW w:w="4795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969C31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無。</w:t>
            </w:r>
          </w:p>
        </w:tc>
      </w:tr>
      <w:tr w:rsidR="00D573CC" w14:paraId="7B22DDA9" w14:textId="77777777">
        <w:trPr>
          <w:cantSplit/>
          <w:jc w:val="center"/>
        </w:trPr>
        <w:tc>
          <w:tcPr>
            <w:tcW w:w="749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424FE0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3</w:t>
            </w:r>
          </w:p>
        </w:tc>
        <w:tc>
          <w:tcPr>
            <w:tcW w:w="118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FF1B37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10/25</w:t>
            </w:r>
          </w:p>
        </w:tc>
        <w:tc>
          <w:tcPr>
            <w:tcW w:w="1080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C3FAD3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上午</w:t>
            </w:r>
          </w:p>
        </w:tc>
        <w:tc>
          <w:tcPr>
            <w:tcW w:w="1123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7A556F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阿強</w:t>
            </w:r>
          </w:p>
        </w:tc>
        <w:tc>
          <w:tcPr>
            <w:tcW w:w="835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2C4291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3</w:t>
            </w:r>
          </w:p>
        </w:tc>
        <w:tc>
          <w:tcPr>
            <w:tcW w:w="4795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0273D7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「早上」→「上午」。</w:t>
            </w:r>
          </w:p>
        </w:tc>
      </w:tr>
      <w:tr w:rsidR="00D573CC" w14:paraId="1F46E236" w14:textId="77777777">
        <w:trPr>
          <w:cantSplit/>
          <w:jc w:val="center"/>
        </w:trPr>
        <w:tc>
          <w:tcPr>
            <w:tcW w:w="749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9EA571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4</w:t>
            </w:r>
          </w:p>
        </w:tc>
        <w:tc>
          <w:tcPr>
            <w:tcW w:w="118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3D9C11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10/24</w:t>
            </w:r>
          </w:p>
        </w:tc>
        <w:tc>
          <w:tcPr>
            <w:tcW w:w="1080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9924F8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上午</w:t>
            </w:r>
          </w:p>
        </w:tc>
        <w:tc>
          <w:tcPr>
            <w:tcW w:w="1123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2C3469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林姐</w:t>
            </w:r>
          </w:p>
        </w:tc>
        <w:tc>
          <w:tcPr>
            <w:tcW w:w="835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E34C6E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1</w:t>
            </w:r>
          </w:p>
        </w:tc>
        <w:tc>
          <w:tcPr>
            <w:tcW w:w="4795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F7D8D9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步行速度較慢。</w:t>
            </w:r>
          </w:p>
        </w:tc>
      </w:tr>
      <w:tr w:rsidR="00D573CC" w14:paraId="57109AE9" w14:textId="77777777">
        <w:trPr>
          <w:cantSplit/>
          <w:jc w:val="center"/>
        </w:trPr>
        <w:tc>
          <w:tcPr>
            <w:tcW w:w="749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61023D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5</w:t>
            </w:r>
          </w:p>
        </w:tc>
        <w:tc>
          <w:tcPr>
            <w:tcW w:w="118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9FC916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10/24</w:t>
            </w:r>
          </w:p>
        </w:tc>
        <w:tc>
          <w:tcPr>
            <w:tcW w:w="1080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F20C43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上午</w:t>
            </w:r>
          </w:p>
        </w:tc>
        <w:tc>
          <w:tcPr>
            <w:tcW w:w="1123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CD33D0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阿梅</w:t>
            </w:r>
          </w:p>
        </w:tc>
        <w:tc>
          <w:tcPr>
            <w:tcW w:w="835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49ABB8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2</w:t>
            </w:r>
          </w:p>
        </w:tc>
        <w:tc>
          <w:tcPr>
            <w:tcW w:w="4795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4DA71B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可能與第 1 則重複；需詢問確認。</w:t>
            </w:r>
          </w:p>
        </w:tc>
      </w:tr>
      <w:tr w:rsidR="00D573CC" w14:paraId="2F52CF7D" w14:textId="77777777">
        <w:trPr>
          <w:cantSplit/>
          <w:jc w:val="center"/>
        </w:trPr>
        <w:tc>
          <w:tcPr>
            <w:tcW w:w="749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13D043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lastRenderedPageBreak/>
              <w:t>6</w:t>
            </w:r>
          </w:p>
        </w:tc>
        <w:tc>
          <w:tcPr>
            <w:tcW w:w="118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29583C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待確認</w:t>
            </w:r>
          </w:p>
        </w:tc>
        <w:tc>
          <w:tcPr>
            <w:tcW w:w="1080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2AAA9F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待確認</w:t>
            </w:r>
          </w:p>
        </w:tc>
        <w:tc>
          <w:tcPr>
            <w:tcW w:w="1123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E071C6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吳先生</w:t>
            </w:r>
          </w:p>
        </w:tc>
        <w:tc>
          <w:tcPr>
            <w:tcW w:w="835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7994DE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2</w:t>
            </w:r>
          </w:p>
        </w:tc>
        <w:tc>
          <w:tcPr>
            <w:tcW w:w="4795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50DD9D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日期未定，場次也未提供。</w:t>
            </w:r>
          </w:p>
        </w:tc>
      </w:tr>
      <w:tr w:rsidR="00D573CC" w14:paraId="39F61455" w14:textId="77777777">
        <w:trPr>
          <w:cantSplit/>
          <w:jc w:val="center"/>
        </w:trPr>
        <w:tc>
          <w:tcPr>
            <w:tcW w:w="749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EEC734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7</w:t>
            </w:r>
          </w:p>
        </w:tc>
        <w:tc>
          <w:tcPr>
            <w:tcW w:w="118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5CD2BB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10/25</w:t>
            </w:r>
          </w:p>
        </w:tc>
        <w:tc>
          <w:tcPr>
            <w:tcW w:w="1080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0D3CA8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下午</w:t>
            </w:r>
          </w:p>
        </w:tc>
        <w:tc>
          <w:tcPr>
            <w:tcW w:w="1123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DCC203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小萱</w:t>
            </w:r>
          </w:p>
        </w:tc>
        <w:tc>
          <w:tcPr>
            <w:tcW w:w="835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0BC3C8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2</w:t>
            </w:r>
          </w:p>
        </w:tc>
        <w:tc>
          <w:tcPr>
            <w:tcW w:w="4795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62AF90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「PM」→「下午」；「兩位」→「2」。</w:t>
            </w:r>
          </w:p>
        </w:tc>
      </w:tr>
      <w:tr w:rsidR="00D573CC" w14:paraId="67ABFAA9" w14:textId="77777777">
        <w:trPr>
          <w:cantSplit/>
          <w:jc w:val="center"/>
        </w:trPr>
        <w:tc>
          <w:tcPr>
            <w:tcW w:w="749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76E5BC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8</w:t>
            </w:r>
          </w:p>
        </w:tc>
        <w:tc>
          <w:tcPr>
            <w:tcW w:w="118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582381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10/25</w:t>
            </w:r>
          </w:p>
        </w:tc>
        <w:tc>
          <w:tcPr>
            <w:tcW w:w="1080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56ED45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上午</w:t>
            </w:r>
          </w:p>
        </w:tc>
        <w:tc>
          <w:tcPr>
            <w:tcW w:w="1123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D94F00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待確認</w:t>
            </w:r>
          </w:p>
        </w:tc>
        <w:tc>
          <w:tcPr>
            <w:tcW w:w="835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B89229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1</w:t>
            </w:r>
          </w:p>
        </w:tc>
        <w:tc>
          <w:tcPr>
            <w:tcW w:w="4795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CBFCBE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未留稱呼。</w:t>
            </w:r>
          </w:p>
        </w:tc>
      </w:tr>
    </w:tbl>
    <w:p w14:paraId="4BBC0620" w14:textId="77777777" w:rsidR="00D573CC" w:rsidRDefault="00D573CC">
      <w:pPr>
        <w:spacing w:after="0"/>
        <w:rPr>
          <w:rFonts w:hint="eastAsia"/>
        </w:rPr>
      </w:pPr>
    </w:p>
    <w:p w14:paraId="0743E693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人工核對：比 AI 再多做一步</w:t>
      </w:r>
    </w:p>
    <w:p w14:paraId="52F14CEC" w14:textId="77777777" w:rsidR="00D573CC" w:rsidRDefault="00000000">
      <w:pPr>
        <w:spacing w:after="100"/>
        <w:rPr>
          <w:rFonts w:hint="eastAsia"/>
          <w:lang w:eastAsia="zh-TW"/>
        </w:rPr>
      </w:pPr>
      <w:r>
        <w:rPr>
          <w:rFonts w:eastAsia="Noto Sans CJK TC" w:cs="Noto Sans CJK TC"/>
          <w:sz w:val="24"/>
          <w:lang w:eastAsia="zh-TW"/>
        </w:rPr>
        <w:t>□  資料列數 8 列，來源編號 1–8 都存在。</w:t>
      </w:r>
    </w:p>
    <w:p w14:paraId="0E20EA6E" w14:textId="77777777" w:rsidR="00D573CC" w:rsidRDefault="00000000">
      <w:pPr>
        <w:spacing w:after="100"/>
        <w:rPr>
          <w:rFonts w:hint="eastAsia"/>
          <w:lang w:eastAsia="zh-TW"/>
        </w:rPr>
      </w:pPr>
      <w:r>
        <w:rPr>
          <w:rFonts w:eastAsia="Noto Sans CJK TC" w:cs="Noto Sans CJK TC"/>
          <w:sz w:val="24"/>
          <w:lang w:eastAsia="zh-TW"/>
        </w:rPr>
        <w:t>□  日期有 1 列待確認（第 6 列）。</w:t>
      </w:r>
    </w:p>
    <w:p w14:paraId="1FCE38A2" w14:textId="77777777" w:rsidR="00D573CC" w:rsidRDefault="00000000">
      <w:pPr>
        <w:spacing w:after="100"/>
        <w:rPr>
          <w:rFonts w:hint="eastAsia"/>
          <w:lang w:eastAsia="zh-TW"/>
        </w:rPr>
      </w:pPr>
      <w:r>
        <w:rPr>
          <w:rFonts w:eastAsia="Noto Sans CJK TC" w:cs="Noto Sans CJK TC"/>
          <w:sz w:val="24"/>
          <w:lang w:eastAsia="zh-TW"/>
        </w:rPr>
        <w:t>□  稱呼有 1 列待確認（第 8 列）。</w:t>
      </w:r>
    </w:p>
    <w:p w14:paraId="455F5AF2" w14:textId="77777777" w:rsidR="00D573CC" w:rsidRDefault="00000000">
      <w:pPr>
        <w:spacing w:after="100"/>
        <w:rPr>
          <w:rFonts w:hint="eastAsia"/>
          <w:lang w:eastAsia="zh-TW"/>
        </w:rPr>
      </w:pPr>
      <w:r>
        <w:rPr>
          <w:rFonts w:eastAsia="Noto Sans CJK TC" w:cs="Noto Sans CJK TC"/>
          <w:sz w:val="24"/>
          <w:lang w:eastAsia="zh-TW"/>
        </w:rPr>
        <w:t>□  第 1、5 列疑似重複，但目前仍保留兩列。</w:t>
      </w:r>
    </w:p>
    <w:p w14:paraId="7630C350" w14:textId="77777777" w:rsidR="00D573CC" w:rsidRDefault="00000000">
      <w:pPr>
        <w:spacing w:after="100"/>
        <w:rPr>
          <w:rFonts w:hint="eastAsia"/>
          <w:lang w:eastAsia="zh-TW"/>
        </w:rPr>
      </w:pPr>
      <w:r>
        <w:rPr>
          <w:rFonts w:eastAsia="Noto Sans CJK TC" w:cs="Noto Sans CJK TC"/>
          <w:sz w:val="24"/>
          <w:lang w:eastAsia="zh-TW"/>
        </w:rPr>
        <w:t>□  沒有從資料中推算出年份、電話或電子郵件。</w:t>
      </w:r>
    </w:p>
    <w:p w14:paraId="47C1C641" w14:textId="77777777" w:rsidR="00D573CC" w:rsidRDefault="00000000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4713604F" wp14:editId="4D628021">
            <wp:extent cx="5897880" cy="4423410"/>
            <wp:effectExtent l="0" t="0" r="0" b="0"/>
            <wp:docPr id="4" name="Picture 4" descr="步驟03：人工核對清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人工核對清單_漂亮不等於正確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442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F7E8E" w14:textId="77777777" w:rsidR="00D573CC" w:rsidRDefault="00000000">
      <w:pPr>
        <w:spacing w:before="60" w:after="140"/>
        <w:jc w:val="center"/>
        <w:rPr>
          <w:rFonts w:hint="eastAsia"/>
          <w:lang w:eastAsia="zh-TW"/>
        </w:rPr>
      </w:pPr>
      <w:r>
        <w:rPr>
          <w:sz w:val="24"/>
          <w:lang w:eastAsia="zh-TW"/>
        </w:rPr>
        <w:lastRenderedPageBreak/>
        <w:t>步驟圖</w:t>
      </w:r>
      <w:r>
        <w:rPr>
          <w:sz w:val="24"/>
          <w:lang w:eastAsia="zh-TW"/>
        </w:rPr>
        <w:t xml:space="preserve"> 03</w:t>
      </w:r>
      <w:r>
        <w:rPr>
          <w:sz w:val="24"/>
          <w:lang w:eastAsia="zh-TW"/>
        </w:rPr>
        <w:t>｜人工核對資料列數、缺漏值與疑似重複資訊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20"/>
      </w:tblGrid>
      <w:tr w:rsidR="00D573CC" w14:paraId="6618EB29" w14:textId="77777777">
        <w:trPr>
          <w:cantSplit/>
        </w:trPr>
        <w:tc>
          <w:tcPr>
            <w:tcW w:w="9820" w:type="dxa"/>
            <w:tcBorders>
              <w:left w:val="single" w:sz="21" w:space="0" w:color="267C70"/>
            </w:tcBorders>
            <w:shd w:val="clear" w:color="auto" w:fill="F3F7FA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6C0710B5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b/>
                <w:color w:val="126D6A"/>
                <w:sz w:val="24"/>
                <w:lang w:eastAsia="zh-TW"/>
              </w:rPr>
              <w:t xml:space="preserve">避免算錯人數  </w:t>
            </w:r>
            <w:r>
              <w:rPr>
                <w:rFonts w:eastAsia="Noto Sans CJK TC" w:cs="Noto Sans CJK TC"/>
                <w:sz w:val="24"/>
                <w:lang w:eastAsia="zh-TW"/>
              </w:rPr>
              <w:t>8 則留言的人數數字合計 14；但第 1、5 則疑似重複，因此「14」只能稱為未去重複的留言人數合計，不能當成已確認參加人數。</w:t>
            </w:r>
          </w:p>
        </w:tc>
      </w:tr>
    </w:tbl>
    <w:p w14:paraId="65026407" w14:textId="77777777" w:rsidR="00D573CC" w:rsidRDefault="00D573CC">
      <w:pPr>
        <w:spacing w:after="0"/>
        <w:rPr>
          <w:rFonts w:hint="eastAsia"/>
          <w:lang w:eastAsia="zh-TW"/>
        </w:rPr>
      </w:pPr>
    </w:p>
    <w:p w14:paraId="27C43C1B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輪到你動手</w:t>
      </w:r>
    </w:p>
    <w:p w14:paraId="2E42B04D" w14:textId="77777777" w:rsidR="00D573CC" w:rsidRDefault="00000000">
      <w:pPr>
        <w:rPr>
          <w:rFonts w:hint="eastAsia"/>
          <w:lang w:eastAsia="zh-TW"/>
        </w:rPr>
      </w:pPr>
      <w:r>
        <w:rPr>
          <w:rFonts w:eastAsia="Noto Sans CJK TC" w:cs="Noto Sans CJK TC"/>
          <w:lang w:eastAsia="zh-TW"/>
        </w:rPr>
        <w:t>請在 AI 產出的表格中，選 2 列與「實作 A」原文比對。找到不一致時，要求 AI 修正並說明修正依據。</w:t>
      </w:r>
    </w:p>
    <w:p w14:paraId="4F72414E" w14:textId="77777777" w:rsidR="00D573CC" w:rsidRDefault="00000000">
      <w:pPr>
        <w:pStyle w:val="H1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31"/>
          <w:lang w:eastAsia="zh-TW"/>
        </w:rPr>
        <w:t xml:space="preserve">04  </w:t>
      </w:r>
      <w:r>
        <w:rPr>
          <w:rFonts w:eastAsia="Noto Sans CJK TC" w:cs="Noto Sans CJK TC"/>
          <w:b/>
          <w:color w:val="243D4D"/>
          <w:lang w:eastAsia="zh-TW"/>
        </w:rPr>
        <w:t>讓表格進入試算表</w:t>
      </w:r>
    </w:p>
    <w:p w14:paraId="6D40242D" w14:textId="77777777" w:rsidR="00D573CC" w:rsidRDefault="00000000">
      <w:pPr>
        <w:pStyle w:val="Intro"/>
        <w:rPr>
          <w:rFonts w:hint="eastAsia"/>
          <w:lang w:eastAsia="zh-TW"/>
        </w:rPr>
      </w:pPr>
      <w:r>
        <w:rPr>
          <w:rFonts w:eastAsia="Noto Sans CJK TC" w:cs="Noto Sans CJK TC"/>
          <w:color w:val="5A6A71"/>
          <w:lang w:eastAsia="zh-TW"/>
        </w:rPr>
        <w:t>從「好看的表格」進一步變成「可以篩選、統計、更新的資料」。</w:t>
      </w:r>
    </w:p>
    <w:p w14:paraId="50B8C031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先確定欄位規則（資料字典）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7531"/>
      </w:tblGrid>
      <w:tr w:rsidR="00D573CC" w14:paraId="29029276" w14:textId="77777777">
        <w:trPr>
          <w:cantSplit/>
          <w:tblHeader/>
          <w:jc w:val="center"/>
        </w:trPr>
        <w:tc>
          <w:tcPr>
            <w:tcW w:w="2232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B1FCBA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欄位</w:t>
            </w:r>
          </w:p>
        </w:tc>
        <w:tc>
          <w:tcPr>
            <w:tcW w:w="7531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395F1B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填寫規則</w:t>
            </w:r>
          </w:p>
        </w:tc>
      </w:tr>
      <w:tr w:rsidR="00D573CC" w14:paraId="2C6A31E1" w14:textId="77777777">
        <w:trPr>
          <w:cantSplit/>
          <w:jc w:val="center"/>
        </w:trPr>
        <w:tc>
          <w:tcPr>
            <w:tcW w:w="2232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B971E3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來源編號</w:t>
            </w:r>
          </w:p>
        </w:tc>
        <w:tc>
          <w:tcPr>
            <w:tcW w:w="753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52F411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整數 1–8；不可漏號或重複。</w:t>
            </w:r>
          </w:p>
        </w:tc>
      </w:tr>
      <w:tr w:rsidR="00D573CC" w14:paraId="463BA371" w14:textId="77777777">
        <w:trPr>
          <w:cantSplit/>
          <w:jc w:val="center"/>
        </w:trPr>
        <w:tc>
          <w:tcPr>
            <w:tcW w:w="2232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084867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活動日期</w:t>
            </w:r>
          </w:p>
        </w:tc>
        <w:tc>
          <w:tcPr>
            <w:tcW w:w="753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CE4BB8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原文的月／日文字；沒寫就「待確認」。</w:t>
            </w:r>
          </w:p>
        </w:tc>
      </w:tr>
      <w:tr w:rsidR="00D573CC" w14:paraId="060020FD" w14:textId="77777777">
        <w:trPr>
          <w:cantSplit/>
          <w:jc w:val="center"/>
        </w:trPr>
        <w:tc>
          <w:tcPr>
            <w:tcW w:w="2232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FA03EF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場次</w:t>
            </w:r>
          </w:p>
        </w:tc>
        <w:tc>
          <w:tcPr>
            <w:tcW w:w="753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75D885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統一為上午／下午；不明則「待確認」。</w:t>
            </w:r>
          </w:p>
        </w:tc>
      </w:tr>
      <w:tr w:rsidR="00D573CC" w14:paraId="0B436809" w14:textId="77777777">
        <w:trPr>
          <w:cantSplit/>
          <w:jc w:val="center"/>
        </w:trPr>
        <w:tc>
          <w:tcPr>
            <w:tcW w:w="2232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FE4601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稱呼</w:t>
            </w:r>
          </w:p>
        </w:tc>
        <w:tc>
          <w:tcPr>
            <w:tcW w:w="753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D061C4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照原文記錄；缺漏不代填。</w:t>
            </w:r>
          </w:p>
        </w:tc>
      </w:tr>
      <w:tr w:rsidR="00D573CC" w14:paraId="29098BE6" w14:textId="77777777">
        <w:trPr>
          <w:cantSplit/>
          <w:jc w:val="center"/>
        </w:trPr>
        <w:tc>
          <w:tcPr>
            <w:tcW w:w="2232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FACDDA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人數</w:t>
            </w:r>
          </w:p>
        </w:tc>
        <w:tc>
          <w:tcPr>
            <w:tcW w:w="753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B800F5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已知者轉成數字；缺漏應標「待確認」。</w:t>
            </w:r>
          </w:p>
        </w:tc>
      </w:tr>
      <w:tr w:rsidR="00D573CC" w14:paraId="44E12283" w14:textId="77777777">
        <w:trPr>
          <w:cantSplit/>
          <w:jc w:val="center"/>
        </w:trPr>
        <w:tc>
          <w:tcPr>
            <w:tcW w:w="2232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48C8AC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備註與待確認</w:t>
            </w:r>
          </w:p>
        </w:tc>
        <w:tc>
          <w:tcPr>
            <w:tcW w:w="753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4771AE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寫明來源中的備註與人工核對項目。</w:t>
            </w:r>
          </w:p>
        </w:tc>
      </w:tr>
    </w:tbl>
    <w:p w14:paraId="0BF5D0A3" w14:textId="77777777" w:rsidR="00D573CC" w:rsidRDefault="00D573CC">
      <w:pPr>
        <w:spacing w:after="0"/>
        <w:rPr>
          <w:rFonts w:hint="eastAsia"/>
          <w:lang w:eastAsia="zh-TW"/>
        </w:rPr>
      </w:pPr>
    </w:p>
    <w:p w14:paraId="7051B6E8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把 ChatGPT 結果貼到 Google 試算表</w:t>
      </w:r>
    </w:p>
    <w:p w14:paraId="09E2DD3E" w14:textId="77777777" w:rsidR="00D573CC" w:rsidRDefault="00000000">
      <w:pPr>
        <w:ind w:left="432" w:hanging="403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24"/>
          <w:lang w:eastAsia="zh-TW"/>
        </w:rPr>
        <w:t xml:space="preserve">01  </w:t>
      </w:r>
      <w:r>
        <w:rPr>
          <w:rFonts w:eastAsia="Noto Sans CJK TC" w:cs="Noto Sans CJK TC"/>
          <w:lang w:eastAsia="zh-TW"/>
        </w:rPr>
        <w:t>請 AI 依上述欄位輸出「以 Tab 分隔（TSV）的純文字」，包含第一列欄名。</w:t>
      </w:r>
    </w:p>
    <w:p w14:paraId="5F4E49D8" w14:textId="77777777" w:rsidR="00D573CC" w:rsidRDefault="00000000">
      <w:pPr>
        <w:ind w:left="432" w:hanging="403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24"/>
          <w:lang w:eastAsia="zh-TW"/>
        </w:rPr>
        <w:t xml:space="preserve">02  </w:t>
      </w:r>
      <w:r>
        <w:rPr>
          <w:rFonts w:eastAsia="Noto Sans CJK TC" w:cs="Noto Sans CJK TC"/>
          <w:lang w:eastAsia="zh-TW"/>
        </w:rPr>
        <w:t>開啟 sheets.google.com，建立空白試算表並命名。</w:t>
      </w:r>
    </w:p>
    <w:p w14:paraId="5973D7C2" w14:textId="77777777" w:rsidR="00D573CC" w:rsidRDefault="00000000">
      <w:pPr>
        <w:ind w:left="432" w:hanging="403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24"/>
          <w:lang w:eastAsia="zh-TW"/>
        </w:rPr>
        <w:t xml:space="preserve">03  </w:t>
      </w:r>
      <w:r>
        <w:rPr>
          <w:rFonts w:eastAsia="Noto Sans CJK TC" w:cs="Noto Sans CJK TC"/>
          <w:lang w:eastAsia="zh-TW"/>
        </w:rPr>
        <w:t>複製 TSV 內容，點選試算表 A1 儲存格，貼上。</w:t>
      </w:r>
    </w:p>
    <w:p w14:paraId="4C2903B8" w14:textId="77777777" w:rsidR="00D573CC" w:rsidRDefault="00000000">
      <w:pPr>
        <w:ind w:left="432" w:hanging="403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24"/>
          <w:lang w:eastAsia="zh-TW"/>
        </w:rPr>
        <w:t xml:space="preserve">04  </w:t>
      </w:r>
      <w:r>
        <w:rPr>
          <w:rFonts w:eastAsia="Noto Sans CJK TC" w:cs="Noto Sans CJK TC"/>
          <w:lang w:eastAsia="zh-TW"/>
        </w:rPr>
        <w:t>確認每個欄位各自落在一欄；如果全部擠進 A 欄，使用「資料 → 將文字分欄」處理。</w:t>
      </w:r>
    </w:p>
    <w:p w14:paraId="5C80864E" w14:textId="77777777" w:rsidR="00D573CC" w:rsidRDefault="00000000">
      <w:pPr>
        <w:ind w:left="432" w:hanging="403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24"/>
          <w:lang w:eastAsia="zh-TW"/>
        </w:rPr>
        <w:t xml:space="preserve">05  </w:t>
      </w:r>
      <w:r>
        <w:rPr>
          <w:rFonts w:eastAsia="Noto Sans CJK TC" w:cs="Noto Sans CJK TC"/>
          <w:lang w:eastAsia="zh-TW"/>
        </w:rPr>
        <w:t>保留原始留言副本，核對 8 列與所有「待確認」標記後再使用。</w:t>
      </w:r>
    </w:p>
    <w:p w14:paraId="49AD3DB8" w14:textId="77777777" w:rsidR="00D573CC" w:rsidRDefault="00000000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56DA4C20" wp14:editId="0FA7552C">
            <wp:extent cx="5897880" cy="4423410"/>
            <wp:effectExtent l="0" t="0" r="0" b="0"/>
            <wp:docPr id="5" name="Picture 5" descr="步驟04：Google試算表匯入步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表格進入試算表五步驟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442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59E74" w14:textId="77777777" w:rsidR="00D573CC" w:rsidRDefault="00000000">
      <w:pPr>
        <w:spacing w:before="60" w:after="140"/>
        <w:jc w:val="center"/>
        <w:rPr>
          <w:rFonts w:hint="eastAsia"/>
          <w:lang w:eastAsia="zh-TW"/>
        </w:rPr>
      </w:pPr>
      <w:r>
        <w:rPr>
          <w:sz w:val="24"/>
          <w:lang w:eastAsia="zh-TW"/>
        </w:rPr>
        <w:t>步驟圖</w:t>
      </w:r>
      <w:r>
        <w:rPr>
          <w:sz w:val="24"/>
          <w:lang w:eastAsia="zh-TW"/>
        </w:rPr>
        <w:t xml:space="preserve"> 04</w:t>
      </w:r>
      <w:r>
        <w:rPr>
          <w:sz w:val="24"/>
          <w:lang w:eastAsia="zh-TW"/>
        </w:rPr>
        <w:t>｜匯入</w:t>
      </w:r>
      <w:r>
        <w:rPr>
          <w:sz w:val="24"/>
          <w:lang w:eastAsia="zh-TW"/>
        </w:rPr>
        <w:t xml:space="preserve"> Google </w:t>
      </w:r>
      <w:r>
        <w:rPr>
          <w:sz w:val="24"/>
          <w:lang w:eastAsia="zh-TW"/>
        </w:rPr>
        <w:t>試算表的操作流程</w:t>
      </w:r>
    </w:p>
    <w:p w14:paraId="3C3C7D1E" w14:textId="77777777" w:rsidR="00D573CC" w:rsidRDefault="00000000">
      <w:pPr>
        <w:pStyle w:val="PromptLabe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可直接複製｜提示詞 02：匯入試算表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20"/>
      </w:tblGrid>
      <w:tr w:rsidR="00D573CC" w14:paraId="3AC57FF1" w14:textId="77777777">
        <w:trPr>
          <w:cantSplit/>
        </w:trPr>
        <w:tc>
          <w:tcPr>
            <w:tcW w:w="9820" w:type="dxa"/>
            <w:tcBorders>
              <w:top w:val="single" w:sz="6" w:space="0" w:color="CEE0D9"/>
              <w:bottom w:val="single" w:sz="6" w:space="0" w:color="CEE0D9"/>
            </w:tcBorders>
            <w:shd w:val="clear" w:color="auto" w:fill="F3F7F5"/>
            <w:tcMar>
              <w:top w:w="160" w:type="dxa"/>
              <w:left w:w="180" w:type="dxa"/>
              <w:bottom w:w="155" w:type="dxa"/>
              <w:right w:w="180" w:type="dxa"/>
            </w:tcMar>
          </w:tcPr>
          <w:p w14:paraId="7798AB7B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請把剛才確認的 8 列整理結果轉成 TSV（以 Tab 字元分隔）。</w:t>
            </w:r>
          </w:p>
          <w:p w14:paraId="36F787BE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第一列保留欄位名稱，後面每列一筆；不要輸出 Markdown 表格或附加說明。</w:t>
            </w:r>
          </w:p>
          <w:p w14:paraId="511F59D1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缺少的資訊維持「待確認」，來源編號保留 1–8，疑似重複資料不得刪除。</w:t>
            </w:r>
          </w:p>
        </w:tc>
      </w:tr>
    </w:tbl>
    <w:p w14:paraId="45CA124C" w14:textId="77777777" w:rsidR="00D573CC" w:rsidRDefault="00D573CC">
      <w:pPr>
        <w:spacing w:after="20"/>
        <w:rPr>
          <w:rFonts w:hint="eastAsia"/>
          <w:lang w:eastAsia="zh-T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20"/>
      </w:tblGrid>
      <w:tr w:rsidR="00D573CC" w14:paraId="75E66D32" w14:textId="77777777">
        <w:trPr>
          <w:cantSplit/>
        </w:trPr>
        <w:tc>
          <w:tcPr>
            <w:tcW w:w="9820" w:type="dxa"/>
            <w:tcBorders>
              <w:left w:val="single" w:sz="21" w:space="0" w:color="267C70"/>
            </w:tcBorders>
            <w:shd w:val="clear" w:color="auto" w:fill="F3F7FA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742CCDF7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b/>
                <w:color w:val="126D6A"/>
                <w:sz w:val="24"/>
                <w:lang w:eastAsia="zh-TW"/>
              </w:rPr>
              <w:t xml:space="preserve">注意格式  </w:t>
            </w:r>
            <w:r>
              <w:rPr>
                <w:rFonts w:eastAsia="Noto Sans CJK TC" w:cs="Noto Sans CJK TC"/>
                <w:sz w:val="24"/>
                <w:lang w:eastAsia="zh-TW"/>
              </w:rPr>
              <w:t>試算表可能自動辨識日期或數字；本練習的 10/24 未提供年份，不要擅自把它當成某一年的完整日期。若要保留原文字，可先將儲存格格式設為「純文字」。</w:t>
            </w:r>
          </w:p>
        </w:tc>
      </w:tr>
    </w:tbl>
    <w:p w14:paraId="23F809BB" w14:textId="77777777" w:rsidR="00D573CC" w:rsidRDefault="00D573CC">
      <w:pPr>
        <w:spacing w:after="0"/>
        <w:rPr>
          <w:rFonts w:hint="eastAsia"/>
          <w:lang w:eastAsia="zh-TW"/>
        </w:rPr>
      </w:pPr>
    </w:p>
    <w:p w14:paraId="7D9A1A6E" w14:textId="77777777" w:rsidR="00D573CC" w:rsidRDefault="00000000">
      <w:pPr>
        <w:pStyle w:val="H1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31"/>
          <w:lang w:eastAsia="zh-TW"/>
        </w:rPr>
        <w:t xml:space="preserve">05  </w:t>
      </w:r>
      <w:r>
        <w:rPr>
          <w:rFonts w:eastAsia="Noto Sans CJK TC" w:cs="Noto Sans CJK TC"/>
          <w:b/>
          <w:color w:val="243D4D"/>
          <w:lang w:eastAsia="zh-TW"/>
        </w:rPr>
        <w:t>把問題設計成好填的表單</w:t>
      </w:r>
    </w:p>
    <w:p w14:paraId="1BF4E373" w14:textId="77777777" w:rsidR="00D573CC" w:rsidRDefault="00000000">
      <w:pPr>
        <w:pStyle w:val="Intro"/>
        <w:rPr>
          <w:rFonts w:hint="eastAsia"/>
          <w:lang w:eastAsia="zh-TW"/>
        </w:rPr>
      </w:pPr>
      <w:r>
        <w:rPr>
          <w:rFonts w:eastAsia="Noto Sans CJK TC" w:cs="Noto Sans CJK TC"/>
          <w:color w:val="5A6A71"/>
          <w:lang w:eastAsia="zh-TW"/>
        </w:rPr>
        <w:t>先想清楚要收集什麼，再交給 Google 表單；不要先做表單才補想用途。</w:t>
      </w:r>
    </w:p>
    <w:p w14:paraId="1CC6856D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lastRenderedPageBreak/>
        <w:t>示範主題：社區走讀體驗報名（練習版）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7"/>
        <w:gridCol w:w="2059"/>
        <w:gridCol w:w="5717"/>
      </w:tblGrid>
      <w:tr w:rsidR="00D573CC" w14:paraId="376FEA44" w14:textId="77777777">
        <w:trPr>
          <w:cantSplit/>
          <w:tblHeader/>
          <w:jc w:val="center"/>
        </w:trPr>
        <w:tc>
          <w:tcPr>
            <w:tcW w:w="1987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F9677D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題目</w:t>
            </w:r>
          </w:p>
        </w:tc>
        <w:tc>
          <w:tcPr>
            <w:tcW w:w="2059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03E56D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題型</w:t>
            </w:r>
          </w:p>
        </w:tc>
        <w:tc>
          <w:tcPr>
            <w:tcW w:w="5717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855739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是否必填／選項</w:t>
            </w:r>
          </w:p>
        </w:tc>
      </w:tr>
      <w:tr w:rsidR="00D573CC" w14:paraId="6FA65733" w14:textId="77777777">
        <w:trPr>
          <w:cantSplit/>
          <w:jc w:val="center"/>
        </w:trPr>
        <w:tc>
          <w:tcPr>
            <w:tcW w:w="1987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7B1442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報名稱呼</w:t>
            </w:r>
          </w:p>
        </w:tc>
        <w:tc>
          <w:tcPr>
            <w:tcW w:w="2059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C514DA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簡答</w:t>
            </w:r>
          </w:p>
        </w:tc>
        <w:tc>
          <w:tcPr>
            <w:tcW w:w="5717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BD9FBF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必填；課堂練習請用虛構稱呼。</w:t>
            </w:r>
          </w:p>
        </w:tc>
      </w:tr>
      <w:tr w:rsidR="00D573CC" w14:paraId="014866FC" w14:textId="77777777">
        <w:trPr>
          <w:cantSplit/>
          <w:jc w:val="center"/>
        </w:trPr>
        <w:tc>
          <w:tcPr>
            <w:tcW w:w="1987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6C2042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活動日期</w:t>
            </w:r>
          </w:p>
        </w:tc>
        <w:tc>
          <w:tcPr>
            <w:tcW w:w="2059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1E70FF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下拉式選單</w:t>
            </w:r>
          </w:p>
        </w:tc>
        <w:tc>
          <w:tcPr>
            <w:tcW w:w="5717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E1CB7D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必填；10/24、10/25。</w:t>
            </w:r>
          </w:p>
        </w:tc>
      </w:tr>
      <w:tr w:rsidR="00D573CC" w14:paraId="6910F568" w14:textId="77777777">
        <w:trPr>
          <w:cantSplit/>
          <w:jc w:val="center"/>
        </w:trPr>
        <w:tc>
          <w:tcPr>
            <w:tcW w:w="1987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A38C97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參加場次</w:t>
            </w:r>
          </w:p>
        </w:tc>
        <w:tc>
          <w:tcPr>
            <w:tcW w:w="2059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555BCB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單選</w:t>
            </w:r>
          </w:p>
        </w:tc>
        <w:tc>
          <w:tcPr>
            <w:tcW w:w="5717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AF3F02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必填；上午、下午。</w:t>
            </w:r>
          </w:p>
        </w:tc>
      </w:tr>
      <w:tr w:rsidR="00D573CC" w14:paraId="5DB426D1" w14:textId="77777777">
        <w:trPr>
          <w:cantSplit/>
          <w:jc w:val="center"/>
        </w:trPr>
        <w:tc>
          <w:tcPr>
            <w:tcW w:w="1987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A39423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參加人數</w:t>
            </w:r>
          </w:p>
        </w:tc>
        <w:tc>
          <w:tcPr>
            <w:tcW w:w="2059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76D823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下拉式選單</w:t>
            </w:r>
          </w:p>
        </w:tc>
        <w:tc>
          <w:tcPr>
            <w:tcW w:w="5717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4E6CE3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必填；1、2、3、4、5 人以上。</w:t>
            </w:r>
          </w:p>
        </w:tc>
      </w:tr>
      <w:tr w:rsidR="00D573CC" w14:paraId="233B9806" w14:textId="77777777">
        <w:trPr>
          <w:cantSplit/>
          <w:jc w:val="center"/>
        </w:trPr>
        <w:tc>
          <w:tcPr>
            <w:tcW w:w="1987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4209DF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其他說明</w:t>
            </w:r>
          </w:p>
        </w:tc>
        <w:tc>
          <w:tcPr>
            <w:tcW w:w="2059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81AA11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段落</w:t>
            </w:r>
          </w:p>
        </w:tc>
        <w:tc>
          <w:tcPr>
            <w:tcW w:w="5717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664A42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非必填；沒有就留白。</w:t>
            </w:r>
          </w:p>
        </w:tc>
      </w:tr>
    </w:tbl>
    <w:p w14:paraId="4043F40C" w14:textId="77777777" w:rsidR="00D573CC" w:rsidRDefault="00D573CC">
      <w:pPr>
        <w:spacing w:after="0"/>
        <w:rPr>
          <w:rFonts w:hint="eastAsia"/>
          <w:lang w:eastAsia="zh-TW"/>
        </w:rPr>
      </w:pPr>
    </w:p>
    <w:p w14:paraId="09F65059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三個讓回覆好整理的原則</w:t>
      </w:r>
    </w:p>
    <w:p w14:paraId="49750D98" w14:textId="77777777" w:rsidR="00D573CC" w:rsidRDefault="00000000">
      <w:pPr>
        <w:ind w:left="374" w:hanging="346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 xml:space="preserve">•  </w:t>
      </w:r>
      <w:r>
        <w:rPr>
          <w:rFonts w:eastAsia="Noto Sans CJK TC" w:cs="Noto Sans CJK TC"/>
          <w:lang w:eastAsia="zh-TW"/>
        </w:rPr>
        <w:t>能用選項就盡量用選項，減少「早上／上午／AM」的不同寫法。</w:t>
      </w:r>
    </w:p>
    <w:p w14:paraId="2A9760F4" w14:textId="77777777" w:rsidR="00D573CC" w:rsidRDefault="00000000">
      <w:pPr>
        <w:ind w:left="374" w:hanging="346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 xml:space="preserve">•  </w:t>
      </w:r>
      <w:r>
        <w:rPr>
          <w:rFonts w:eastAsia="Noto Sans CJK TC" w:cs="Noto Sans CJK TC"/>
          <w:lang w:eastAsia="zh-TW"/>
        </w:rPr>
        <w:t>只把真正必要的題目設為必填；可選欄位不要強迫回答。</w:t>
      </w:r>
    </w:p>
    <w:p w14:paraId="0C6F373A" w14:textId="77777777" w:rsidR="00D573CC" w:rsidRDefault="00000000">
      <w:pPr>
        <w:ind w:left="374" w:hanging="346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 xml:space="preserve">•  </w:t>
      </w:r>
      <w:r>
        <w:rPr>
          <w:rFonts w:eastAsia="Noto Sans CJK TC" w:cs="Noto Sans CJK TC"/>
          <w:lang w:eastAsia="zh-TW"/>
        </w:rPr>
        <w:t>先用 2 筆測試資料填答，確認選項、必填設定與回覆欄位都符合需求。</w:t>
      </w:r>
    </w:p>
    <w:p w14:paraId="21A66398" w14:textId="77777777" w:rsidR="00D573CC" w:rsidRDefault="00000000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17B41E4" wp14:editId="109B978E">
            <wp:extent cx="5897880" cy="4423410"/>
            <wp:effectExtent l="0" t="0" r="0" b="0"/>
            <wp:docPr id="6" name="Picture 6" descr="步驟05：表單設計三原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好填好整理表單三原則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442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7888D" w14:textId="77777777" w:rsidR="00D573CC" w:rsidRDefault="00000000">
      <w:pPr>
        <w:spacing w:before="60" w:after="140"/>
        <w:jc w:val="center"/>
        <w:rPr>
          <w:rFonts w:hint="eastAsia"/>
          <w:lang w:eastAsia="zh-TW"/>
        </w:rPr>
      </w:pPr>
      <w:r>
        <w:rPr>
          <w:sz w:val="24"/>
          <w:lang w:eastAsia="zh-TW"/>
        </w:rPr>
        <w:t>步驟圖</w:t>
      </w:r>
      <w:r>
        <w:rPr>
          <w:sz w:val="24"/>
          <w:lang w:eastAsia="zh-TW"/>
        </w:rPr>
        <w:t xml:space="preserve"> 05</w:t>
      </w:r>
      <w:r>
        <w:rPr>
          <w:sz w:val="24"/>
          <w:lang w:eastAsia="zh-TW"/>
        </w:rPr>
        <w:t>｜設計容易填答、容易整理的表單</w:t>
      </w:r>
    </w:p>
    <w:p w14:paraId="5E4E43E4" w14:textId="77777777" w:rsidR="00D573CC" w:rsidRDefault="00000000">
      <w:pPr>
        <w:pStyle w:val="PromptLabe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可直接複製｜提示詞 03：AI 協助設計表單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20"/>
      </w:tblGrid>
      <w:tr w:rsidR="00D573CC" w14:paraId="6C181513" w14:textId="77777777">
        <w:trPr>
          <w:cantSplit/>
        </w:trPr>
        <w:tc>
          <w:tcPr>
            <w:tcW w:w="9820" w:type="dxa"/>
            <w:tcBorders>
              <w:top w:val="single" w:sz="6" w:space="0" w:color="CEE0D9"/>
              <w:bottom w:val="single" w:sz="6" w:space="0" w:color="CEE0D9"/>
            </w:tcBorders>
            <w:shd w:val="clear" w:color="auto" w:fill="F3F7F5"/>
            <w:tcMar>
              <w:top w:w="160" w:type="dxa"/>
              <w:left w:w="180" w:type="dxa"/>
              <w:bottom w:w="155" w:type="dxa"/>
              <w:right w:w="180" w:type="dxa"/>
            </w:tcMar>
          </w:tcPr>
          <w:p w14:paraId="7B8F6448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請協助我設計一份「社區走讀體驗報名」Google 表單，給一般民眾填答。</w:t>
            </w:r>
          </w:p>
          <w:p w14:paraId="470711EC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表單只收集：報名稱呼、活動日期、參加場次、參加人數、其他說明。</w:t>
            </w:r>
          </w:p>
          <w:p w14:paraId="754756A2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請用表格列出：題目文字、建議題型、選項內容、是否必填、設計理由。</w:t>
            </w:r>
          </w:p>
          <w:p w14:paraId="4CD38521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活動日期只有 10/24 與 10/25；場次只有上午、下午。</w:t>
            </w:r>
          </w:p>
          <w:p w14:paraId="69A71BA0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不要求身分證字號、生日、住址、電話或電子郵件。</w:t>
            </w:r>
          </w:p>
          <w:p w14:paraId="4ADBC4C2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請使用簡單、親切的繁體中文，不要自行增加我沒要求的蒐集欄位。</w:t>
            </w:r>
          </w:p>
        </w:tc>
      </w:tr>
    </w:tbl>
    <w:p w14:paraId="72ED687E" w14:textId="77777777" w:rsidR="00D573CC" w:rsidRDefault="00D573CC">
      <w:pPr>
        <w:spacing w:after="20"/>
        <w:rPr>
          <w:rFonts w:hint="eastAsia"/>
          <w:lang w:eastAsia="zh-T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20"/>
      </w:tblGrid>
      <w:tr w:rsidR="00D573CC" w14:paraId="4BF126D7" w14:textId="77777777">
        <w:trPr>
          <w:cantSplit/>
        </w:trPr>
        <w:tc>
          <w:tcPr>
            <w:tcW w:w="9820" w:type="dxa"/>
            <w:tcBorders>
              <w:left w:val="single" w:sz="21" w:space="0" w:color="267C70"/>
            </w:tcBorders>
            <w:shd w:val="clear" w:color="auto" w:fill="F3F7FA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18CEADE0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b/>
                <w:color w:val="126D6A"/>
                <w:sz w:val="24"/>
                <w:lang w:eastAsia="zh-TW"/>
              </w:rPr>
              <w:t xml:space="preserve">先分清兩件事  </w:t>
            </w:r>
            <w:r>
              <w:rPr>
                <w:rFonts w:eastAsia="Noto Sans CJK TC" w:cs="Noto Sans CJK TC"/>
                <w:sz w:val="24"/>
                <w:lang w:eastAsia="zh-TW"/>
              </w:rPr>
              <w:t>前面單元是整理「已收到的舊訊息」；這個單元是設計「之後要收到的新資料」。兩者接起來，才能減少重工。</w:t>
            </w:r>
          </w:p>
        </w:tc>
      </w:tr>
    </w:tbl>
    <w:p w14:paraId="7D6BF658" w14:textId="77777777" w:rsidR="00D573CC" w:rsidRDefault="00D573CC">
      <w:pPr>
        <w:spacing w:after="0"/>
        <w:rPr>
          <w:rFonts w:hint="eastAsia"/>
          <w:lang w:eastAsia="zh-TW"/>
        </w:rPr>
      </w:pPr>
    </w:p>
    <w:p w14:paraId="31D691EB" w14:textId="77777777" w:rsidR="00D573CC" w:rsidRDefault="00000000">
      <w:pPr>
        <w:pStyle w:val="H1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31"/>
          <w:lang w:eastAsia="zh-TW"/>
        </w:rPr>
        <w:lastRenderedPageBreak/>
        <w:t xml:space="preserve">06  </w:t>
      </w:r>
      <w:r>
        <w:rPr>
          <w:rFonts w:eastAsia="Noto Sans CJK TC" w:cs="Noto Sans CJK TC"/>
          <w:b/>
          <w:color w:val="243D4D"/>
          <w:lang w:eastAsia="zh-TW"/>
        </w:rPr>
        <w:t>實作：Google 表單 → 試算表</w:t>
      </w:r>
    </w:p>
    <w:p w14:paraId="0FA8B945" w14:textId="77777777" w:rsidR="00D573CC" w:rsidRDefault="00000000">
      <w:pPr>
        <w:pStyle w:val="Intro"/>
        <w:rPr>
          <w:rFonts w:hint="eastAsia"/>
          <w:lang w:eastAsia="zh-TW"/>
        </w:rPr>
      </w:pPr>
      <w:r>
        <w:rPr>
          <w:rFonts w:eastAsia="Noto Sans CJK TC" w:cs="Noto Sans CJK TC"/>
          <w:color w:val="5A6A71"/>
          <w:lang w:eastAsia="zh-TW"/>
        </w:rPr>
        <w:t>以下是電腦版 Google 表單的基本流程；按鈕位置以實際介面為準。</w:t>
      </w:r>
    </w:p>
    <w:p w14:paraId="56D837D3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照著順序做一遍</w:t>
      </w:r>
    </w:p>
    <w:p w14:paraId="3FE2767D" w14:textId="77777777" w:rsidR="00D573CC" w:rsidRDefault="00000000">
      <w:pPr>
        <w:ind w:left="432" w:hanging="403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24"/>
          <w:lang w:eastAsia="zh-TW"/>
        </w:rPr>
        <w:t xml:space="preserve">01  </w:t>
      </w:r>
      <w:r>
        <w:rPr>
          <w:rFonts w:eastAsia="Noto Sans CJK TC" w:cs="Noto Sans CJK TC"/>
          <w:lang w:eastAsia="zh-TW"/>
        </w:rPr>
        <w:t>開啟 forms.google.com → 登入 Google 帳號 → 選擇「空白表單」。</w:t>
      </w:r>
    </w:p>
    <w:p w14:paraId="6DE87545" w14:textId="77777777" w:rsidR="00D573CC" w:rsidRDefault="00000000">
      <w:pPr>
        <w:ind w:left="432" w:hanging="403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24"/>
          <w:lang w:eastAsia="zh-TW"/>
        </w:rPr>
        <w:t xml:space="preserve">02  </w:t>
      </w:r>
      <w:r>
        <w:rPr>
          <w:rFonts w:eastAsia="Noto Sans CJK TC" w:cs="Noto Sans CJK TC"/>
          <w:lang w:eastAsia="zh-TW"/>
        </w:rPr>
        <w:t>表單名稱輸入「社區走讀體驗報名（練習）」。在說明欄註明「課堂測試，請勿填寫真實個資」。</w:t>
      </w:r>
    </w:p>
    <w:p w14:paraId="09E7CC6F" w14:textId="77777777" w:rsidR="00D573CC" w:rsidRDefault="00000000">
      <w:pPr>
        <w:ind w:left="432" w:hanging="403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24"/>
          <w:lang w:eastAsia="zh-TW"/>
        </w:rPr>
        <w:t xml:space="preserve">03  </w:t>
      </w:r>
      <w:r>
        <w:rPr>
          <w:rFonts w:eastAsia="Noto Sans CJK TC" w:cs="Noto Sans CJK TC"/>
          <w:lang w:eastAsia="zh-TW"/>
        </w:rPr>
        <w:t>依「示範主題」的題目表新增 5 題，調整題型、選項與必填設定。</w:t>
      </w:r>
    </w:p>
    <w:p w14:paraId="1C9A7540" w14:textId="77777777" w:rsidR="00D573CC" w:rsidRDefault="00000000">
      <w:pPr>
        <w:ind w:left="432" w:hanging="403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24"/>
          <w:lang w:eastAsia="zh-TW"/>
        </w:rPr>
        <w:t xml:space="preserve">04  </w:t>
      </w:r>
      <w:r>
        <w:rPr>
          <w:rFonts w:eastAsia="Noto Sans CJK TC" w:cs="Noto Sans CJK TC"/>
          <w:lang w:eastAsia="zh-TW"/>
        </w:rPr>
        <w:t>進入「設定」，檢查是否蒐集電子郵件、是否限制只能回覆一次，以及回覆摘要是否對填答者開放。</w:t>
      </w:r>
    </w:p>
    <w:p w14:paraId="6C90D131" w14:textId="77777777" w:rsidR="00D573CC" w:rsidRDefault="00000000">
      <w:pPr>
        <w:ind w:left="432" w:hanging="403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24"/>
          <w:lang w:eastAsia="zh-TW"/>
        </w:rPr>
        <w:t xml:space="preserve">05  </w:t>
      </w:r>
      <w:r>
        <w:rPr>
          <w:rFonts w:eastAsia="Noto Sans CJK TC" w:cs="Noto Sans CJK TC"/>
          <w:lang w:eastAsia="zh-TW"/>
        </w:rPr>
        <w:t>按「預覽」，站在填答者角度檢查題目是否完整、好理解。</w:t>
      </w:r>
    </w:p>
    <w:p w14:paraId="0AB646CE" w14:textId="77777777" w:rsidR="00D573CC" w:rsidRDefault="00000000">
      <w:pPr>
        <w:ind w:left="432" w:hanging="403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24"/>
          <w:lang w:eastAsia="zh-TW"/>
        </w:rPr>
        <w:t xml:space="preserve">06  </w:t>
      </w:r>
      <w:r>
        <w:rPr>
          <w:rFonts w:eastAsia="Noto Sans CJK TC" w:cs="Noto Sans CJK TC"/>
          <w:lang w:eastAsia="zh-TW"/>
        </w:rPr>
        <w:t>準備好後按「發布」，確認填答權限，再取得「作答者連結」。</w:t>
      </w:r>
    </w:p>
    <w:p w14:paraId="0DC70602" w14:textId="77777777" w:rsidR="00D573CC" w:rsidRDefault="00000000">
      <w:pPr>
        <w:ind w:left="432" w:hanging="403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24"/>
          <w:lang w:eastAsia="zh-TW"/>
        </w:rPr>
        <w:t xml:space="preserve">07  </w:t>
      </w:r>
      <w:r>
        <w:rPr>
          <w:rFonts w:eastAsia="Noto Sans CJK TC" w:cs="Noto Sans CJK TC"/>
          <w:lang w:eastAsia="zh-TW"/>
        </w:rPr>
        <w:t>用練習用暱稱自行填寫兩筆測試回覆，確認回應有收進表單。</w:t>
      </w:r>
    </w:p>
    <w:p w14:paraId="273E44E8" w14:textId="77777777" w:rsidR="00D573CC" w:rsidRDefault="00000000">
      <w:pPr>
        <w:ind w:left="432" w:hanging="403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24"/>
          <w:lang w:eastAsia="zh-TW"/>
        </w:rPr>
        <w:t xml:space="preserve">08  </w:t>
      </w:r>
      <w:r>
        <w:rPr>
          <w:rFonts w:eastAsia="Noto Sans CJK TC" w:cs="Noto Sans CJK TC"/>
          <w:lang w:eastAsia="zh-TW"/>
        </w:rPr>
        <w:t>回到編輯畫面的「回覆」分頁，選擇連結至 Google 試算表，查看每題是否各成一欄。</w:t>
      </w:r>
    </w:p>
    <w:p w14:paraId="1AE64B61" w14:textId="77777777" w:rsidR="00D573CC" w:rsidRDefault="00000000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C11E041" wp14:editId="14D4E3E6">
            <wp:extent cx="5897880" cy="4423410"/>
            <wp:effectExtent l="0" t="0" r="0" b="0"/>
            <wp:docPr id="7" name="Picture 7" descr="步驟06：Google表單串接試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ogle_表單到試算表操作指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442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68C93" w14:textId="77777777" w:rsidR="00D573CC" w:rsidRDefault="00000000">
      <w:pPr>
        <w:spacing w:before="60" w:after="140"/>
        <w:jc w:val="center"/>
        <w:rPr>
          <w:rFonts w:hint="eastAsia"/>
          <w:lang w:eastAsia="zh-TW"/>
        </w:rPr>
      </w:pPr>
      <w:r>
        <w:rPr>
          <w:sz w:val="24"/>
          <w:lang w:eastAsia="zh-TW"/>
        </w:rPr>
        <w:t>步驟圖</w:t>
      </w:r>
      <w:r>
        <w:rPr>
          <w:sz w:val="24"/>
          <w:lang w:eastAsia="zh-TW"/>
        </w:rPr>
        <w:t xml:space="preserve"> 06</w:t>
      </w:r>
      <w:r>
        <w:rPr>
          <w:sz w:val="24"/>
          <w:lang w:eastAsia="zh-TW"/>
        </w:rPr>
        <w:t>｜</w:t>
      </w:r>
      <w:r>
        <w:rPr>
          <w:sz w:val="24"/>
          <w:lang w:eastAsia="zh-TW"/>
        </w:rPr>
        <w:t xml:space="preserve">Google </w:t>
      </w:r>
      <w:r>
        <w:rPr>
          <w:sz w:val="24"/>
          <w:lang w:eastAsia="zh-TW"/>
        </w:rPr>
        <w:t>表單操作流程（介面以實際畫面為準）</w:t>
      </w:r>
    </w:p>
    <w:p w14:paraId="1AABB00E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兩筆測試回覆（請勿使用真實個資）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1498"/>
        <w:gridCol w:w="1296"/>
        <w:gridCol w:w="1051"/>
        <w:gridCol w:w="4075"/>
      </w:tblGrid>
      <w:tr w:rsidR="00D573CC" w14:paraId="6B4CC81D" w14:textId="77777777">
        <w:trPr>
          <w:cantSplit/>
          <w:tblHeader/>
          <w:jc w:val="center"/>
        </w:trPr>
        <w:tc>
          <w:tcPr>
            <w:tcW w:w="1843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8DDBF5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測試暱稱</w:t>
            </w:r>
          </w:p>
        </w:tc>
        <w:tc>
          <w:tcPr>
            <w:tcW w:w="1498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3C1BCC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日期</w:t>
            </w:r>
          </w:p>
        </w:tc>
        <w:tc>
          <w:tcPr>
            <w:tcW w:w="1296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033A20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場次</w:t>
            </w:r>
          </w:p>
        </w:tc>
        <w:tc>
          <w:tcPr>
            <w:tcW w:w="1051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D9AF60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人數</w:t>
            </w:r>
          </w:p>
        </w:tc>
        <w:tc>
          <w:tcPr>
            <w:tcW w:w="4075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29AFDF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其他說明</w:t>
            </w:r>
          </w:p>
        </w:tc>
      </w:tr>
      <w:tr w:rsidR="00D573CC" w14:paraId="7E3DEC4C" w14:textId="77777777">
        <w:trPr>
          <w:cantSplit/>
          <w:jc w:val="center"/>
        </w:trPr>
        <w:tc>
          <w:tcPr>
            <w:tcW w:w="1843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A5F306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測試甲</w:t>
            </w:r>
          </w:p>
        </w:tc>
        <w:tc>
          <w:tcPr>
            <w:tcW w:w="1498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691C00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10/24</w:t>
            </w:r>
          </w:p>
        </w:tc>
        <w:tc>
          <w:tcPr>
            <w:tcW w:w="1296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63F85A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上午</w:t>
            </w:r>
          </w:p>
        </w:tc>
        <w:tc>
          <w:tcPr>
            <w:tcW w:w="105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3B720F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2</w:t>
            </w:r>
          </w:p>
        </w:tc>
        <w:tc>
          <w:tcPr>
            <w:tcW w:w="4075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93695D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第一次試填</w:t>
            </w:r>
          </w:p>
        </w:tc>
      </w:tr>
      <w:tr w:rsidR="00D573CC" w14:paraId="468E9C1A" w14:textId="77777777">
        <w:trPr>
          <w:cantSplit/>
          <w:jc w:val="center"/>
        </w:trPr>
        <w:tc>
          <w:tcPr>
            <w:tcW w:w="1843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9F25CF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測試乙</w:t>
            </w:r>
          </w:p>
        </w:tc>
        <w:tc>
          <w:tcPr>
            <w:tcW w:w="1498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7A35F6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10/25</w:t>
            </w:r>
          </w:p>
        </w:tc>
        <w:tc>
          <w:tcPr>
            <w:tcW w:w="1296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750E4F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下午</w:t>
            </w:r>
          </w:p>
        </w:tc>
        <w:tc>
          <w:tcPr>
            <w:tcW w:w="1051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B2D4EC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1</w:t>
            </w:r>
          </w:p>
        </w:tc>
        <w:tc>
          <w:tcPr>
            <w:tcW w:w="4075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9F550D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檢查第二筆</w:t>
            </w:r>
          </w:p>
        </w:tc>
      </w:tr>
    </w:tbl>
    <w:p w14:paraId="68077D1D" w14:textId="77777777" w:rsidR="00D573CC" w:rsidRDefault="00D573CC">
      <w:pPr>
        <w:spacing w:after="0"/>
        <w:rPr>
          <w:rFonts w:hint="eastAsia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20"/>
      </w:tblGrid>
      <w:tr w:rsidR="00D573CC" w14:paraId="7BCA202A" w14:textId="77777777">
        <w:trPr>
          <w:cantSplit/>
        </w:trPr>
        <w:tc>
          <w:tcPr>
            <w:tcW w:w="9820" w:type="dxa"/>
            <w:tcBorders>
              <w:left w:val="single" w:sz="21" w:space="0" w:color="267C70"/>
            </w:tcBorders>
            <w:shd w:val="clear" w:color="auto" w:fill="F3F7FA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0257C26A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b/>
                <w:color w:val="126D6A"/>
                <w:sz w:val="24"/>
                <w:lang w:eastAsia="zh-TW"/>
              </w:rPr>
              <w:t xml:space="preserve">常見卡關  </w:t>
            </w:r>
            <w:r>
              <w:rPr>
                <w:rFonts w:eastAsia="Noto Sans CJK TC" w:cs="Noto Sans CJK TC"/>
                <w:sz w:val="24"/>
                <w:lang w:eastAsia="zh-TW"/>
              </w:rPr>
              <w:t>連結打不開：先檢查是否已發布及作答者權限；試算表沒有資料：先確認是否已送出測試回覆，並在「回覆」頁面連結正確試算表。</w:t>
            </w:r>
          </w:p>
        </w:tc>
      </w:tr>
    </w:tbl>
    <w:p w14:paraId="1440EC4A" w14:textId="77777777" w:rsidR="00D573CC" w:rsidRDefault="00D573CC">
      <w:pPr>
        <w:spacing w:after="0"/>
        <w:rPr>
          <w:rFonts w:hint="eastAsia"/>
          <w:lang w:eastAsia="zh-TW"/>
        </w:rPr>
      </w:pPr>
    </w:p>
    <w:p w14:paraId="19B59532" w14:textId="77777777" w:rsidR="00D573CC" w:rsidRDefault="00000000">
      <w:pPr>
        <w:pStyle w:val="H1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31"/>
          <w:lang w:eastAsia="zh-TW"/>
        </w:rPr>
        <w:t xml:space="preserve">07  </w:t>
      </w:r>
      <w:r>
        <w:rPr>
          <w:rFonts w:eastAsia="Noto Sans CJK TC" w:cs="Noto Sans CJK TC"/>
          <w:b/>
          <w:color w:val="243D4D"/>
          <w:lang w:eastAsia="zh-TW"/>
        </w:rPr>
        <w:t>整合任務：做出自己的小成果</w:t>
      </w:r>
    </w:p>
    <w:p w14:paraId="66296F7C" w14:textId="77777777" w:rsidR="00D573CC" w:rsidRDefault="00000000">
      <w:pPr>
        <w:pStyle w:val="Intro"/>
        <w:rPr>
          <w:rFonts w:hint="eastAsia"/>
          <w:lang w:eastAsia="zh-TW"/>
        </w:rPr>
      </w:pPr>
      <w:r>
        <w:rPr>
          <w:rFonts w:eastAsia="Noto Sans CJK TC" w:cs="Noto Sans CJK TC"/>
          <w:color w:val="5A6A71"/>
          <w:lang w:eastAsia="zh-TW"/>
        </w:rPr>
        <w:t>課堂最後請至少完成「一張乾淨的表、一份能填的表單、一則測試回覆」。</w:t>
      </w:r>
    </w:p>
    <w:p w14:paraId="5EA6DD75" w14:textId="77777777" w:rsidR="00D573CC" w:rsidRDefault="00000000">
      <w:pPr>
        <w:pStyle w:val="H2-L"/>
        <w:rPr>
          <w:rFonts w:hint="eastAsia"/>
        </w:rPr>
      </w:pPr>
      <w:r>
        <w:rPr>
          <w:rFonts w:eastAsia="Noto Sans CJK TC" w:cs="Noto Sans CJK TC"/>
          <w:b/>
          <w:color w:val="126D6A"/>
        </w:rPr>
        <w:lastRenderedPageBreak/>
        <w:t>你的任務流程</w:t>
      </w:r>
    </w:p>
    <w:p w14:paraId="428AC38C" w14:textId="77777777" w:rsidR="00D573CC" w:rsidRDefault="00000000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4637B091" wp14:editId="617D857D">
            <wp:extent cx="5897880" cy="4423410"/>
            <wp:effectExtent l="0" t="0" r="0" b="0"/>
            <wp:docPr id="8" name="Picture 8" descr="步驟07：課堂整合任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整合任務_完成資料表單流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442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C96DE" w14:textId="77777777" w:rsidR="00D573CC" w:rsidRDefault="00000000">
      <w:pPr>
        <w:spacing w:before="60" w:after="140"/>
        <w:jc w:val="center"/>
        <w:rPr>
          <w:rFonts w:hint="eastAsia"/>
          <w:lang w:eastAsia="zh-TW"/>
        </w:rPr>
      </w:pPr>
      <w:r>
        <w:rPr>
          <w:sz w:val="24"/>
          <w:lang w:eastAsia="zh-TW"/>
        </w:rPr>
        <w:t>步驟圖</w:t>
      </w:r>
      <w:r>
        <w:rPr>
          <w:sz w:val="24"/>
          <w:lang w:eastAsia="zh-TW"/>
        </w:rPr>
        <w:t xml:space="preserve"> 07</w:t>
      </w:r>
      <w:r>
        <w:rPr>
          <w:sz w:val="24"/>
          <w:lang w:eastAsia="zh-TW"/>
        </w:rPr>
        <w:t>｜整合任務的三項成果與分級練習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3874"/>
        <w:gridCol w:w="4234"/>
      </w:tblGrid>
      <w:tr w:rsidR="00D573CC" w14:paraId="7467A067" w14:textId="77777777">
        <w:trPr>
          <w:cantSplit/>
          <w:tblHeader/>
          <w:jc w:val="center"/>
        </w:trPr>
        <w:tc>
          <w:tcPr>
            <w:tcW w:w="1656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B4A7A7" w14:textId="77777777" w:rsidR="00D573CC" w:rsidRDefault="00000000">
            <w:pPr>
              <w:pStyle w:val="Tabletext"/>
              <w:spacing w:line="288" w:lineRule="auto"/>
              <w:jc w:val="center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階段</w:t>
            </w:r>
          </w:p>
        </w:tc>
        <w:tc>
          <w:tcPr>
            <w:tcW w:w="3874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9085CF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你要完成的事</w:t>
            </w:r>
          </w:p>
        </w:tc>
        <w:tc>
          <w:tcPr>
            <w:tcW w:w="4234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6A55B9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完成後如何確認</w:t>
            </w:r>
          </w:p>
        </w:tc>
      </w:tr>
      <w:tr w:rsidR="00D573CC" w14:paraId="357FA52F" w14:textId="77777777">
        <w:trPr>
          <w:cantSplit/>
          <w:jc w:val="center"/>
        </w:trPr>
        <w:tc>
          <w:tcPr>
            <w:tcW w:w="1656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81758C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A｜整理</w:t>
            </w:r>
          </w:p>
        </w:tc>
        <w:tc>
          <w:tcPr>
            <w:tcW w:w="3874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874583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把「實作 A」的留言變成 8 列表格。</w:t>
            </w:r>
          </w:p>
        </w:tc>
        <w:tc>
          <w:tcPr>
            <w:tcW w:w="4234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82A1A2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8 列皆保留；疑似重複有標註。</w:t>
            </w:r>
          </w:p>
        </w:tc>
      </w:tr>
      <w:tr w:rsidR="00D573CC" w14:paraId="636D43F8" w14:textId="77777777">
        <w:trPr>
          <w:cantSplit/>
          <w:jc w:val="center"/>
        </w:trPr>
        <w:tc>
          <w:tcPr>
            <w:tcW w:w="1656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F0D409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B｜存表</w:t>
            </w:r>
          </w:p>
        </w:tc>
        <w:tc>
          <w:tcPr>
            <w:tcW w:w="3874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0366EA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將表格放進試算表。</w:t>
            </w:r>
          </w:p>
        </w:tc>
        <w:tc>
          <w:tcPr>
            <w:tcW w:w="4234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8FEC69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欄名正確；缺漏值未被亂補。</w:t>
            </w:r>
          </w:p>
        </w:tc>
      </w:tr>
      <w:tr w:rsidR="00D573CC" w14:paraId="4E990F2C" w14:textId="77777777">
        <w:trPr>
          <w:cantSplit/>
          <w:jc w:val="center"/>
        </w:trPr>
        <w:tc>
          <w:tcPr>
            <w:tcW w:w="1656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D57A66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C｜設計</w:t>
            </w:r>
          </w:p>
        </w:tc>
        <w:tc>
          <w:tcPr>
            <w:tcW w:w="3874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C59E2E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建立 5 題的練習報名表單。</w:t>
            </w:r>
          </w:p>
        </w:tc>
        <w:tc>
          <w:tcPr>
            <w:tcW w:w="4234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521FC2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日期、場次、人數能選擇。</w:t>
            </w:r>
          </w:p>
        </w:tc>
      </w:tr>
      <w:tr w:rsidR="00D573CC" w14:paraId="7C849D86" w14:textId="77777777">
        <w:trPr>
          <w:cantSplit/>
          <w:jc w:val="center"/>
        </w:trPr>
        <w:tc>
          <w:tcPr>
            <w:tcW w:w="1656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E7DF94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</w:rPr>
              <w:t>D｜測試</w:t>
            </w:r>
          </w:p>
        </w:tc>
        <w:tc>
          <w:tcPr>
            <w:tcW w:w="3874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790D61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送出至少 1 筆測試回覆。</w:t>
            </w:r>
          </w:p>
        </w:tc>
        <w:tc>
          <w:tcPr>
            <w:tcW w:w="4234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030932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在表單回覆／試算表可看到。</w:t>
            </w:r>
          </w:p>
        </w:tc>
      </w:tr>
    </w:tbl>
    <w:p w14:paraId="069C2022" w14:textId="77777777" w:rsidR="00D573CC" w:rsidRDefault="00D573CC">
      <w:pPr>
        <w:spacing w:after="0"/>
        <w:rPr>
          <w:rFonts w:hint="eastAsia"/>
          <w:lang w:eastAsia="zh-TW"/>
        </w:rPr>
      </w:pPr>
    </w:p>
    <w:p w14:paraId="2E8974F8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分級挑戰：選擇適合自己的任務</w:t>
      </w:r>
    </w:p>
    <w:p w14:paraId="6A5925E8" w14:textId="77777777" w:rsidR="00D573CC" w:rsidRDefault="00000000">
      <w:pPr>
        <w:spacing w:after="100"/>
        <w:rPr>
          <w:rFonts w:hint="eastAsia"/>
          <w:lang w:eastAsia="zh-TW"/>
        </w:rPr>
      </w:pPr>
      <w:r>
        <w:rPr>
          <w:rFonts w:eastAsia="Noto Sans CJK TC" w:cs="Noto Sans CJK TC"/>
          <w:sz w:val="24"/>
          <w:lang w:eastAsia="zh-TW"/>
        </w:rPr>
        <w:t>□  基礎：完成 8 列表格，在 Word 或試算表標出 2 處要人工確認的資料。</w:t>
      </w:r>
    </w:p>
    <w:p w14:paraId="791030FC" w14:textId="77777777" w:rsidR="00D573CC" w:rsidRDefault="00000000">
      <w:pPr>
        <w:spacing w:after="100"/>
        <w:rPr>
          <w:rFonts w:hint="eastAsia"/>
          <w:lang w:eastAsia="zh-TW"/>
        </w:rPr>
      </w:pPr>
      <w:r>
        <w:rPr>
          <w:rFonts w:eastAsia="Noto Sans CJK TC" w:cs="Noto Sans CJK TC"/>
          <w:sz w:val="24"/>
          <w:lang w:eastAsia="zh-TW"/>
        </w:rPr>
        <w:lastRenderedPageBreak/>
        <w:t>□  標準：完成 Google 表單 5 題、送出 2 筆測試回覆。</w:t>
      </w:r>
    </w:p>
    <w:p w14:paraId="7D342F7A" w14:textId="77777777" w:rsidR="00D573CC" w:rsidRDefault="00000000">
      <w:pPr>
        <w:spacing w:after="100"/>
        <w:rPr>
          <w:rFonts w:hint="eastAsia"/>
          <w:lang w:eastAsia="zh-TW"/>
        </w:rPr>
      </w:pPr>
      <w:r>
        <w:rPr>
          <w:rFonts w:eastAsia="Noto Sans CJK TC" w:cs="Noto Sans CJK TC"/>
          <w:sz w:val="24"/>
          <w:lang w:eastAsia="zh-TW"/>
        </w:rPr>
        <w:t>□  進階：試著篩選「10/24 上午」的回覆，並指出是否仍有需要人工核對的地方。</w:t>
      </w:r>
    </w:p>
    <w:p w14:paraId="560E45F1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互相檢查（兩人一組）</w:t>
      </w:r>
    </w:p>
    <w:p w14:paraId="7C9E1AAB" w14:textId="77777777" w:rsidR="00D573CC" w:rsidRDefault="00000000">
      <w:pPr>
        <w:ind w:left="374" w:hanging="346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 xml:space="preserve">•  </w:t>
      </w:r>
      <w:r>
        <w:rPr>
          <w:rFonts w:eastAsia="Noto Sans CJK TC" w:cs="Noto Sans CJK TC"/>
          <w:lang w:eastAsia="zh-TW"/>
        </w:rPr>
        <w:t>請同學扮演填答者，用「預覽」檢查有沒有看不懂的選項。</w:t>
      </w:r>
    </w:p>
    <w:p w14:paraId="58721671" w14:textId="77777777" w:rsidR="00D573CC" w:rsidRDefault="00000000">
      <w:pPr>
        <w:ind w:left="374" w:hanging="346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 xml:space="preserve">•  </w:t>
      </w:r>
      <w:r>
        <w:rPr>
          <w:rFonts w:eastAsia="Noto Sans CJK TC" w:cs="Noto Sans CJK TC"/>
          <w:lang w:eastAsia="zh-TW"/>
        </w:rPr>
        <w:t>請同學檢查資料表：若少填日期，AI 是否保留「待確認」？</w:t>
      </w:r>
    </w:p>
    <w:p w14:paraId="2BD3E4DD" w14:textId="77777777" w:rsidR="00D573CC" w:rsidRDefault="00000000">
      <w:pPr>
        <w:ind w:left="374" w:hanging="346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 xml:space="preserve">•  </w:t>
      </w:r>
      <w:r>
        <w:rPr>
          <w:rFonts w:eastAsia="Noto Sans CJK TC" w:cs="Noto Sans CJK TC"/>
          <w:lang w:eastAsia="zh-TW"/>
        </w:rPr>
        <w:t>請同學提出一個改善建議，例如縮短題目或補充說明。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20"/>
      </w:tblGrid>
      <w:tr w:rsidR="00D573CC" w14:paraId="3F137E28" w14:textId="77777777">
        <w:trPr>
          <w:cantSplit/>
        </w:trPr>
        <w:tc>
          <w:tcPr>
            <w:tcW w:w="9820" w:type="dxa"/>
            <w:tcBorders>
              <w:left w:val="single" w:sz="21" w:space="0" w:color="267C70"/>
            </w:tcBorders>
            <w:shd w:val="clear" w:color="auto" w:fill="F3F7FA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7AFFB6C4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b/>
                <w:color w:val="126D6A"/>
                <w:sz w:val="24"/>
                <w:lang w:eastAsia="zh-TW"/>
              </w:rPr>
              <w:t xml:space="preserve">沒有 Google 帳號的替代作法  </w:t>
            </w:r>
            <w:r>
              <w:rPr>
                <w:rFonts w:eastAsia="Noto Sans CJK TC" w:cs="Noto Sans CJK TC"/>
                <w:sz w:val="24"/>
                <w:lang w:eastAsia="zh-TW"/>
              </w:rPr>
              <w:t>將前面示範的 5 題填在講義或 Word 內，列出題型、選項與必填狀態；再用紙本模擬 2 筆作答並整理成表格，一樣能練習本週核心能力。</w:t>
            </w:r>
          </w:p>
        </w:tc>
      </w:tr>
    </w:tbl>
    <w:p w14:paraId="69DB8F3C" w14:textId="77777777" w:rsidR="00D573CC" w:rsidRDefault="00D573CC">
      <w:pPr>
        <w:spacing w:after="0"/>
        <w:rPr>
          <w:rFonts w:hint="eastAsia"/>
          <w:lang w:eastAsia="zh-TW"/>
        </w:rPr>
      </w:pPr>
    </w:p>
    <w:p w14:paraId="2712CE4F" w14:textId="77777777" w:rsidR="00D573CC" w:rsidRDefault="00000000">
      <w:pPr>
        <w:pStyle w:val="H1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31"/>
          <w:lang w:eastAsia="zh-TW"/>
        </w:rPr>
        <w:t xml:space="preserve">08  </w:t>
      </w:r>
      <w:r>
        <w:rPr>
          <w:rFonts w:eastAsia="Noto Sans CJK TC" w:cs="Noto Sans CJK TC"/>
          <w:b/>
          <w:color w:val="243D4D"/>
          <w:lang w:eastAsia="zh-TW"/>
        </w:rPr>
        <w:t>提示詞工具卡（上）</w:t>
      </w:r>
    </w:p>
    <w:p w14:paraId="17817A8D" w14:textId="77777777" w:rsidR="00D573CC" w:rsidRDefault="00000000">
      <w:pPr>
        <w:pStyle w:val="Intro"/>
        <w:rPr>
          <w:rFonts w:hint="eastAsia"/>
          <w:lang w:eastAsia="zh-TW"/>
        </w:rPr>
      </w:pPr>
      <w:r>
        <w:rPr>
          <w:rFonts w:eastAsia="Noto Sans CJK TC" w:cs="Noto Sans CJK TC"/>
          <w:color w:val="5A6A71"/>
          <w:lang w:eastAsia="zh-TW"/>
        </w:rPr>
        <w:t>換資料時保留規則，替換情境與欄位就能重複使用。</w:t>
      </w:r>
    </w:p>
    <w:p w14:paraId="5D47427F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工具卡 A｜文字 → 固定欄位表格</w:t>
      </w:r>
    </w:p>
    <w:p w14:paraId="11CEE2B9" w14:textId="77777777" w:rsidR="00D573CC" w:rsidRDefault="00000000">
      <w:pPr>
        <w:pStyle w:val="PromptLabe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可直接複製｜整理活動、工作或生活紀錄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20"/>
      </w:tblGrid>
      <w:tr w:rsidR="00D573CC" w14:paraId="7E9D26A8" w14:textId="77777777">
        <w:trPr>
          <w:cantSplit/>
        </w:trPr>
        <w:tc>
          <w:tcPr>
            <w:tcW w:w="9820" w:type="dxa"/>
            <w:tcBorders>
              <w:top w:val="single" w:sz="6" w:space="0" w:color="CEE0D9"/>
              <w:bottom w:val="single" w:sz="6" w:space="0" w:color="CEE0D9"/>
            </w:tcBorders>
            <w:shd w:val="clear" w:color="auto" w:fill="F3F7F5"/>
            <w:tcMar>
              <w:top w:w="160" w:type="dxa"/>
              <w:left w:w="180" w:type="dxa"/>
              <w:bottom w:w="155" w:type="dxa"/>
              <w:right w:w="180" w:type="dxa"/>
            </w:tcMar>
          </w:tcPr>
          <w:p w14:paraId="48DC8BDA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你是一位資料整理助理。請把以下文字整理為表格。</w:t>
            </w:r>
          </w:p>
          <w:p w14:paraId="4FEE1052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每一則原文保留一筆；欄位依序為：［填入欄位 1］、［欄位 2］、［欄位 3］、來源編號、待確認事項。</w:t>
            </w:r>
          </w:p>
          <w:p w14:paraId="7AF509BB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不要自行刪除、合併或補齊原文沒有的資訊。</w:t>
            </w:r>
          </w:p>
          <w:p w14:paraId="25833303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遇到不確定資料請標示「待確認」，統一同義用語，並註明標準化規則。</w:t>
            </w:r>
          </w:p>
          <w:p w14:paraId="3548B91B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請先給我整理後的表格，再列出需要人工核對的項目。</w:t>
            </w:r>
          </w:p>
          <w:p w14:paraId="41F2116F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原始資料如下：</w:t>
            </w:r>
          </w:p>
          <w:p w14:paraId="7E9393E1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［在此貼入原文］</w:t>
            </w:r>
          </w:p>
        </w:tc>
      </w:tr>
    </w:tbl>
    <w:p w14:paraId="6DE0E80D" w14:textId="77777777" w:rsidR="00D573CC" w:rsidRDefault="00D573CC">
      <w:pPr>
        <w:spacing w:after="20"/>
        <w:rPr>
          <w:rFonts w:hint="eastAsia"/>
          <w:lang w:eastAsia="zh-TW"/>
        </w:rPr>
      </w:pPr>
    </w:p>
    <w:p w14:paraId="68331FA6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lastRenderedPageBreak/>
        <w:t>工具卡 B｜從表格找出資料問題</w:t>
      </w:r>
    </w:p>
    <w:p w14:paraId="0C5216EC" w14:textId="77777777" w:rsidR="00D573CC" w:rsidRDefault="00000000">
      <w:pPr>
        <w:pStyle w:val="PromptLabe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可直接複製｜找缺漏、找疑似重複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20"/>
      </w:tblGrid>
      <w:tr w:rsidR="00D573CC" w14:paraId="749F23E0" w14:textId="77777777">
        <w:trPr>
          <w:cantSplit/>
        </w:trPr>
        <w:tc>
          <w:tcPr>
            <w:tcW w:w="9820" w:type="dxa"/>
            <w:tcBorders>
              <w:top w:val="single" w:sz="6" w:space="0" w:color="CEE0D9"/>
              <w:bottom w:val="single" w:sz="6" w:space="0" w:color="CEE0D9"/>
            </w:tcBorders>
            <w:shd w:val="clear" w:color="auto" w:fill="F3F7F5"/>
            <w:tcMar>
              <w:top w:w="160" w:type="dxa"/>
              <w:left w:w="180" w:type="dxa"/>
              <w:bottom w:w="155" w:type="dxa"/>
              <w:right w:w="180" w:type="dxa"/>
            </w:tcMar>
          </w:tcPr>
          <w:p w14:paraId="444619A0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請檢查我提供的表格，不要直接更動原始紀錄。</w:t>
            </w:r>
          </w:p>
          <w:p w14:paraId="5051EA50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依序列出：1. 缺漏欄位；2. 欄位格式不一致；3. 疑似重複；4. 需要向當事人確認的內容。</w:t>
            </w:r>
          </w:p>
          <w:p w14:paraId="7196DB12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每個問題請提供來源編號、問題描述及建議確認方式。</w:t>
            </w:r>
          </w:p>
          <w:p w14:paraId="435F43D7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遇到同名、同日期、同人數的紀錄，只能列為「疑似重複」，不可直接判定為同一筆。</w:t>
            </w:r>
          </w:p>
          <w:p w14:paraId="38BA6426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表格內容如下：</w:t>
            </w:r>
          </w:p>
          <w:p w14:paraId="61A0E5DC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［貼上表格］</w:t>
            </w:r>
          </w:p>
        </w:tc>
      </w:tr>
    </w:tbl>
    <w:p w14:paraId="18304B5A" w14:textId="77777777" w:rsidR="00D573CC" w:rsidRDefault="00D573CC">
      <w:pPr>
        <w:spacing w:after="20"/>
        <w:rPr>
          <w:rFonts w:hint="eastAsia"/>
          <w:lang w:eastAsia="zh-TW"/>
        </w:rPr>
      </w:pPr>
    </w:p>
    <w:p w14:paraId="0FC782A8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使用這兩張卡時，先問自己</w:t>
      </w:r>
    </w:p>
    <w:p w14:paraId="73EC1B07" w14:textId="77777777" w:rsidR="00D573CC" w:rsidRDefault="00000000">
      <w:pPr>
        <w:spacing w:after="100"/>
        <w:rPr>
          <w:rFonts w:hint="eastAsia"/>
          <w:lang w:eastAsia="zh-TW"/>
        </w:rPr>
      </w:pPr>
      <w:r>
        <w:rPr>
          <w:rFonts w:eastAsia="Noto Sans CJK TC" w:cs="Noto Sans CJK TC"/>
          <w:sz w:val="24"/>
          <w:lang w:eastAsia="zh-TW"/>
        </w:rPr>
        <w:t>□  我是否已告訴 AI「每列代表什麼、想要哪些欄位」？</w:t>
      </w:r>
    </w:p>
    <w:p w14:paraId="43D5DDFE" w14:textId="77777777" w:rsidR="00D573CC" w:rsidRDefault="00000000">
      <w:pPr>
        <w:spacing w:after="100"/>
        <w:rPr>
          <w:rFonts w:hint="eastAsia"/>
          <w:lang w:eastAsia="zh-TW"/>
        </w:rPr>
      </w:pPr>
      <w:r>
        <w:rPr>
          <w:rFonts w:eastAsia="Noto Sans CJK TC" w:cs="Noto Sans CJK TC"/>
          <w:sz w:val="24"/>
          <w:lang w:eastAsia="zh-TW"/>
        </w:rPr>
        <w:t>□  我是否清楚說明缺漏值與重複紀錄的處理方式？</w:t>
      </w:r>
    </w:p>
    <w:p w14:paraId="7EB23C40" w14:textId="77777777" w:rsidR="00D573CC" w:rsidRDefault="00000000">
      <w:pPr>
        <w:spacing w:after="100"/>
        <w:rPr>
          <w:rFonts w:hint="eastAsia"/>
          <w:lang w:eastAsia="zh-TW"/>
        </w:rPr>
      </w:pPr>
      <w:r>
        <w:rPr>
          <w:rFonts w:eastAsia="Noto Sans CJK TC" w:cs="Noto Sans CJK TC"/>
          <w:sz w:val="24"/>
          <w:lang w:eastAsia="zh-TW"/>
        </w:rPr>
        <w:t>□  我有沒有逐筆核對來源，而不是只看結果漂亮就相信？</w:t>
      </w:r>
    </w:p>
    <w:p w14:paraId="16BE616F" w14:textId="77777777" w:rsidR="00D573CC" w:rsidRDefault="00000000">
      <w:pPr>
        <w:pStyle w:val="H1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31"/>
          <w:lang w:eastAsia="zh-TW"/>
        </w:rPr>
        <w:t xml:space="preserve">09  </w:t>
      </w:r>
      <w:r>
        <w:rPr>
          <w:rFonts w:eastAsia="Noto Sans CJK TC" w:cs="Noto Sans CJK TC"/>
          <w:b/>
          <w:color w:val="243D4D"/>
          <w:lang w:eastAsia="zh-TW"/>
        </w:rPr>
        <w:t>提示詞工具卡（下）</w:t>
      </w:r>
    </w:p>
    <w:p w14:paraId="20AC8E4E" w14:textId="77777777" w:rsidR="00D573CC" w:rsidRDefault="00000000">
      <w:pPr>
        <w:pStyle w:val="Intro"/>
        <w:rPr>
          <w:rFonts w:hint="eastAsia"/>
          <w:lang w:eastAsia="zh-TW"/>
        </w:rPr>
      </w:pPr>
      <w:r>
        <w:rPr>
          <w:rFonts w:eastAsia="Noto Sans CJK TC" w:cs="Noto Sans CJK TC"/>
          <w:color w:val="5A6A71"/>
          <w:lang w:eastAsia="zh-TW"/>
        </w:rPr>
        <w:t>把整理好的資料搬到其他工具，並減少下一次資料收集的混亂。</w:t>
      </w:r>
    </w:p>
    <w:p w14:paraId="16DC1BE8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工具卡 C｜表格 → Google 試算表</w:t>
      </w:r>
    </w:p>
    <w:p w14:paraId="15275765" w14:textId="77777777" w:rsidR="00D573CC" w:rsidRDefault="00000000">
      <w:pPr>
        <w:pStyle w:val="PromptLabe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可直接複製｜輸出 TSV 方便貼入儲存格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20"/>
      </w:tblGrid>
      <w:tr w:rsidR="00D573CC" w14:paraId="6D38F3D5" w14:textId="77777777">
        <w:trPr>
          <w:cantSplit/>
        </w:trPr>
        <w:tc>
          <w:tcPr>
            <w:tcW w:w="9820" w:type="dxa"/>
            <w:tcBorders>
              <w:top w:val="single" w:sz="6" w:space="0" w:color="CEE0D9"/>
              <w:bottom w:val="single" w:sz="6" w:space="0" w:color="CEE0D9"/>
            </w:tcBorders>
            <w:shd w:val="clear" w:color="auto" w:fill="F3F7F5"/>
            <w:tcMar>
              <w:top w:w="160" w:type="dxa"/>
              <w:left w:w="180" w:type="dxa"/>
              <w:bottom w:w="155" w:type="dxa"/>
              <w:right w:w="180" w:type="dxa"/>
            </w:tcMar>
          </w:tcPr>
          <w:p w14:paraId="21507571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請將已確認的資料轉成 TSV（Tab 分隔值）純文字格式。</w:t>
            </w:r>
          </w:p>
          <w:p w14:paraId="26B628EC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第一列必須是欄位名稱；每列代表一筆紀錄。</w:t>
            </w:r>
          </w:p>
          <w:p w14:paraId="354CBA68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只輸出 TSV，勿加標題、編號或 Markdown 表格框線。</w:t>
            </w:r>
          </w:p>
          <w:p w14:paraId="5B97E4FF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不變更原有資料；缺漏值、待確認標記及來源編號全部保留。</w:t>
            </w:r>
          </w:p>
        </w:tc>
      </w:tr>
    </w:tbl>
    <w:p w14:paraId="3CEF337B" w14:textId="77777777" w:rsidR="00D573CC" w:rsidRDefault="00D573CC">
      <w:pPr>
        <w:spacing w:after="20"/>
        <w:rPr>
          <w:rFonts w:hint="eastAsia"/>
          <w:lang w:eastAsia="zh-TW"/>
        </w:rPr>
      </w:pPr>
    </w:p>
    <w:p w14:paraId="3F96CE53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lastRenderedPageBreak/>
        <w:t>工具卡 D｜目的 → 表單問題</w:t>
      </w:r>
    </w:p>
    <w:p w14:paraId="17761B6C" w14:textId="77777777" w:rsidR="00D573CC" w:rsidRDefault="00000000">
      <w:pPr>
        <w:pStyle w:val="PromptLabe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可直接複製｜設計容易填、方便統計的問題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20"/>
      </w:tblGrid>
      <w:tr w:rsidR="00D573CC" w14:paraId="04C3FAF0" w14:textId="77777777">
        <w:trPr>
          <w:cantSplit/>
        </w:trPr>
        <w:tc>
          <w:tcPr>
            <w:tcW w:w="9820" w:type="dxa"/>
            <w:tcBorders>
              <w:top w:val="single" w:sz="6" w:space="0" w:color="CEE0D9"/>
              <w:bottom w:val="single" w:sz="6" w:space="0" w:color="CEE0D9"/>
            </w:tcBorders>
            <w:shd w:val="clear" w:color="auto" w:fill="F3F7F5"/>
            <w:tcMar>
              <w:top w:w="160" w:type="dxa"/>
              <w:left w:w="180" w:type="dxa"/>
              <w:bottom w:w="155" w:type="dxa"/>
              <w:right w:w="180" w:type="dxa"/>
            </w:tcMar>
          </w:tcPr>
          <w:p w14:paraId="2906CCD6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你是表單設計顧問。我想做一份［填入用途，例如社區課程報名］表單。</w:t>
            </w:r>
          </w:p>
          <w:p w14:paraId="04ECF5FA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填答對象：［填入對象］；希望達成的目的：［填入目的］。</w:t>
            </w:r>
          </w:p>
          <w:p w14:paraId="11A52F32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只能蒐集以下必要資訊：［列出必要資訊］。</w:t>
            </w:r>
          </w:p>
          <w:p w14:paraId="09104D8F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請規劃 4–6 道題目，並列出題目文字、題型、選項、必填與否、理由。</w:t>
            </w:r>
          </w:p>
          <w:p w14:paraId="517C29DC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題目用台灣常用繁體中文；優先採用容易分類的選項題。</w:t>
            </w:r>
          </w:p>
          <w:p w14:paraId="235EBEA1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sz w:val="24"/>
                <w:lang w:eastAsia="zh-TW"/>
              </w:rPr>
              <w:t>不得自動增加敏感個資欄位，最後附上一份「測試填答檢查表」。</w:t>
            </w:r>
          </w:p>
        </w:tc>
      </w:tr>
    </w:tbl>
    <w:p w14:paraId="6D7E717F" w14:textId="77777777" w:rsidR="00D573CC" w:rsidRDefault="00D573CC">
      <w:pPr>
        <w:spacing w:after="20"/>
        <w:rPr>
          <w:rFonts w:hint="eastAsia"/>
          <w:lang w:eastAsia="zh-TW"/>
        </w:rPr>
      </w:pPr>
    </w:p>
    <w:p w14:paraId="26D50AB3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建議用法</w:t>
      </w:r>
    </w:p>
    <w:p w14:paraId="56084EB7" w14:textId="77777777" w:rsidR="00D573CC" w:rsidRDefault="00000000">
      <w:pPr>
        <w:rPr>
          <w:rFonts w:hint="eastAsia"/>
          <w:lang w:eastAsia="zh-TW"/>
        </w:rPr>
      </w:pPr>
      <w:r>
        <w:rPr>
          <w:rFonts w:eastAsia="Noto Sans CJK TC" w:cs="Noto Sans CJK TC"/>
          <w:lang w:eastAsia="zh-TW"/>
        </w:rPr>
        <w:t>先用 A 整理 → 用 B 檢查 → 用 C 貼進試算表 → 再用 D 設計新的收集表單。這四張卡不只適用於社區活動，也可延伸到市集預訂、服務回覆、課程報名與志工排班。</w:t>
      </w:r>
    </w:p>
    <w:p w14:paraId="17C0AC95" w14:textId="77777777" w:rsidR="00D573CC" w:rsidRDefault="00000000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2776EBF2" wp14:editId="18466D19">
            <wp:extent cx="5897880" cy="4423410"/>
            <wp:effectExtent l="0" t="0" r="0" b="0"/>
            <wp:docPr id="9" name="Picture 9" descr="步驟08：四張提示詞工具卡流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_提示詞工具卡流程圖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442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98B65" w14:textId="77777777" w:rsidR="00D573CC" w:rsidRDefault="00000000">
      <w:pPr>
        <w:spacing w:before="60" w:after="140"/>
        <w:jc w:val="center"/>
        <w:rPr>
          <w:rFonts w:hint="eastAsia"/>
          <w:lang w:eastAsia="zh-TW"/>
        </w:rPr>
      </w:pPr>
      <w:r>
        <w:rPr>
          <w:sz w:val="24"/>
          <w:lang w:eastAsia="zh-TW"/>
        </w:rPr>
        <w:lastRenderedPageBreak/>
        <w:t>步驟圖</w:t>
      </w:r>
      <w:r>
        <w:rPr>
          <w:sz w:val="24"/>
          <w:lang w:eastAsia="zh-TW"/>
        </w:rPr>
        <w:t xml:space="preserve"> 08</w:t>
      </w:r>
      <w:r>
        <w:rPr>
          <w:sz w:val="24"/>
          <w:lang w:eastAsia="zh-TW"/>
        </w:rPr>
        <w:t>｜四張提示詞工具卡的使用順序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20"/>
      </w:tblGrid>
      <w:tr w:rsidR="00D573CC" w14:paraId="42565534" w14:textId="77777777">
        <w:trPr>
          <w:cantSplit/>
        </w:trPr>
        <w:tc>
          <w:tcPr>
            <w:tcW w:w="9820" w:type="dxa"/>
            <w:tcBorders>
              <w:left w:val="single" w:sz="21" w:space="0" w:color="267C70"/>
            </w:tcBorders>
            <w:shd w:val="clear" w:color="auto" w:fill="F3F7FA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64559587" w14:textId="77777777" w:rsidR="00D573CC" w:rsidRDefault="00000000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b/>
                <w:color w:val="126D6A"/>
                <w:sz w:val="24"/>
                <w:lang w:eastAsia="zh-TW"/>
              </w:rPr>
              <w:t xml:space="preserve">本週與後面課程的連結  </w:t>
            </w:r>
            <w:r>
              <w:rPr>
                <w:rFonts w:eastAsia="Noto Sans CJK TC" w:cs="Noto Sans CJK TC"/>
                <w:sz w:val="24"/>
                <w:lang w:eastAsia="zh-TW"/>
              </w:rPr>
              <w:t>第 8 週先學會「資料長什麼樣子」；第 9 週進一步把工作寫成 SOP，第 10 週再學表單、試算表與通知的自動化串接。</w:t>
            </w:r>
          </w:p>
        </w:tc>
      </w:tr>
    </w:tbl>
    <w:p w14:paraId="050F7AB8" w14:textId="77777777" w:rsidR="00D573CC" w:rsidRDefault="00D573CC">
      <w:pPr>
        <w:spacing w:after="0"/>
        <w:rPr>
          <w:rFonts w:hint="eastAsia"/>
          <w:lang w:eastAsia="zh-TW"/>
        </w:rPr>
      </w:pPr>
    </w:p>
    <w:p w14:paraId="3DE39B9E" w14:textId="77777777" w:rsidR="00D573CC" w:rsidRDefault="00000000">
      <w:pPr>
        <w:pStyle w:val="H1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31"/>
          <w:lang w:eastAsia="zh-TW"/>
        </w:rPr>
        <w:t xml:space="preserve">10  </w:t>
      </w:r>
      <w:r>
        <w:rPr>
          <w:rFonts w:eastAsia="Noto Sans CJK TC" w:cs="Noto Sans CJK TC"/>
          <w:b/>
          <w:color w:val="243D4D"/>
          <w:lang w:eastAsia="zh-TW"/>
        </w:rPr>
        <w:t>常見錯誤與自救清單</w:t>
      </w:r>
    </w:p>
    <w:p w14:paraId="5FD5CDC5" w14:textId="77777777" w:rsidR="00D573CC" w:rsidRDefault="00000000">
      <w:pPr>
        <w:pStyle w:val="Intro"/>
        <w:rPr>
          <w:rFonts w:hint="eastAsia"/>
          <w:lang w:eastAsia="zh-TW"/>
        </w:rPr>
      </w:pPr>
      <w:r>
        <w:rPr>
          <w:rFonts w:eastAsia="Noto Sans CJK TC" w:cs="Noto Sans CJK TC"/>
          <w:color w:val="5A6A71"/>
          <w:lang w:eastAsia="zh-TW"/>
        </w:rPr>
        <w:t>任何工具都可能整理錯、設錯或分享錯；修正方式比背按鈕更重要。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83"/>
        <w:gridCol w:w="6480"/>
      </w:tblGrid>
      <w:tr w:rsidR="00D573CC" w14:paraId="4051ABE1" w14:textId="77777777">
        <w:trPr>
          <w:cantSplit/>
          <w:tblHeader/>
          <w:jc w:val="center"/>
        </w:trPr>
        <w:tc>
          <w:tcPr>
            <w:tcW w:w="3283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43E273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看到的問題</w:t>
            </w:r>
          </w:p>
        </w:tc>
        <w:tc>
          <w:tcPr>
            <w:tcW w:w="6480" w:type="dxa"/>
            <w:tcBorders>
              <w:bottom w:val="single" w:sz="12" w:space="0" w:color="B8D2CB"/>
            </w:tcBorders>
            <w:shd w:val="clear" w:color="auto" w:fill="EDF5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530E1F" w14:textId="77777777" w:rsidR="00D573CC" w:rsidRDefault="00000000">
            <w:pPr>
              <w:pStyle w:val="Tabletext"/>
              <w:spacing w:line="288" w:lineRule="auto"/>
              <w:rPr>
                <w:rFonts w:hint="eastAsia"/>
              </w:rPr>
            </w:pPr>
            <w:r>
              <w:rPr>
                <w:rFonts w:eastAsia="Noto Sans CJK TC" w:cs="Noto Sans CJK TC"/>
                <w:b/>
                <w:color w:val="243D4D"/>
              </w:rPr>
              <w:t>先這樣處理</w:t>
            </w:r>
          </w:p>
        </w:tc>
      </w:tr>
      <w:tr w:rsidR="00D573CC" w14:paraId="5B4EB2BF" w14:textId="77777777">
        <w:trPr>
          <w:cantSplit/>
          <w:jc w:val="center"/>
        </w:trPr>
        <w:tc>
          <w:tcPr>
            <w:tcW w:w="3283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3BB0CE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AI 少了一列或擅自刪除重複。</w:t>
            </w:r>
          </w:p>
        </w:tc>
        <w:tc>
          <w:tcPr>
            <w:tcW w:w="6480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FA8F0D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要求按來源編號 1–8 重作，並逐筆核對。</w:t>
            </w:r>
          </w:p>
        </w:tc>
      </w:tr>
      <w:tr w:rsidR="00D573CC" w14:paraId="1415E6E4" w14:textId="77777777">
        <w:trPr>
          <w:cantSplit/>
          <w:jc w:val="center"/>
        </w:trPr>
        <w:tc>
          <w:tcPr>
            <w:tcW w:w="3283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2C3F19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AI 幫沒有日期的人補上日期。</w:t>
            </w:r>
          </w:p>
        </w:tc>
        <w:tc>
          <w:tcPr>
            <w:tcW w:w="6480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7D89A2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明確要求「不推測；原文未提供就待確認」。</w:t>
            </w:r>
          </w:p>
        </w:tc>
      </w:tr>
      <w:tr w:rsidR="00D573CC" w14:paraId="27B5034E" w14:textId="77777777">
        <w:trPr>
          <w:cantSplit/>
          <w:jc w:val="center"/>
        </w:trPr>
        <w:tc>
          <w:tcPr>
            <w:tcW w:w="3283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4786E8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複製進 Sheets 全部擠在同一欄。</w:t>
            </w:r>
          </w:p>
        </w:tc>
        <w:tc>
          <w:tcPr>
            <w:tcW w:w="6480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0F3018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改輸出 TSV；必要時用「將文字分欄」。</w:t>
            </w:r>
          </w:p>
        </w:tc>
      </w:tr>
      <w:tr w:rsidR="00D573CC" w14:paraId="7ED74900" w14:textId="77777777">
        <w:trPr>
          <w:cantSplit/>
          <w:jc w:val="center"/>
        </w:trPr>
        <w:tc>
          <w:tcPr>
            <w:tcW w:w="3283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4C811B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10/24 被自動變成某一年日期。</w:t>
            </w:r>
          </w:p>
        </w:tc>
        <w:tc>
          <w:tcPr>
            <w:tcW w:w="6480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01C460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保留原文字欄位，必要時改成純文字格式。</w:t>
            </w:r>
          </w:p>
        </w:tc>
      </w:tr>
      <w:tr w:rsidR="00D573CC" w14:paraId="47485BB5" w14:textId="77777777">
        <w:trPr>
          <w:cantSplit/>
          <w:jc w:val="center"/>
        </w:trPr>
        <w:tc>
          <w:tcPr>
            <w:tcW w:w="3283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1872B2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表單連結別人開不了。</w:t>
            </w:r>
          </w:p>
        </w:tc>
        <w:tc>
          <w:tcPr>
            <w:tcW w:w="6480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F4ED81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檢查發布狀態與作答者共用權限。</w:t>
            </w:r>
          </w:p>
        </w:tc>
      </w:tr>
      <w:tr w:rsidR="00D573CC" w14:paraId="2C8EE842" w14:textId="77777777">
        <w:trPr>
          <w:cantSplit/>
          <w:jc w:val="center"/>
        </w:trPr>
        <w:tc>
          <w:tcPr>
            <w:tcW w:w="3283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F31388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填答有送出卻沒看到資料。</w:t>
            </w:r>
          </w:p>
        </w:tc>
        <w:tc>
          <w:tcPr>
            <w:tcW w:w="6480" w:type="dxa"/>
            <w:tcBorders>
              <w:bottom w:val="single" w:sz="5" w:space="0" w:color="D9E5E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412E03" w14:textId="77777777" w:rsidR="00D573CC" w:rsidRDefault="00000000">
            <w:pPr>
              <w:pStyle w:val="Tabletext"/>
              <w:spacing w:line="288" w:lineRule="auto"/>
              <w:rPr>
                <w:rFonts w:hint="eastAsia"/>
                <w:lang w:eastAsia="zh-TW"/>
              </w:rPr>
            </w:pPr>
            <w:r>
              <w:rPr>
                <w:rFonts w:eastAsia="Noto Sans CJK TC" w:cs="Noto Sans CJK TC"/>
                <w:lang w:eastAsia="zh-TW"/>
              </w:rPr>
              <w:t>先查「回覆」分頁，再檢查連結的試算表。</w:t>
            </w:r>
          </w:p>
        </w:tc>
      </w:tr>
    </w:tbl>
    <w:p w14:paraId="0170E42D" w14:textId="77777777" w:rsidR="00D573CC" w:rsidRDefault="00D573CC">
      <w:pPr>
        <w:spacing w:after="0"/>
        <w:rPr>
          <w:rFonts w:hint="eastAsia"/>
          <w:lang w:eastAsia="zh-TW"/>
        </w:rPr>
      </w:pPr>
    </w:p>
    <w:p w14:paraId="62EE4EAA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資料安全：三個一定要檢查的原則</w:t>
      </w:r>
    </w:p>
    <w:p w14:paraId="6B4CB210" w14:textId="77777777" w:rsidR="00D573CC" w:rsidRDefault="00000000">
      <w:pPr>
        <w:ind w:left="374" w:hanging="346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 xml:space="preserve">•  </w:t>
      </w:r>
      <w:r>
        <w:rPr>
          <w:rFonts w:eastAsia="Noto Sans CJK TC" w:cs="Noto Sans CJK TC"/>
          <w:lang w:eastAsia="zh-TW"/>
        </w:rPr>
        <w:t>練習先用虛構資料；真實學員姓名、電話、地址、身分證字號或健康資訊，不要直接貼到公開或不適合的 AI 服務。</w:t>
      </w:r>
    </w:p>
    <w:p w14:paraId="7858011A" w14:textId="77777777" w:rsidR="00D573CC" w:rsidRDefault="00000000">
      <w:pPr>
        <w:ind w:left="374" w:hanging="346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 xml:space="preserve">•  </w:t>
      </w:r>
      <w:r>
        <w:rPr>
          <w:rFonts w:eastAsia="Noto Sans CJK TC" w:cs="Noto Sans CJK TC"/>
          <w:lang w:eastAsia="zh-TW"/>
        </w:rPr>
        <w:t>真正對外使用表單前，確認蒐集目的、存取權限、資料保存需求；只蒐集必要的資料。</w:t>
      </w:r>
    </w:p>
    <w:p w14:paraId="632F34DC" w14:textId="77777777" w:rsidR="00D573CC" w:rsidRDefault="00000000">
      <w:pPr>
        <w:ind w:left="374" w:hanging="346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 xml:space="preserve">•  </w:t>
      </w:r>
      <w:r>
        <w:rPr>
          <w:rFonts w:eastAsia="Noto Sans CJK TC" w:cs="Noto Sans CJK TC"/>
          <w:lang w:eastAsia="zh-TW"/>
        </w:rPr>
        <w:t>不要把含個資的「表單回覆試算表」直接設成任何人可看，也不要讓填答者任意查看他人的回答。</w:t>
      </w:r>
    </w:p>
    <w:p w14:paraId="250BC3D9" w14:textId="77777777" w:rsidR="00D573CC" w:rsidRDefault="00000000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0D404D0" wp14:editId="40C98A43">
            <wp:extent cx="5897880" cy="4423410"/>
            <wp:effectExtent l="0" t="0" r="0" b="0"/>
            <wp:docPr id="10" name="Picture 10" descr="步驟09：常見錯誤與資料安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資料安全三原則資訊圖表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442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53333" w14:textId="77777777" w:rsidR="00D573CC" w:rsidRDefault="00000000">
      <w:pPr>
        <w:spacing w:before="60" w:after="140"/>
        <w:jc w:val="center"/>
        <w:rPr>
          <w:rFonts w:hint="eastAsia"/>
          <w:lang w:eastAsia="zh-TW"/>
        </w:rPr>
      </w:pPr>
      <w:r>
        <w:rPr>
          <w:sz w:val="24"/>
          <w:lang w:eastAsia="zh-TW"/>
        </w:rPr>
        <w:t>步驟圖</w:t>
      </w:r>
      <w:r>
        <w:rPr>
          <w:sz w:val="24"/>
          <w:lang w:eastAsia="zh-TW"/>
        </w:rPr>
        <w:t xml:space="preserve"> 09</w:t>
      </w:r>
      <w:r>
        <w:rPr>
          <w:sz w:val="24"/>
          <w:lang w:eastAsia="zh-TW"/>
        </w:rPr>
        <w:t>｜常見資料錯誤與個資保護</w:t>
      </w:r>
    </w:p>
    <w:p w14:paraId="7869FD6C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重點名詞速查</w:t>
      </w:r>
    </w:p>
    <w:p w14:paraId="152C0688" w14:textId="77777777" w:rsidR="00D573CC" w:rsidRDefault="00000000">
      <w:pPr>
        <w:rPr>
          <w:rFonts w:hint="eastAsia"/>
          <w:lang w:eastAsia="zh-TW"/>
        </w:rPr>
      </w:pPr>
      <w:r>
        <w:rPr>
          <w:rFonts w:eastAsia="Noto Sans CJK TC" w:cs="Noto Sans CJK TC"/>
          <w:lang w:eastAsia="zh-TW"/>
        </w:rPr>
        <w:t>CSV：逗號分隔值，常用於跨軟體交換資料。TSV：以 Tab 分隔的文字，適合直接貼入試算表。來源編號：用來追溯原文。資料字典：每個欄位的名稱、意義與填寫規則。</w:t>
      </w:r>
    </w:p>
    <w:p w14:paraId="55035144" w14:textId="77777777" w:rsidR="00D573CC" w:rsidRDefault="00000000">
      <w:pPr>
        <w:pStyle w:val="H1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31"/>
          <w:lang w:eastAsia="zh-TW"/>
        </w:rPr>
        <w:t xml:space="preserve">11  </w:t>
      </w:r>
      <w:r>
        <w:rPr>
          <w:rFonts w:eastAsia="Noto Sans CJK TC" w:cs="Noto Sans CJK TC"/>
          <w:b/>
          <w:color w:val="243D4D"/>
          <w:lang w:eastAsia="zh-TW"/>
        </w:rPr>
        <w:t>課後練習與交件規格</w:t>
      </w:r>
    </w:p>
    <w:p w14:paraId="7B5190F1" w14:textId="77777777" w:rsidR="00D573CC" w:rsidRDefault="00000000">
      <w:pPr>
        <w:pStyle w:val="Intro"/>
        <w:rPr>
          <w:rFonts w:hint="eastAsia"/>
          <w:lang w:eastAsia="zh-TW"/>
        </w:rPr>
      </w:pPr>
      <w:r>
        <w:rPr>
          <w:rFonts w:eastAsia="Noto Sans CJK TC" w:cs="Noto Sans CJK TC"/>
          <w:color w:val="5A6A71"/>
          <w:lang w:eastAsia="zh-TW"/>
        </w:rPr>
        <w:t>用自己的真實工作「情境」練習即可；資料內容請以虛構範例為主。</w:t>
      </w:r>
    </w:p>
    <w:p w14:paraId="03325555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課後作業｜三選一主題</w:t>
      </w:r>
    </w:p>
    <w:p w14:paraId="3D004105" w14:textId="77777777" w:rsidR="00D573CC" w:rsidRDefault="00000000">
      <w:pPr>
        <w:spacing w:after="100"/>
        <w:rPr>
          <w:rFonts w:hint="eastAsia"/>
          <w:lang w:eastAsia="zh-TW"/>
        </w:rPr>
      </w:pPr>
      <w:r>
        <w:rPr>
          <w:rFonts w:eastAsia="Noto Sans CJK TC" w:cs="Noto Sans CJK TC"/>
          <w:sz w:val="24"/>
          <w:lang w:eastAsia="zh-TW"/>
        </w:rPr>
        <w:t>□  社區活動：講座、走讀、志工服務報名。</w:t>
      </w:r>
    </w:p>
    <w:p w14:paraId="4DCB3DED" w14:textId="77777777" w:rsidR="00D573CC" w:rsidRDefault="00000000">
      <w:pPr>
        <w:spacing w:after="100"/>
        <w:rPr>
          <w:rFonts w:hint="eastAsia"/>
          <w:lang w:eastAsia="zh-TW"/>
        </w:rPr>
      </w:pPr>
      <w:r>
        <w:rPr>
          <w:rFonts w:eastAsia="Noto Sans CJK TC" w:cs="Noto Sans CJK TC"/>
          <w:sz w:val="24"/>
          <w:lang w:eastAsia="zh-TW"/>
        </w:rPr>
        <w:t>□  生活管理：家庭採購、社團活動安排。</w:t>
      </w:r>
    </w:p>
    <w:p w14:paraId="0913872A" w14:textId="77777777" w:rsidR="00D573CC" w:rsidRDefault="00000000">
      <w:pPr>
        <w:spacing w:after="100"/>
        <w:rPr>
          <w:rFonts w:hint="eastAsia"/>
          <w:lang w:eastAsia="zh-TW"/>
        </w:rPr>
      </w:pPr>
      <w:r>
        <w:rPr>
          <w:rFonts w:eastAsia="Noto Sans CJK TC" w:cs="Noto Sans CJK TC"/>
          <w:sz w:val="24"/>
          <w:lang w:eastAsia="zh-TW"/>
        </w:rPr>
        <w:t>□  小型事業：市集商品預訂、客戶需求分類（使用模擬資料）。</w:t>
      </w:r>
    </w:p>
    <w:p w14:paraId="4D351679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lastRenderedPageBreak/>
        <w:t>作業內容（至少完成基礎三項）</w:t>
      </w:r>
    </w:p>
    <w:p w14:paraId="08ABECFD" w14:textId="77777777" w:rsidR="00D573CC" w:rsidRDefault="00000000">
      <w:pPr>
        <w:ind w:left="432" w:hanging="403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24"/>
          <w:lang w:eastAsia="zh-TW"/>
        </w:rPr>
        <w:t xml:space="preserve">01  </w:t>
      </w:r>
      <w:r>
        <w:rPr>
          <w:rFonts w:eastAsia="Noto Sans CJK TC" w:cs="Noto Sans CJK TC"/>
          <w:lang w:eastAsia="zh-TW"/>
        </w:rPr>
        <w:t>準備至少 5 則虛構、格式不一致的文字訊息。</w:t>
      </w:r>
    </w:p>
    <w:p w14:paraId="46AF4EE5" w14:textId="77777777" w:rsidR="00D573CC" w:rsidRDefault="00000000">
      <w:pPr>
        <w:ind w:left="432" w:hanging="403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24"/>
          <w:lang w:eastAsia="zh-TW"/>
        </w:rPr>
        <w:t xml:space="preserve">02  </w:t>
      </w:r>
      <w:r>
        <w:rPr>
          <w:rFonts w:eastAsia="Noto Sans CJK TC" w:cs="Noto Sans CJK TC"/>
          <w:lang w:eastAsia="zh-TW"/>
        </w:rPr>
        <w:t>用 AI 整理成一張表格，含至少 4 個欄位與「待確認事項」。</w:t>
      </w:r>
    </w:p>
    <w:p w14:paraId="4E728EBE" w14:textId="77777777" w:rsidR="00D573CC" w:rsidRDefault="00000000">
      <w:pPr>
        <w:ind w:left="432" w:hanging="403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24"/>
          <w:lang w:eastAsia="zh-TW"/>
        </w:rPr>
        <w:t xml:space="preserve">03  </w:t>
      </w:r>
      <w:r>
        <w:rPr>
          <w:rFonts w:eastAsia="Noto Sans CJK TC" w:cs="Noto Sans CJK TC"/>
          <w:lang w:eastAsia="zh-TW"/>
        </w:rPr>
        <w:t>設計 4–6 題 Google 表單，或以 Word／紙本完成題目規劃表。</w:t>
      </w:r>
    </w:p>
    <w:p w14:paraId="1BDAE9EA" w14:textId="77777777" w:rsidR="00D573CC" w:rsidRDefault="00000000">
      <w:pPr>
        <w:ind w:left="432" w:hanging="403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sz w:val="24"/>
          <w:lang w:eastAsia="zh-TW"/>
        </w:rPr>
        <w:t xml:space="preserve">04  </w:t>
      </w:r>
      <w:r>
        <w:rPr>
          <w:rFonts w:eastAsia="Noto Sans CJK TC" w:cs="Noto Sans CJK TC"/>
          <w:lang w:eastAsia="zh-TW"/>
        </w:rPr>
        <w:t>加分：用 2 筆虛構回覆測試，並展示試算表中的結果。</w:t>
      </w:r>
    </w:p>
    <w:p w14:paraId="384C7626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繳交參考：不需上傳個人資料</w:t>
      </w:r>
    </w:p>
    <w:p w14:paraId="685D55DC" w14:textId="77777777" w:rsidR="00D573CC" w:rsidRDefault="00000000">
      <w:pPr>
        <w:rPr>
          <w:rFonts w:hint="eastAsia"/>
          <w:lang w:eastAsia="zh-TW"/>
        </w:rPr>
      </w:pPr>
      <w:r>
        <w:rPr>
          <w:rFonts w:eastAsia="Noto Sans CJK TC" w:cs="Noto Sans CJK TC"/>
          <w:lang w:eastAsia="zh-TW"/>
        </w:rPr>
        <w:t>交件可包含：① AI 整理結果截圖或文件；② 資料欄位與待確認紀錄；③ 練習表單預覽截圖或測試連結；④ 30–80 字心得。依授課老師宣布的方式繳交。</w:t>
      </w:r>
    </w:p>
    <w:p w14:paraId="5FB3D2C1" w14:textId="77777777" w:rsidR="00D573CC" w:rsidRDefault="00000000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0EC9F8FF" wp14:editId="7561FB24">
            <wp:extent cx="5897880" cy="4423410"/>
            <wp:effectExtent l="0" t="0" r="0" b="0"/>
            <wp:docPr id="11" name="Picture 11" descr="步驟10：課後四步驟練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四步驟完成課後作業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442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91D4B" w14:textId="77777777" w:rsidR="00D573CC" w:rsidRDefault="00000000">
      <w:pPr>
        <w:spacing w:before="60" w:after="140"/>
        <w:jc w:val="center"/>
        <w:rPr>
          <w:rFonts w:hint="eastAsia"/>
          <w:lang w:eastAsia="zh-TW"/>
        </w:rPr>
      </w:pPr>
      <w:r>
        <w:rPr>
          <w:sz w:val="24"/>
          <w:lang w:eastAsia="zh-TW"/>
        </w:rPr>
        <w:t>步驟圖</w:t>
      </w:r>
      <w:r>
        <w:rPr>
          <w:sz w:val="24"/>
          <w:lang w:eastAsia="zh-TW"/>
        </w:rPr>
        <w:t xml:space="preserve"> 10</w:t>
      </w:r>
      <w:r>
        <w:rPr>
          <w:sz w:val="24"/>
          <w:lang w:eastAsia="zh-TW"/>
        </w:rPr>
        <w:t>｜四步驟完成課後作業</w:t>
      </w:r>
    </w:p>
    <w:p w14:paraId="42D57E4B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我自己的檢核紀錄</w:t>
      </w:r>
    </w:p>
    <w:p w14:paraId="135AD7FE" w14:textId="77777777" w:rsidR="00D573CC" w:rsidRDefault="00000000">
      <w:pPr>
        <w:spacing w:after="100"/>
        <w:rPr>
          <w:rFonts w:hint="eastAsia"/>
          <w:lang w:eastAsia="zh-TW"/>
        </w:rPr>
      </w:pPr>
      <w:r>
        <w:rPr>
          <w:rFonts w:eastAsia="Noto Sans CJK TC" w:cs="Noto Sans CJK TC"/>
          <w:sz w:val="24"/>
          <w:lang w:eastAsia="zh-TW"/>
        </w:rPr>
        <w:t>□  資料沒有漏列，也沒有讓 AI 擅自補資料。</w:t>
      </w:r>
    </w:p>
    <w:p w14:paraId="1F1CEF76" w14:textId="77777777" w:rsidR="00D573CC" w:rsidRDefault="00000000">
      <w:pPr>
        <w:spacing w:after="100"/>
        <w:rPr>
          <w:rFonts w:hint="eastAsia"/>
          <w:lang w:eastAsia="zh-TW"/>
        </w:rPr>
      </w:pPr>
      <w:r>
        <w:rPr>
          <w:rFonts w:eastAsia="Noto Sans CJK TC" w:cs="Noto Sans CJK TC"/>
          <w:sz w:val="24"/>
          <w:lang w:eastAsia="zh-TW"/>
        </w:rPr>
        <w:lastRenderedPageBreak/>
        <w:t>□  每個表單題目都有明確用途。</w:t>
      </w:r>
    </w:p>
    <w:p w14:paraId="341B4095" w14:textId="77777777" w:rsidR="00D573CC" w:rsidRDefault="00000000">
      <w:pPr>
        <w:spacing w:after="100"/>
        <w:rPr>
          <w:rFonts w:hint="eastAsia"/>
          <w:lang w:eastAsia="zh-TW"/>
        </w:rPr>
      </w:pPr>
      <w:r>
        <w:rPr>
          <w:rFonts w:eastAsia="Noto Sans CJK TC" w:cs="Noto Sans CJK TC"/>
          <w:sz w:val="24"/>
          <w:lang w:eastAsia="zh-TW"/>
        </w:rPr>
        <w:t>□  已確認分享權限，未公開真實個資。</w:t>
      </w:r>
    </w:p>
    <w:p w14:paraId="14896F3F" w14:textId="77777777" w:rsidR="00D573CC" w:rsidRDefault="00000000">
      <w:pPr>
        <w:spacing w:after="100"/>
        <w:rPr>
          <w:rFonts w:hint="eastAsia"/>
          <w:lang w:eastAsia="zh-TW"/>
        </w:rPr>
      </w:pPr>
      <w:r>
        <w:rPr>
          <w:rFonts w:eastAsia="Noto Sans CJK TC" w:cs="Noto Sans CJK TC"/>
          <w:sz w:val="24"/>
          <w:lang w:eastAsia="zh-TW"/>
        </w:rPr>
        <w:t>□  我能向同學說明：AI 幫忙整理，最後仍由人確認。</w:t>
      </w:r>
    </w:p>
    <w:p w14:paraId="777D7290" w14:textId="77777777" w:rsidR="00D573CC" w:rsidRDefault="00000000">
      <w:pPr>
        <w:pStyle w:val="H2-L"/>
        <w:rPr>
          <w:rFonts w:hint="eastAsia"/>
          <w:lang w:eastAsia="zh-TW"/>
        </w:rPr>
      </w:pPr>
      <w:r>
        <w:rPr>
          <w:rFonts w:eastAsia="Noto Sans CJK TC" w:cs="Noto Sans CJK TC"/>
          <w:b/>
          <w:color w:val="126D6A"/>
          <w:lang w:eastAsia="zh-TW"/>
        </w:rPr>
        <w:t>課堂筆記／下次想繼續改善</w:t>
      </w:r>
    </w:p>
    <w:p w14:paraId="22A104BC" w14:textId="77777777" w:rsidR="00D573CC" w:rsidRDefault="00000000">
      <w:pPr>
        <w:rPr>
          <w:rFonts w:hint="eastAsia"/>
        </w:rPr>
      </w:pPr>
      <w:r>
        <w:rPr>
          <w:rFonts w:eastAsia="Noto Sans CJK TC" w:cs="Noto Sans CJK TC"/>
          <w:color w:val="5A6A71"/>
        </w:rPr>
        <w:t>__________________________________________________</w:t>
      </w:r>
    </w:p>
    <w:p w14:paraId="163F750B" w14:textId="77777777" w:rsidR="00D573CC" w:rsidRDefault="00000000">
      <w:pPr>
        <w:rPr>
          <w:rFonts w:hint="eastAsia"/>
        </w:rPr>
      </w:pPr>
      <w:r>
        <w:rPr>
          <w:rFonts w:eastAsia="Noto Sans CJK TC" w:cs="Noto Sans CJK TC"/>
          <w:color w:val="5A6A71"/>
        </w:rPr>
        <w:t>__________________________________________________</w:t>
      </w:r>
    </w:p>
    <w:sectPr w:rsidR="00D573CC" w:rsidSect="00034616">
      <w:headerReference w:type="default" r:id="rId19"/>
      <w:footerReference w:type="default" r:id="rId20"/>
      <w:pgSz w:w="12240" w:h="15840"/>
      <w:pgMar w:top="1195" w:right="1210" w:bottom="1066" w:left="1210" w:header="504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645DE" w14:textId="77777777" w:rsidR="001B27D9" w:rsidRDefault="001B27D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7DAE356" w14:textId="77777777" w:rsidR="001B27D9" w:rsidRDefault="001B27D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T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D5392" w14:textId="1895F6B6" w:rsidR="00D573CC" w:rsidRDefault="00000000">
    <w:pPr>
      <w:pStyle w:val="a7"/>
      <w:jc w:val="center"/>
      <w:rPr>
        <w:rFonts w:hint="eastAsia"/>
      </w:rPr>
    </w:pPr>
    <w:r>
      <w:rPr>
        <w:rFonts w:eastAsia="Noto Sans CJK TC" w:cs="Noto Sans CJK TC"/>
        <w:color w:val="5A6A71"/>
        <w:sz w:val="24"/>
      </w:rPr>
      <w:t xml:space="preserve">115-2  第八週學員講義  ｜  第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 w:rsidR="001B07D1">
      <w:rPr>
        <w:rFonts w:hint="eastAsia"/>
        <w:noProof/>
      </w:rPr>
      <w:t>1</w:t>
    </w:r>
    <w:r>
      <w:fldChar w:fldCharType="end"/>
    </w:r>
    <w:r>
      <w:rPr>
        <w:rFonts w:eastAsia="Noto Sans CJK TC" w:cs="Noto Sans CJK TC"/>
        <w:color w:val="5A6A71"/>
        <w:sz w:val="24"/>
      </w:rPr>
      <w:t xml:space="preserve"> 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C3E9B" w14:textId="77777777" w:rsidR="001B27D9" w:rsidRDefault="001B27D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F65E67A" w14:textId="77777777" w:rsidR="001B27D9" w:rsidRDefault="001B27D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5D72" w14:textId="77777777" w:rsidR="00D573CC" w:rsidRDefault="00000000">
    <w:pPr>
      <w:pStyle w:val="a5"/>
      <w:jc w:val="right"/>
      <w:rPr>
        <w:rFonts w:hint="eastAsia"/>
        <w:lang w:eastAsia="zh-TW"/>
      </w:rPr>
    </w:pPr>
    <w:r>
      <w:rPr>
        <w:rFonts w:eastAsia="Noto Sans CJK TC" w:cs="Noto Sans CJK TC"/>
        <w:color w:val="5A6A71"/>
        <w:sz w:val="24"/>
        <w:lang w:eastAsia="zh-TW"/>
      </w:rPr>
      <w:t>虎尾溪社區大學  ·  AI 小幫手養成班</w:t>
    </w:r>
    <w:r>
      <w:rPr>
        <w:noProof/>
      </w:rPr>
      <w:drawing>
        <wp:inline distT="0" distB="0" distL="0" distR="0" wp14:anchorId="4AEC903C" wp14:editId="706626E2">
          <wp:extent cx="731520" cy="731520"/>
          <wp:effectExtent l="0" t="0" r="0" b="0"/>
          <wp:docPr id="8924355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675891d-ba20-5078-bddb-36355ede3a8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" cy="731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2251863">
    <w:abstractNumId w:val="8"/>
  </w:num>
  <w:num w:numId="2" w16cid:durableId="2133161473">
    <w:abstractNumId w:val="6"/>
  </w:num>
  <w:num w:numId="3" w16cid:durableId="1192454195">
    <w:abstractNumId w:val="5"/>
  </w:num>
  <w:num w:numId="4" w16cid:durableId="151527507">
    <w:abstractNumId w:val="4"/>
  </w:num>
  <w:num w:numId="5" w16cid:durableId="1634479492">
    <w:abstractNumId w:val="7"/>
  </w:num>
  <w:num w:numId="6" w16cid:durableId="479199957">
    <w:abstractNumId w:val="3"/>
  </w:num>
  <w:num w:numId="7" w16cid:durableId="2116636474">
    <w:abstractNumId w:val="2"/>
  </w:num>
  <w:num w:numId="8" w16cid:durableId="1390492850">
    <w:abstractNumId w:val="1"/>
  </w:num>
  <w:num w:numId="9" w16cid:durableId="304697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07D1"/>
    <w:rsid w:val="001B27D9"/>
    <w:rsid w:val="0029639D"/>
    <w:rsid w:val="00326F90"/>
    <w:rsid w:val="009D5904"/>
    <w:rsid w:val="00AA1D8D"/>
    <w:rsid w:val="00B47730"/>
    <w:rsid w:val="00CB0664"/>
    <w:rsid w:val="00D573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7E07DDF-E005-435B-8080-5988F0175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93" w:lineRule="auto"/>
    </w:pPr>
    <w:rPr>
      <w:rFonts w:ascii="Noto Sans CJK TC" w:hAnsi="Noto Sans CJK TC"/>
      <w:color w:val="2C3740"/>
      <w:sz w:val="25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H1-L">
    <w:name w:val="H1-L"/>
    <w:basedOn w:val="a1"/>
    <w:pPr>
      <w:keepNext/>
      <w:spacing w:before="120" w:after="220" w:line="281" w:lineRule="auto"/>
    </w:pPr>
    <w:rPr>
      <w:sz w:val="39"/>
    </w:rPr>
  </w:style>
  <w:style w:type="paragraph" w:customStyle="1" w:styleId="H2-L">
    <w:name w:val="H2-L"/>
    <w:basedOn w:val="a1"/>
    <w:pPr>
      <w:keepNext/>
      <w:spacing w:before="180" w:line="281" w:lineRule="auto"/>
    </w:pPr>
    <w:rPr>
      <w:sz w:val="28"/>
    </w:rPr>
  </w:style>
  <w:style w:type="paragraph" w:customStyle="1" w:styleId="Intro">
    <w:name w:val="Intro"/>
    <w:basedOn w:val="a1"/>
    <w:pPr>
      <w:spacing w:after="220" w:line="281" w:lineRule="auto"/>
    </w:pPr>
  </w:style>
  <w:style w:type="paragraph" w:customStyle="1" w:styleId="Small">
    <w:name w:val="Small"/>
    <w:basedOn w:val="a1"/>
    <w:pPr>
      <w:spacing w:after="100" w:line="281" w:lineRule="auto"/>
    </w:pPr>
    <w:rPr>
      <w:sz w:val="24"/>
    </w:rPr>
  </w:style>
  <w:style w:type="paragraph" w:customStyle="1" w:styleId="PromptLabel">
    <w:name w:val="PromptLabel"/>
    <w:basedOn w:val="a1"/>
    <w:pPr>
      <w:keepNext/>
      <w:spacing w:before="180" w:after="80" w:line="281" w:lineRule="auto"/>
    </w:pPr>
    <w:rPr>
      <w:sz w:val="24"/>
    </w:rPr>
  </w:style>
  <w:style w:type="paragraph" w:customStyle="1" w:styleId="Tabletext">
    <w:name w:val="Table text"/>
    <w:basedOn w:val="a1"/>
    <w:pPr>
      <w:spacing w:after="0" w:line="281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1059</Words>
  <Characters>6040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第八週學員講義｜資料整理與表單應用：把雜訊變成表格</dc:title>
  <dc:subject>虎尾溪社區大學 AI 小幫手養成班 115-2</dc:subject>
  <dc:creator>虎尾溪社區大學 課程講義</dc:creator>
  <cp:keywords>資料整理,Google表單,試算表,ChatGPT,第八週</cp:keywords>
  <dc:description>generated by python-docx</dc:description>
  <cp:lastModifiedBy>孟堅 歐</cp:lastModifiedBy>
  <cp:revision>2</cp:revision>
  <dcterms:created xsi:type="dcterms:W3CDTF">2013-12-23T23:15:00Z</dcterms:created>
  <dcterms:modified xsi:type="dcterms:W3CDTF">2026-10-20T09:30:00Z</dcterms:modified>
  <cp:category/>
</cp:coreProperties>
</file>