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21C64" w14:textId="77777777" w:rsidR="00EC16E4" w:rsidRDefault="00000000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6FECAA71" wp14:editId="6553A736">
            <wp:extent cx="6391656" cy="7986722"/>
            <wp:effectExtent l="0" t="0" r="0" b="0"/>
            <wp:docPr id="1" name="Picture 1" descr="P01 第2週課程教學海報：第2週課程總覽" title="P01 第2週課程總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玩轉_aigc_生成式ai學習海報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91656" cy="7986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825B0" w14:textId="77777777" w:rsidR="00EC16E4" w:rsidRDefault="00000000">
      <w:pPr>
        <w:keepNext/>
        <w:pageBreakBefore/>
        <w:spacing w:before="120" w:after="220"/>
        <w:rPr>
          <w:lang w:eastAsia="zh-TW"/>
        </w:rPr>
      </w:pPr>
      <w:r>
        <w:rPr>
          <w:b/>
          <w:color w:val="307150"/>
          <w:sz w:val="32"/>
          <w:lang w:eastAsia="zh-TW"/>
        </w:rPr>
        <w:lastRenderedPageBreak/>
        <w:t>第 2 週｜今天的學習目標與流程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08"/>
      </w:tblGrid>
      <w:tr w:rsidR="00EC16E4" w14:paraId="3C3D0FD0" w14:textId="77777777">
        <w:tc>
          <w:tcPr>
            <w:tcW w:w="10108" w:type="dxa"/>
            <w:shd w:val="clear" w:color="auto" w:fill="EFF7F0"/>
            <w:tcMar>
              <w:top w:w="125" w:type="dxa"/>
              <w:left w:w="170" w:type="dxa"/>
              <w:bottom w:w="125" w:type="dxa"/>
              <w:right w:w="170" w:type="dxa"/>
            </w:tcMar>
          </w:tcPr>
          <w:p w14:paraId="21EA7FFF" w14:textId="77777777" w:rsidR="00EC16E4" w:rsidRDefault="00000000">
            <w:pPr>
              <w:spacing w:after="0"/>
              <w:rPr>
                <w:lang w:eastAsia="zh-TW"/>
              </w:rPr>
            </w:pPr>
            <w:r>
              <w:rPr>
                <w:b/>
                <w:color w:val="307150"/>
                <w:lang w:eastAsia="zh-TW"/>
              </w:rPr>
              <w:t>這份講義怎麼用：</w:t>
            </w:r>
            <w:r>
              <w:rPr>
                <w:lang w:eastAsia="zh-TW"/>
              </w:rPr>
              <w:t>這週不求學很多名詞，只要先抓住 3 件事：AI 可以幫忙做什麼、哪些內容不能直接相信、怎麼把需求說清楚。</w:t>
            </w:r>
          </w:p>
        </w:tc>
      </w:tr>
    </w:tbl>
    <w:p w14:paraId="0D94758F" w14:textId="77777777" w:rsidR="00EC16E4" w:rsidRDefault="00EC16E4">
      <w:pPr>
        <w:spacing w:after="80"/>
        <w:rPr>
          <w:lang w:eastAsia="zh-TW"/>
        </w:rPr>
      </w:pPr>
    </w:p>
    <w:p w14:paraId="136E9E02" w14:textId="77777777" w:rsidR="00EC16E4" w:rsidRDefault="00000000">
      <w:pPr>
        <w:keepNext/>
        <w:spacing w:before="140" w:after="120"/>
      </w:pPr>
      <w:proofErr w:type="spellStart"/>
      <w:r>
        <w:rPr>
          <w:b/>
          <w:color w:val="307150"/>
          <w:sz w:val="26"/>
        </w:rPr>
        <w:t>今天要學會的</w:t>
      </w:r>
      <w:proofErr w:type="spellEnd"/>
      <w:r>
        <w:rPr>
          <w:b/>
          <w:color w:val="307150"/>
          <w:sz w:val="26"/>
        </w:rPr>
        <w:t xml:space="preserve"> 4 </w:t>
      </w:r>
      <w:proofErr w:type="spellStart"/>
      <w:r>
        <w:rPr>
          <w:b/>
          <w:color w:val="307150"/>
          <w:sz w:val="26"/>
        </w:rPr>
        <w:t>件事</w:t>
      </w:r>
      <w:proofErr w:type="spellEnd"/>
    </w:p>
    <w:p w14:paraId="15B068E7" w14:textId="77777777" w:rsidR="00EC16E4" w:rsidRDefault="00000000">
      <w:pPr>
        <w:pStyle w:val="a0"/>
        <w:spacing w:line="305" w:lineRule="auto"/>
        <w:rPr>
          <w:lang w:eastAsia="zh-TW"/>
        </w:rPr>
      </w:pPr>
      <w:r>
        <w:rPr>
          <w:lang w:eastAsia="zh-TW"/>
        </w:rPr>
        <w:t>知道生成式 AI 是什麼，並能用自己的話簡單說明。</w:t>
      </w:r>
    </w:p>
    <w:p w14:paraId="2BB525E9" w14:textId="77777777" w:rsidR="00EC16E4" w:rsidRDefault="00000000">
      <w:pPr>
        <w:pStyle w:val="a0"/>
        <w:spacing w:line="305" w:lineRule="auto"/>
        <w:rPr>
          <w:lang w:eastAsia="zh-TW"/>
        </w:rPr>
      </w:pPr>
      <w:r>
        <w:rPr>
          <w:lang w:eastAsia="zh-TW"/>
        </w:rPr>
        <w:t>分得出「搜尋資料」和「請 AI 生成草稿」有什麼不同。</w:t>
      </w:r>
    </w:p>
    <w:p w14:paraId="5F7C13C4" w14:textId="77777777" w:rsidR="00EC16E4" w:rsidRDefault="00000000">
      <w:pPr>
        <w:pStyle w:val="a0"/>
        <w:spacing w:line="305" w:lineRule="auto"/>
        <w:rPr>
          <w:lang w:eastAsia="zh-TW"/>
        </w:rPr>
      </w:pPr>
      <w:r>
        <w:rPr>
          <w:lang w:eastAsia="zh-TW"/>
        </w:rPr>
        <w:t>知道 AI 可能會說錯，因此重要資訊要查證。</w:t>
      </w:r>
    </w:p>
    <w:p w14:paraId="360F21EB" w14:textId="77777777" w:rsidR="00EC16E4" w:rsidRDefault="00000000">
      <w:pPr>
        <w:pStyle w:val="a0"/>
        <w:spacing w:line="305" w:lineRule="auto"/>
        <w:rPr>
          <w:lang w:eastAsia="zh-TW"/>
        </w:rPr>
      </w:pPr>
      <w:r>
        <w:rPr>
          <w:lang w:eastAsia="zh-TW"/>
        </w:rPr>
        <w:t>會用簡單的 6 格方式，寫出一個基本 Prompt。</w:t>
      </w:r>
    </w:p>
    <w:p w14:paraId="7D94F46E" w14:textId="77777777" w:rsidR="00EC16E4" w:rsidRDefault="00000000">
      <w:pPr>
        <w:keepNext/>
        <w:spacing w:before="140" w:after="120"/>
      </w:pPr>
      <w:r>
        <w:rPr>
          <w:b/>
          <w:color w:val="307150"/>
          <w:sz w:val="26"/>
        </w:rPr>
        <w:t xml:space="preserve">3 </w:t>
      </w:r>
      <w:proofErr w:type="spellStart"/>
      <w:r>
        <w:rPr>
          <w:b/>
          <w:color w:val="307150"/>
          <w:sz w:val="26"/>
        </w:rPr>
        <w:t>小時課程流程</w:t>
      </w:r>
      <w:proofErr w:type="spellEnd"/>
    </w:p>
    <w:tbl>
      <w:tblPr>
        <w:tblStyle w:val="aff2"/>
        <w:tblW w:w="10247" w:type="dxa"/>
        <w:jc w:val="center"/>
        <w:tblLayout w:type="fixed"/>
        <w:tblLook w:val="04A0" w:firstRow="1" w:lastRow="0" w:firstColumn="1" w:lastColumn="0" w:noHBand="0" w:noVBand="1"/>
      </w:tblPr>
      <w:tblGrid>
        <w:gridCol w:w="2187"/>
        <w:gridCol w:w="3787"/>
        <w:gridCol w:w="4273"/>
      </w:tblGrid>
      <w:tr w:rsidR="00EC16E4" w14:paraId="05E80FC9" w14:textId="77777777" w:rsidTr="00576BAD">
        <w:trPr>
          <w:jc w:val="center"/>
        </w:trPr>
        <w:tc>
          <w:tcPr>
            <w:tcW w:w="2187" w:type="dxa"/>
            <w:shd w:val="clear" w:color="auto" w:fill="E1EFE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722BC7" w14:textId="77777777" w:rsidR="00EC16E4" w:rsidRDefault="00000000">
            <w:pPr>
              <w:jc w:val="center"/>
            </w:pPr>
            <w:proofErr w:type="spellStart"/>
            <w:r>
              <w:rPr>
                <w:b/>
                <w:color w:val="307150"/>
              </w:rPr>
              <w:t>時間</w:t>
            </w:r>
            <w:proofErr w:type="spellEnd"/>
          </w:p>
        </w:tc>
        <w:tc>
          <w:tcPr>
            <w:tcW w:w="3787" w:type="dxa"/>
            <w:shd w:val="clear" w:color="auto" w:fill="E1EFE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064908" w14:textId="77777777" w:rsidR="00EC16E4" w:rsidRDefault="00000000">
            <w:pPr>
              <w:jc w:val="center"/>
            </w:pPr>
            <w:r>
              <w:rPr>
                <w:b/>
                <w:color w:val="307150"/>
              </w:rPr>
              <w:t>內容</w:t>
            </w:r>
          </w:p>
        </w:tc>
        <w:tc>
          <w:tcPr>
            <w:tcW w:w="4273" w:type="dxa"/>
            <w:shd w:val="clear" w:color="auto" w:fill="E1EFE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2CACA6" w14:textId="77777777" w:rsidR="00EC16E4" w:rsidRDefault="00000000">
            <w:pPr>
              <w:jc w:val="center"/>
            </w:pPr>
            <w:r>
              <w:rPr>
                <w:b/>
                <w:color w:val="307150"/>
              </w:rPr>
              <w:t>學員要完成什麼</w:t>
            </w:r>
          </w:p>
        </w:tc>
      </w:tr>
      <w:tr w:rsidR="00EC16E4" w14:paraId="6E22A8FA" w14:textId="77777777" w:rsidTr="00576BAD">
        <w:trPr>
          <w:jc w:val="center"/>
        </w:trPr>
        <w:tc>
          <w:tcPr>
            <w:tcW w:w="21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B23D54" w14:textId="77777777" w:rsidR="00EC16E4" w:rsidRDefault="00000000">
            <w:pPr>
              <w:jc w:val="center"/>
            </w:pPr>
            <w:r>
              <w:t>30 分</w:t>
            </w:r>
          </w:p>
        </w:tc>
        <w:tc>
          <w:tcPr>
            <w:tcW w:w="37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E798E7" w14:textId="77777777" w:rsidR="00EC16E4" w:rsidRDefault="00000000">
            <w:r>
              <w:t>認識生成式 AI</w:t>
            </w:r>
          </w:p>
        </w:tc>
        <w:tc>
          <w:tcPr>
            <w:tcW w:w="42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E1CA82" w14:textId="77777777" w:rsidR="00EC16E4" w:rsidRDefault="00000000">
            <w:pPr>
              <w:rPr>
                <w:lang w:eastAsia="zh-TW"/>
              </w:rPr>
            </w:pPr>
            <w:r>
              <w:rPr>
                <w:lang w:eastAsia="zh-TW"/>
              </w:rPr>
              <w:t>聽懂 AI 是什麼，知道常見用途</w:t>
            </w:r>
          </w:p>
        </w:tc>
      </w:tr>
      <w:tr w:rsidR="00EC16E4" w14:paraId="036244FE" w14:textId="77777777" w:rsidTr="00576BAD">
        <w:trPr>
          <w:jc w:val="center"/>
        </w:trPr>
        <w:tc>
          <w:tcPr>
            <w:tcW w:w="21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B97129" w14:textId="77777777" w:rsidR="00EC16E4" w:rsidRDefault="00000000">
            <w:pPr>
              <w:jc w:val="center"/>
            </w:pPr>
            <w:r>
              <w:t>35 分</w:t>
            </w:r>
          </w:p>
        </w:tc>
        <w:tc>
          <w:tcPr>
            <w:tcW w:w="37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3712ED" w14:textId="77777777" w:rsidR="00EC16E4" w:rsidRDefault="00000000">
            <w:r>
              <w:t>搜尋引擎 vs. 生成式 AI</w:t>
            </w:r>
          </w:p>
        </w:tc>
        <w:tc>
          <w:tcPr>
            <w:tcW w:w="42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DDF08D" w14:textId="77777777" w:rsidR="00EC16E4" w:rsidRDefault="00000000">
            <w:r>
              <w:t>分辨兩種工具的差別</w:t>
            </w:r>
          </w:p>
        </w:tc>
      </w:tr>
      <w:tr w:rsidR="00EC16E4" w14:paraId="4232DC61" w14:textId="77777777" w:rsidTr="00576BAD">
        <w:trPr>
          <w:jc w:val="center"/>
        </w:trPr>
        <w:tc>
          <w:tcPr>
            <w:tcW w:w="21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FD69BC" w14:textId="77777777" w:rsidR="00EC16E4" w:rsidRDefault="00000000">
            <w:pPr>
              <w:jc w:val="center"/>
            </w:pPr>
            <w:r>
              <w:t>45 分</w:t>
            </w:r>
          </w:p>
        </w:tc>
        <w:tc>
          <w:tcPr>
            <w:tcW w:w="37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CE4A9A" w14:textId="77777777" w:rsidR="00EC16E4" w:rsidRDefault="00000000">
            <w:r>
              <w:t>AI 幻覺與 5 步驟查證</w:t>
            </w:r>
          </w:p>
        </w:tc>
        <w:tc>
          <w:tcPr>
            <w:tcW w:w="42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10F925" w14:textId="77777777" w:rsidR="00EC16E4" w:rsidRDefault="00000000">
            <w:r>
              <w:t>學會簡單查證流程</w:t>
            </w:r>
          </w:p>
        </w:tc>
      </w:tr>
      <w:tr w:rsidR="00EC16E4" w14:paraId="084309D1" w14:textId="77777777" w:rsidTr="00576BAD">
        <w:trPr>
          <w:jc w:val="center"/>
        </w:trPr>
        <w:tc>
          <w:tcPr>
            <w:tcW w:w="21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3D4A35" w14:textId="77777777" w:rsidR="00EC16E4" w:rsidRDefault="00000000">
            <w:pPr>
              <w:jc w:val="center"/>
            </w:pPr>
            <w:r>
              <w:t>45 分</w:t>
            </w:r>
          </w:p>
        </w:tc>
        <w:tc>
          <w:tcPr>
            <w:tcW w:w="37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54AC58" w14:textId="77777777" w:rsidR="00EC16E4" w:rsidRDefault="00000000">
            <w:r>
              <w:t>6 格 Prompt 公式</w:t>
            </w:r>
          </w:p>
        </w:tc>
        <w:tc>
          <w:tcPr>
            <w:tcW w:w="42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6484B0" w14:textId="77777777" w:rsidR="00EC16E4" w:rsidRDefault="00000000">
            <w:r>
              <w:t>完成 1 個自己的 Prompt</w:t>
            </w:r>
          </w:p>
        </w:tc>
      </w:tr>
      <w:tr w:rsidR="00EC16E4" w14:paraId="5C9C6C43" w14:textId="77777777" w:rsidTr="00576BAD">
        <w:trPr>
          <w:jc w:val="center"/>
        </w:trPr>
        <w:tc>
          <w:tcPr>
            <w:tcW w:w="21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DC3B0C" w14:textId="77777777" w:rsidR="00EC16E4" w:rsidRDefault="00000000">
            <w:pPr>
              <w:jc w:val="center"/>
            </w:pPr>
            <w:r>
              <w:t>25 分</w:t>
            </w:r>
          </w:p>
        </w:tc>
        <w:tc>
          <w:tcPr>
            <w:tcW w:w="37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D1E91B" w14:textId="77777777" w:rsidR="00EC16E4" w:rsidRDefault="00000000">
            <w:r>
              <w:t>實作與分享</w:t>
            </w:r>
          </w:p>
        </w:tc>
        <w:tc>
          <w:tcPr>
            <w:tcW w:w="42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E8734E" w14:textId="77777777" w:rsidR="00EC16E4" w:rsidRDefault="00000000">
            <w:r>
              <w:t>把 Prompt 拿去問 AI，並做一次修正</w:t>
            </w:r>
          </w:p>
        </w:tc>
      </w:tr>
    </w:tbl>
    <w:p w14:paraId="77F21E4D" w14:textId="77777777" w:rsidR="00EC16E4" w:rsidRDefault="00EC16E4">
      <w:pPr>
        <w:spacing w:after="2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08"/>
      </w:tblGrid>
      <w:tr w:rsidR="00EC16E4" w14:paraId="68236FCC" w14:textId="77777777">
        <w:tc>
          <w:tcPr>
            <w:tcW w:w="10108" w:type="dxa"/>
            <w:shd w:val="clear" w:color="auto" w:fill="FFF4E2"/>
            <w:tcMar>
              <w:top w:w="125" w:type="dxa"/>
              <w:left w:w="170" w:type="dxa"/>
              <w:bottom w:w="125" w:type="dxa"/>
              <w:right w:w="170" w:type="dxa"/>
            </w:tcMar>
          </w:tcPr>
          <w:p w14:paraId="1E81799E" w14:textId="77777777" w:rsidR="00EC16E4" w:rsidRDefault="00000000">
            <w:pPr>
              <w:spacing w:after="0"/>
              <w:rPr>
                <w:lang w:eastAsia="zh-TW"/>
              </w:rPr>
            </w:pPr>
            <w:r>
              <w:rPr>
                <w:b/>
                <w:color w:val="307150"/>
                <w:lang w:eastAsia="zh-TW"/>
              </w:rPr>
              <w:t>本週完成任務：</w:t>
            </w:r>
            <w:r>
              <w:rPr>
                <w:lang w:eastAsia="zh-TW"/>
              </w:rPr>
              <w:t>至少完成 1 次查證，並寫出 1 個生活中用得到的 Prompt。</w:t>
            </w:r>
          </w:p>
        </w:tc>
      </w:tr>
    </w:tbl>
    <w:p w14:paraId="3284D74D" w14:textId="77777777" w:rsidR="00EC16E4" w:rsidRDefault="00EC16E4">
      <w:pPr>
        <w:spacing w:after="80"/>
        <w:rPr>
          <w:lang w:eastAsia="zh-TW"/>
        </w:rPr>
      </w:pPr>
    </w:p>
    <w:p w14:paraId="2D4477EB" w14:textId="77777777" w:rsidR="00EC16E4" w:rsidRDefault="00000000">
      <w:pPr>
        <w:pageBreakBefore/>
        <w:spacing w:after="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5542ADB0" wp14:editId="7A0E286D">
            <wp:extent cx="6391656" cy="7986722"/>
            <wp:effectExtent l="0" t="0" r="0" b="0"/>
            <wp:docPr id="2" name="Picture 2" descr="P02 第2週課程教學海報：生成式AI是什麼" title="P02 生成式AI是什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生成式_ai_學習海報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91656" cy="7986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94F22" w14:textId="77777777" w:rsidR="00EC16E4" w:rsidRDefault="00000000">
      <w:pPr>
        <w:pageBreakBefore/>
        <w:spacing w:after="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0C31E898" wp14:editId="71B4C098">
            <wp:extent cx="6391656" cy="7986722"/>
            <wp:effectExtent l="0" t="0" r="0" b="0"/>
            <wp:docPr id="3" name="Picture 3" descr="P03 第2週課程教學海報：AI能幫忙的4件事" title="P03 AI能幫忙的4件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_學習四大妙招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91656" cy="7986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DA03E" w14:textId="77777777" w:rsidR="00EC16E4" w:rsidRDefault="00000000">
      <w:pPr>
        <w:keepNext/>
        <w:pageBreakBefore/>
        <w:spacing w:before="120" w:after="220"/>
        <w:rPr>
          <w:lang w:eastAsia="zh-TW"/>
        </w:rPr>
      </w:pPr>
      <w:r>
        <w:rPr>
          <w:b/>
          <w:color w:val="307150"/>
          <w:sz w:val="32"/>
          <w:lang w:eastAsia="zh-TW"/>
        </w:rPr>
        <w:lastRenderedPageBreak/>
        <w:t>一、生成式 AI 是什麼？</w:t>
      </w:r>
    </w:p>
    <w:p w14:paraId="51996302" w14:textId="77777777" w:rsidR="00EC16E4" w:rsidRDefault="00000000">
      <w:pPr>
        <w:spacing w:after="120"/>
        <w:rPr>
          <w:lang w:eastAsia="zh-TW"/>
        </w:rPr>
      </w:pPr>
      <w:r>
        <w:rPr>
          <w:lang w:eastAsia="zh-TW"/>
        </w:rPr>
        <w:t>簡單說，生成式 AI 就是：你給它一句話、一段資料或一個範例，它會先幫你做出一份草稿。這份草稿可能是文字、圖片、音樂、配音、影片腳本，或整理好的重點。</w:t>
      </w:r>
    </w:p>
    <w:p w14:paraId="04782091" w14:textId="77777777" w:rsidR="00EC16E4" w:rsidRDefault="00000000">
      <w:pPr>
        <w:spacing w:after="120"/>
        <w:rPr>
          <w:lang w:eastAsia="zh-TW"/>
        </w:rPr>
      </w:pPr>
      <w:r>
        <w:rPr>
          <w:lang w:eastAsia="zh-TW"/>
        </w:rPr>
        <w:t>所以你可以把它想成「會幫忙整理、起草、發想的數位助手」，不是標準答案機器。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08"/>
      </w:tblGrid>
      <w:tr w:rsidR="00EC16E4" w14:paraId="25275C5A" w14:textId="77777777">
        <w:tc>
          <w:tcPr>
            <w:tcW w:w="10108" w:type="dxa"/>
            <w:shd w:val="clear" w:color="auto" w:fill="EFF7F0"/>
            <w:tcMar>
              <w:top w:w="125" w:type="dxa"/>
              <w:left w:w="170" w:type="dxa"/>
              <w:bottom w:w="125" w:type="dxa"/>
              <w:right w:w="170" w:type="dxa"/>
            </w:tcMar>
          </w:tcPr>
          <w:p w14:paraId="0F86102E" w14:textId="77777777" w:rsidR="00EC16E4" w:rsidRDefault="00000000">
            <w:pPr>
              <w:spacing w:after="0"/>
              <w:rPr>
                <w:lang w:eastAsia="zh-TW"/>
              </w:rPr>
            </w:pPr>
            <w:r>
              <w:rPr>
                <w:b/>
                <w:color w:val="307150"/>
                <w:lang w:eastAsia="zh-TW"/>
              </w:rPr>
              <w:t>一句話記住：</w:t>
            </w:r>
            <w:r>
              <w:rPr>
                <w:lang w:eastAsia="zh-TW"/>
              </w:rPr>
              <w:t>AI 先出草稿，人再判斷好不好、對不對。</w:t>
            </w:r>
          </w:p>
        </w:tc>
      </w:tr>
    </w:tbl>
    <w:p w14:paraId="720E9F8A" w14:textId="77777777" w:rsidR="00EC16E4" w:rsidRDefault="00EC16E4">
      <w:pPr>
        <w:spacing w:after="80"/>
        <w:rPr>
          <w:lang w:eastAsia="zh-TW"/>
        </w:rPr>
      </w:pPr>
    </w:p>
    <w:p w14:paraId="360B6FD6" w14:textId="77777777" w:rsidR="00EC16E4" w:rsidRDefault="00000000">
      <w:pPr>
        <w:spacing w:after="120"/>
        <w:rPr>
          <w:lang w:eastAsia="zh-TW"/>
        </w:rPr>
      </w:pPr>
      <w:r>
        <w:rPr>
          <w:lang w:eastAsia="zh-TW"/>
        </w:rPr>
        <w:t>小提醒：一開始不用什麼都學。先從你最常用的一種任務開始，例如寫貼文、整理重點或發想活動標題。</w:t>
      </w:r>
    </w:p>
    <w:p w14:paraId="6FCE4493" w14:textId="77777777" w:rsidR="00EC16E4" w:rsidRDefault="00000000">
      <w:pPr>
        <w:keepNext/>
        <w:spacing w:before="140" w:after="120"/>
        <w:rPr>
          <w:lang w:eastAsia="zh-TW"/>
        </w:rPr>
      </w:pPr>
      <w:r>
        <w:rPr>
          <w:b/>
          <w:color w:val="307150"/>
          <w:sz w:val="26"/>
          <w:lang w:eastAsia="zh-TW"/>
        </w:rPr>
        <w:t>二、搜尋引擎和生成式 AI 有什麼不同？</w:t>
      </w:r>
    </w:p>
    <w:p w14:paraId="5729A174" w14:textId="77777777" w:rsidR="00EC16E4" w:rsidRDefault="00000000">
      <w:pPr>
        <w:spacing w:after="120"/>
        <w:rPr>
          <w:lang w:eastAsia="zh-TW"/>
        </w:rPr>
      </w:pPr>
      <w:r>
        <w:rPr>
          <w:lang w:eastAsia="zh-TW"/>
        </w:rPr>
        <w:t>很多人第一次用 AI，最容易搞混這兩件事：</w:t>
      </w:r>
    </w:p>
    <w:p w14:paraId="7323C843" w14:textId="77777777" w:rsidR="00EC16E4" w:rsidRDefault="00000000">
      <w:pPr>
        <w:pStyle w:val="a0"/>
        <w:spacing w:line="305" w:lineRule="auto"/>
        <w:rPr>
          <w:lang w:eastAsia="zh-TW"/>
        </w:rPr>
      </w:pPr>
      <w:r>
        <w:rPr>
          <w:lang w:eastAsia="zh-TW"/>
        </w:rPr>
        <w:t>如果你要找「原始資料、官方公告、新聞原文」，先用搜尋引擎。</w:t>
      </w:r>
    </w:p>
    <w:p w14:paraId="3EC6AC79" w14:textId="77777777" w:rsidR="00EC16E4" w:rsidRDefault="00000000">
      <w:pPr>
        <w:pStyle w:val="a0"/>
        <w:spacing w:line="305" w:lineRule="auto"/>
        <w:rPr>
          <w:lang w:eastAsia="zh-TW"/>
        </w:rPr>
      </w:pPr>
      <w:r>
        <w:rPr>
          <w:lang w:eastAsia="zh-TW"/>
        </w:rPr>
        <w:t>如果你要做「整理、改寫、摘要、發想、初稿」，可以先用生成式 AI。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08"/>
      </w:tblGrid>
      <w:tr w:rsidR="00EC16E4" w14:paraId="5A1A999B" w14:textId="77777777">
        <w:tc>
          <w:tcPr>
            <w:tcW w:w="10108" w:type="dxa"/>
            <w:shd w:val="clear" w:color="auto" w:fill="EFF7F0"/>
            <w:tcMar>
              <w:top w:w="125" w:type="dxa"/>
              <w:left w:w="170" w:type="dxa"/>
              <w:bottom w:w="125" w:type="dxa"/>
              <w:right w:w="170" w:type="dxa"/>
            </w:tcMar>
          </w:tcPr>
          <w:p w14:paraId="66D37ACB" w14:textId="77777777" w:rsidR="00EC16E4" w:rsidRDefault="00000000">
            <w:pPr>
              <w:spacing w:after="0"/>
              <w:rPr>
                <w:lang w:eastAsia="zh-TW"/>
              </w:rPr>
            </w:pPr>
            <w:r>
              <w:rPr>
                <w:b/>
                <w:color w:val="307150"/>
                <w:lang w:eastAsia="zh-TW"/>
              </w:rPr>
              <w:t>最好用的順序：</w:t>
            </w:r>
            <w:r>
              <w:rPr>
                <w:lang w:eastAsia="zh-TW"/>
              </w:rPr>
              <w:t>先請 AI 幫你整理，再回原始來源確認。這樣通常最快，也比較不容易被誤導。</w:t>
            </w:r>
          </w:p>
        </w:tc>
      </w:tr>
    </w:tbl>
    <w:p w14:paraId="4983C3AC" w14:textId="77777777" w:rsidR="00EC16E4" w:rsidRDefault="00EC16E4">
      <w:pPr>
        <w:spacing w:after="80"/>
        <w:rPr>
          <w:lang w:eastAsia="zh-T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08"/>
      </w:tblGrid>
      <w:tr w:rsidR="00EC16E4" w14:paraId="10098159" w14:textId="77777777">
        <w:tc>
          <w:tcPr>
            <w:tcW w:w="10108" w:type="dxa"/>
            <w:shd w:val="clear" w:color="auto" w:fill="F4F7F5"/>
            <w:tcMar>
              <w:top w:w="135" w:type="dxa"/>
              <w:left w:w="160" w:type="dxa"/>
              <w:bottom w:w="130" w:type="dxa"/>
              <w:right w:w="160" w:type="dxa"/>
            </w:tcMar>
          </w:tcPr>
          <w:p w14:paraId="5EF67AB2" w14:textId="77777777" w:rsidR="00EC16E4" w:rsidRDefault="00000000">
            <w:pPr>
              <w:spacing w:after="60"/>
              <w:rPr>
                <w:lang w:eastAsia="zh-TW"/>
              </w:rPr>
            </w:pPr>
            <w:r>
              <w:rPr>
                <w:b/>
                <w:color w:val="307150"/>
                <w:lang w:eastAsia="zh-TW"/>
              </w:rPr>
              <w:t>我想請 AI 幫忙的一件事</w:t>
            </w:r>
            <w:r>
              <w:rPr>
                <w:lang w:eastAsia="zh-TW"/>
              </w:rPr>
              <w:t>｜寫一件生活上真的用得到的需求</w:t>
            </w:r>
          </w:p>
          <w:p w14:paraId="30CDD701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  </w:t>
            </w:r>
          </w:p>
          <w:p w14:paraId="63BE211F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  </w:t>
            </w:r>
          </w:p>
        </w:tc>
      </w:tr>
    </w:tbl>
    <w:p w14:paraId="57B3FA10" w14:textId="77777777" w:rsidR="00EC16E4" w:rsidRDefault="00EC16E4">
      <w:pPr>
        <w:spacing w:after="40"/>
        <w:rPr>
          <w:lang w:eastAsia="zh-TW"/>
        </w:rPr>
      </w:pPr>
    </w:p>
    <w:p w14:paraId="2E8D23A3" w14:textId="77777777" w:rsidR="00EC16E4" w:rsidRDefault="00000000">
      <w:pPr>
        <w:pageBreakBefore/>
        <w:spacing w:after="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3E4D7BF5" wp14:editId="3D993FD8">
            <wp:extent cx="6391656" cy="7986722"/>
            <wp:effectExtent l="0" t="0" r="0" b="0"/>
            <wp:docPr id="4" name="Picture 4" descr="P04 第2週課程教學海報：搜尋引擎與生成式AI" title="P04 搜尋引擎與生成式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玩轉_aigc_搜尋引擎與生成式_ai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91656" cy="7986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CE64C" w14:textId="77777777" w:rsidR="00EC16E4" w:rsidRDefault="00000000">
      <w:pPr>
        <w:pageBreakBefore/>
        <w:spacing w:after="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3B331324" wp14:editId="31722578">
            <wp:extent cx="6391656" cy="7986722"/>
            <wp:effectExtent l="0" t="0" r="0" b="0"/>
            <wp:docPr id="5" name="Picture 5" descr="P05 第2週課程教學海報：AI幻覺" title="P05 AI幻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幻覺學習資訊圖_પ_સ_ટ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91656" cy="7986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BF9C1" w14:textId="77777777" w:rsidR="00EC16E4" w:rsidRDefault="00000000">
      <w:pPr>
        <w:keepNext/>
        <w:pageBreakBefore/>
        <w:spacing w:before="120" w:after="220"/>
        <w:rPr>
          <w:lang w:eastAsia="zh-TW"/>
        </w:rPr>
      </w:pPr>
      <w:r>
        <w:rPr>
          <w:b/>
          <w:color w:val="307150"/>
          <w:sz w:val="32"/>
          <w:lang w:eastAsia="zh-TW"/>
        </w:rPr>
        <w:lastRenderedPageBreak/>
        <w:t>三、AI 很會說，但不代表一定正確</w:t>
      </w:r>
    </w:p>
    <w:p w14:paraId="6CE93C99" w14:textId="77777777" w:rsidR="00EC16E4" w:rsidRDefault="00000000">
      <w:pPr>
        <w:spacing w:after="120"/>
        <w:rPr>
          <w:lang w:eastAsia="zh-TW"/>
        </w:rPr>
      </w:pPr>
      <w:r>
        <w:rPr>
          <w:lang w:eastAsia="zh-TW"/>
        </w:rPr>
        <w:t>AI 回答看起來很像真的，但有時會「一本正經地說錯話」。這種情況，我們常叫做 AI 幻覺。</w:t>
      </w:r>
    </w:p>
    <w:p w14:paraId="4AC6B178" w14:textId="77777777" w:rsidR="00EC16E4" w:rsidRDefault="00000000">
      <w:pPr>
        <w:spacing w:after="120"/>
        <w:rPr>
          <w:lang w:eastAsia="zh-TW"/>
        </w:rPr>
      </w:pPr>
      <w:r>
        <w:rPr>
          <w:lang w:eastAsia="zh-TW"/>
        </w:rPr>
        <w:t>不用把它想得太可怕。你只要記得：只要遇到日期、價格、規定、醫療、法律、補助、統計數字，就不要只看 AI 回答。</w:t>
      </w:r>
    </w:p>
    <w:p w14:paraId="4393140C" w14:textId="77777777" w:rsidR="00EC16E4" w:rsidRDefault="00000000">
      <w:pPr>
        <w:keepNext/>
        <w:spacing w:before="140" w:after="120"/>
      </w:pPr>
      <w:proofErr w:type="spellStart"/>
      <w:r>
        <w:rPr>
          <w:b/>
          <w:color w:val="307150"/>
          <w:sz w:val="26"/>
        </w:rPr>
        <w:t>最常需要小心的</w:t>
      </w:r>
      <w:proofErr w:type="spellEnd"/>
      <w:r>
        <w:rPr>
          <w:b/>
          <w:color w:val="307150"/>
          <w:sz w:val="26"/>
        </w:rPr>
        <w:t xml:space="preserve"> 4 </w:t>
      </w:r>
      <w:proofErr w:type="spellStart"/>
      <w:r>
        <w:rPr>
          <w:b/>
          <w:color w:val="307150"/>
          <w:sz w:val="26"/>
        </w:rPr>
        <w:t>種內容</w:t>
      </w:r>
      <w:proofErr w:type="spellEnd"/>
    </w:p>
    <w:p w14:paraId="7C74E6D3" w14:textId="77777777" w:rsidR="00EC16E4" w:rsidRDefault="00000000">
      <w:pPr>
        <w:pStyle w:val="a0"/>
        <w:spacing w:line="305" w:lineRule="auto"/>
        <w:rPr>
          <w:lang w:eastAsia="zh-TW"/>
        </w:rPr>
      </w:pPr>
      <w:r>
        <w:rPr>
          <w:lang w:eastAsia="zh-TW"/>
        </w:rPr>
        <w:t>很新的資訊：例如今天價格、最近活動、最新政策。</w:t>
      </w:r>
    </w:p>
    <w:p w14:paraId="2BC81E05" w14:textId="77777777" w:rsidR="00EC16E4" w:rsidRDefault="00000000">
      <w:pPr>
        <w:pStyle w:val="a0"/>
        <w:spacing w:line="305" w:lineRule="auto"/>
        <w:rPr>
          <w:lang w:eastAsia="zh-TW"/>
        </w:rPr>
      </w:pPr>
      <w:r>
        <w:rPr>
          <w:lang w:eastAsia="zh-TW"/>
        </w:rPr>
        <w:t>很精準的資訊：例如日期、金額、比例、排名、名單。</w:t>
      </w:r>
    </w:p>
    <w:p w14:paraId="373478EA" w14:textId="77777777" w:rsidR="00EC16E4" w:rsidRDefault="00000000">
      <w:pPr>
        <w:pStyle w:val="a0"/>
        <w:spacing w:line="305" w:lineRule="auto"/>
        <w:rPr>
          <w:lang w:eastAsia="zh-TW"/>
        </w:rPr>
      </w:pPr>
      <w:r>
        <w:rPr>
          <w:lang w:eastAsia="zh-TW"/>
        </w:rPr>
        <w:t>高風險資訊：例如醫療、法規、農藥、食品安全、金融。</w:t>
      </w:r>
    </w:p>
    <w:p w14:paraId="730F6D57" w14:textId="77777777" w:rsidR="00EC16E4" w:rsidRDefault="00000000">
      <w:pPr>
        <w:pStyle w:val="a0"/>
        <w:spacing w:line="305" w:lineRule="auto"/>
        <w:rPr>
          <w:lang w:eastAsia="zh-TW"/>
        </w:rPr>
      </w:pPr>
      <w:r>
        <w:rPr>
          <w:lang w:eastAsia="zh-TW"/>
        </w:rPr>
        <w:t>小眾在地資訊：例如地方人物、店家資料、社區活動。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08"/>
      </w:tblGrid>
      <w:tr w:rsidR="00EC16E4" w14:paraId="5C92C7B5" w14:textId="77777777">
        <w:tc>
          <w:tcPr>
            <w:tcW w:w="10108" w:type="dxa"/>
            <w:shd w:val="clear" w:color="auto" w:fill="FAECEC"/>
            <w:tcMar>
              <w:top w:w="125" w:type="dxa"/>
              <w:left w:w="170" w:type="dxa"/>
              <w:bottom w:w="125" w:type="dxa"/>
              <w:right w:w="170" w:type="dxa"/>
            </w:tcMar>
          </w:tcPr>
          <w:p w14:paraId="31E2959F" w14:textId="77777777" w:rsidR="00EC16E4" w:rsidRDefault="00000000">
            <w:pPr>
              <w:spacing w:after="0"/>
              <w:rPr>
                <w:lang w:eastAsia="zh-TW"/>
              </w:rPr>
            </w:pPr>
            <w:r>
              <w:rPr>
                <w:b/>
                <w:color w:val="307150"/>
                <w:lang w:eastAsia="zh-TW"/>
              </w:rPr>
              <w:t>警覺訊號：</w:t>
            </w:r>
            <w:r>
              <w:rPr>
                <w:lang w:eastAsia="zh-TW"/>
              </w:rPr>
              <w:t>如果 AI 的語氣很肯定、卻沒有來源；或引用看起來很完整、你卻找不到原文，就要提高警覺。</w:t>
            </w:r>
          </w:p>
        </w:tc>
      </w:tr>
    </w:tbl>
    <w:p w14:paraId="06044785" w14:textId="77777777" w:rsidR="00EC16E4" w:rsidRDefault="00EC16E4">
      <w:pPr>
        <w:spacing w:after="80"/>
        <w:rPr>
          <w:lang w:eastAsia="zh-T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08"/>
      </w:tblGrid>
      <w:tr w:rsidR="00EC16E4" w14:paraId="62EA462E" w14:textId="77777777">
        <w:tc>
          <w:tcPr>
            <w:tcW w:w="10108" w:type="dxa"/>
            <w:shd w:val="clear" w:color="auto" w:fill="F4F7F5"/>
            <w:tcMar>
              <w:top w:w="135" w:type="dxa"/>
              <w:left w:w="160" w:type="dxa"/>
              <w:bottom w:w="130" w:type="dxa"/>
              <w:right w:w="160" w:type="dxa"/>
            </w:tcMar>
          </w:tcPr>
          <w:p w14:paraId="6D3867D8" w14:textId="77777777" w:rsidR="00EC16E4" w:rsidRDefault="00000000">
            <w:pPr>
              <w:spacing w:after="60"/>
              <w:rPr>
                <w:lang w:eastAsia="zh-TW"/>
              </w:rPr>
            </w:pPr>
            <w:r>
              <w:rPr>
                <w:b/>
                <w:color w:val="307150"/>
                <w:lang w:eastAsia="zh-TW"/>
              </w:rPr>
              <w:t>想一想</w:t>
            </w:r>
            <w:r>
              <w:rPr>
                <w:lang w:eastAsia="zh-TW"/>
              </w:rPr>
              <w:t>｜最近在哪裡看過「不確定真假的資訊」？</w:t>
            </w:r>
          </w:p>
          <w:p w14:paraId="27F4C1F5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  </w:t>
            </w:r>
          </w:p>
          <w:p w14:paraId="73C18A79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  </w:t>
            </w:r>
          </w:p>
        </w:tc>
      </w:tr>
    </w:tbl>
    <w:p w14:paraId="50934739" w14:textId="77777777" w:rsidR="00EC16E4" w:rsidRDefault="00EC16E4">
      <w:pPr>
        <w:spacing w:after="40"/>
        <w:rPr>
          <w:lang w:eastAsia="zh-TW"/>
        </w:rPr>
      </w:pPr>
    </w:p>
    <w:p w14:paraId="3D2040DB" w14:textId="77777777" w:rsidR="00EC16E4" w:rsidRDefault="00000000">
      <w:pPr>
        <w:pageBreakBefore/>
        <w:spacing w:after="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03143AD3" wp14:editId="3A21560B">
            <wp:extent cx="6391656" cy="7986722"/>
            <wp:effectExtent l="0" t="0" r="0" b="0"/>
            <wp:docPr id="6" name="Picture 6" descr="P06 第2週課程教學海報：重要資訊5步驟查證" title="P06 重要資訊5步驟查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重要資訊五步驟查證法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91656" cy="7986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4E1A9" w14:textId="77777777" w:rsidR="00EC16E4" w:rsidRDefault="00000000">
      <w:pPr>
        <w:keepNext/>
        <w:pageBreakBefore/>
        <w:spacing w:before="120" w:after="220"/>
        <w:rPr>
          <w:lang w:eastAsia="zh-TW"/>
        </w:rPr>
      </w:pPr>
      <w:r>
        <w:rPr>
          <w:b/>
          <w:color w:val="307150"/>
          <w:sz w:val="32"/>
          <w:lang w:eastAsia="zh-TW"/>
        </w:rPr>
        <w:lastRenderedPageBreak/>
        <w:t>四、重要資訊就用 5 步驟查證</w:t>
      </w:r>
    </w:p>
    <w:p w14:paraId="4E31CA8A" w14:textId="77777777" w:rsidR="00EC16E4" w:rsidRDefault="00000000">
      <w:pPr>
        <w:spacing w:after="120"/>
        <w:rPr>
          <w:lang w:eastAsia="zh-TW"/>
        </w:rPr>
      </w:pPr>
      <w:r>
        <w:rPr>
          <w:lang w:eastAsia="zh-TW"/>
        </w:rPr>
        <w:t>實際做法很簡單：先看它是從哪裡來，再看什麼時候發布，接著確認數字有沒有根據，最後打開原文並多比一個來源。</w:t>
      </w:r>
    </w:p>
    <w:p w14:paraId="6733E82C" w14:textId="77777777" w:rsidR="00EC16E4" w:rsidRDefault="00000000">
      <w:pPr>
        <w:keepNext/>
        <w:spacing w:before="140" w:after="120"/>
        <w:rPr>
          <w:lang w:eastAsia="zh-TW"/>
        </w:rPr>
      </w:pPr>
      <w:r>
        <w:rPr>
          <w:b/>
          <w:color w:val="307150"/>
          <w:sz w:val="26"/>
          <w:lang w:eastAsia="zh-TW"/>
        </w:rPr>
        <w:t>課堂小練習 A｜幻覺偵探</w:t>
      </w:r>
    </w:p>
    <w:p w14:paraId="4D5ECA3B" w14:textId="77777777" w:rsidR="00EC16E4" w:rsidRDefault="00000000">
      <w:pPr>
        <w:spacing w:after="120"/>
      </w:pPr>
      <w:r>
        <w:rPr>
          <w:lang w:eastAsia="zh-TW"/>
        </w:rPr>
        <w:t>請問 AI 一個你熟悉、而且查得到答案的題目，例如：某個景點、某個活動、某個農產品資訊。</w:t>
      </w:r>
      <w:proofErr w:type="spellStart"/>
      <w:r>
        <w:t>然後完成下面</w:t>
      </w:r>
      <w:proofErr w:type="spellEnd"/>
      <w:r>
        <w:t xml:space="preserve"> 3 步：</w:t>
      </w:r>
    </w:p>
    <w:p w14:paraId="48812900" w14:textId="77777777" w:rsidR="00EC16E4" w:rsidRDefault="00000000">
      <w:pPr>
        <w:pStyle w:val="a0"/>
        <w:spacing w:line="305" w:lineRule="auto"/>
        <w:rPr>
          <w:lang w:eastAsia="zh-TW"/>
        </w:rPr>
      </w:pPr>
      <w:r>
        <w:rPr>
          <w:lang w:eastAsia="zh-TW"/>
        </w:rPr>
        <w:t>把 AI 回答中的日期、數字、地點、規則圈起來。</w:t>
      </w:r>
    </w:p>
    <w:p w14:paraId="1E0ED099" w14:textId="77777777" w:rsidR="00EC16E4" w:rsidRDefault="00000000">
      <w:pPr>
        <w:pStyle w:val="a0"/>
        <w:spacing w:line="305" w:lineRule="auto"/>
        <w:rPr>
          <w:lang w:eastAsia="zh-TW"/>
        </w:rPr>
      </w:pPr>
      <w:r>
        <w:rPr>
          <w:lang w:eastAsia="zh-TW"/>
        </w:rPr>
        <w:t>挑至少 2 項內容，用搜尋或官方網站查證。</w:t>
      </w:r>
    </w:p>
    <w:p w14:paraId="39655121" w14:textId="77777777" w:rsidR="00EC16E4" w:rsidRDefault="00000000">
      <w:pPr>
        <w:pStyle w:val="a0"/>
        <w:spacing w:line="305" w:lineRule="auto"/>
        <w:rPr>
          <w:lang w:eastAsia="zh-TW"/>
        </w:rPr>
      </w:pPr>
      <w:r>
        <w:rPr>
          <w:lang w:eastAsia="zh-TW"/>
        </w:rPr>
        <w:t>記錄結果：正確、錯誤、過時、查不到。</w:t>
      </w:r>
    </w:p>
    <w:p w14:paraId="7EE626C4" w14:textId="77777777" w:rsidR="00EC16E4" w:rsidRDefault="00000000">
      <w:pPr>
        <w:spacing w:after="120"/>
        <w:rPr>
          <w:lang w:eastAsia="zh-TW"/>
        </w:rPr>
      </w:pPr>
      <w:r>
        <w:rPr>
          <w:color w:val="697176"/>
          <w:lang w:eastAsia="zh-TW"/>
        </w:rPr>
        <w:t>填寫前先提醒：查不到，不代表一定是錯；只能先標示「查不到」。</w:t>
      </w:r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2527"/>
        <w:gridCol w:w="2527"/>
        <w:gridCol w:w="2952"/>
        <w:gridCol w:w="2779"/>
      </w:tblGrid>
      <w:tr w:rsidR="00EC16E4" w14:paraId="39599506" w14:textId="77777777">
        <w:tc>
          <w:tcPr>
            <w:tcW w:w="2527" w:type="dxa"/>
            <w:shd w:val="clear" w:color="auto" w:fill="E8F0ED"/>
            <w:tcMar>
              <w:top w:w="110" w:type="dxa"/>
              <w:left w:w="95" w:type="dxa"/>
              <w:bottom w:w="110" w:type="dxa"/>
              <w:right w:w="95" w:type="dxa"/>
            </w:tcMar>
            <w:vAlign w:val="center"/>
          </w:tcPr>
          <w:p w14:paraId="5E6A2DDA" w14:textId="77777777" w:rsidR="00EC16E4" w:rsidRDefault="00000000">
            <w:pPr>
              <w:jc w:val="center"/>
            </w:pPr>
            <w:proofErr w:type="spellStart"/>
            <w:r>
              <w:rPr>
                <w:b/>
                <w:color w:val="307150"/>
              </w:rPr>
              <w:t>我查的內容</w:t>
            </w:r>
            <w:proofErr w:type="spellEnd"/>
          </w:p>
        </w:tc>
        <w:tc>
          <w:tcPr>
            <w:tcW w:w="2527" w:type="dxa"/>
            <w:shd w:val="clear" w:color="auto" w:fill="E8F0ED"/>
            <w:tcMar>
              <w:top w:w="110" w:type="dxa"/>
              <w:left w:w="95" w:type="dxa"/>
              <w:bottom w:w="110" w:type="dxa"/>
              <w:right w:w="95" w:type="dxa"/>
            </w:tcMar>
            <w:vAlign w:val="center"/>
          </w:tcPr>
          <w:p w14:paraId="2A6DFFC1" w14:textId="77777777" w:rsidR="00EC16E4" w:rsidRDefault="00000000">
            <w:pPr>
              <w:jc w:val="center"/>
            </w:pPr>
            <w:r>
              <w:rPr>
                <w:b/>
                <w:color w:val="307150"/>
              </w:rPr>
              <w:t>AI 怎麼說</w:t>
            </w:r>
          </w:p>
        </w:tc>
        <w:tc>
          <w:tcPr>
            <w:tcW w:w="2527" w:type="dxa"/>
            <w:shd w:val="clear" w:color="auto" w:fill="E8F0ED"/>
            <w:tcMar>
              <w:top w:w="110" w:type="dxa"/>
              <w:left w:w="95" w:type="dxa"/>
              <w:bottom w:w="110" w:type="dxa"/>
              <w:right w:w="95" w:type="dxa"/>
            </w:tcMar>
            <w:vAlign w:val="center"/>
          </w:tcPr>
          <w:p w14:paraId="58F956BE" w14:textId="77777777" w:rsidR="00EC16E4" w:rsidRDefault="00000000">
            <w:pPr>
              <w:jc w:val="center"/>
            </w:pPr>
            <w:r>
              <w:rPr>
                <w:b/>
                <w:color w:val="307150"/>
              </w:rPr>
              <w:t>我查到什麼</w:t>
            </w:r>
          </w:p>
        </w:tc>
        <w:tc>
          <w:tcPr>
            <w:tcW w:w="2527" w:type="dxa"/>
            <w:shd w:val="clear" w:color="auto" w:fill="E8F0ED"/>
            <w:tcMar>
              <w:top w:w="110" w:type="dxa"/>
              <w:left w:w="95" w:type="dxa"/>
              <w:bottom w:w="110" w:type="dxa"/>
              <w:right w:w="95" w:type="dxa"/>
            </w:tcMar>
            <w:vAlign w:val="center"/>
          </w:tcPr>
          <w:p w14:paraId="7081A9BC" w14:textId="77777777" w:rsidR="00EC16E4" w:rsidRDefault="00000000">
            <w:pPr>
              <w:jc w:val="center"/>
            </w:pPr>
            <w:r>
              <w:rPr>
                <w:b/>
                <w:color w:val="307150"/>
              </w:rPr>
              <w:t>結果</w:t>
            </w:r>
          </w:p>
        </w:tc>
      </w:tr>
      <w:tr w:rsidR="00EC16E4" w14:paraId="79299FD8" w14:textId="77777777">
        <w:tc>
          <w:tcPr>
            <w:tcW w:w="2016" w:type="dxa"/>
            <w:tcMar>
              <w:top w:w="210" w:type="dxa"/>
              <w:left w:w="100" w:type="dxa"/>
              <w:bottom w:w="240" w:type="dxa"/>
              <w:right w:w="100" w:type="dxa"/>
            </w:tcMar>
            <w:vAlign w:val="center"/>
          </w:tcPr>
          <w:p w14:paraId="3CB6C73E" w14:textId="77777777" w:rsidR="00EC16E4" w:rsidRDefault="00000000">
            <w:r>
              <w:t xml:space="preserve">　　</w:t>
            </w:r>
          </w:p>
        </w:tc>
        <w:tc>
          <w:tcPr>
            <w:tcW w:w="2362" w:type="dxa"/>
            <w:tcMar>
              <w:top w:w="210" w:type="dxa"/>
              <w:left w:w="100" w:type="dxa"/>
              <w:bottom w:w="240" w:type="dxa"/>
              <w:right w:w="100" w:type="dxa"/>
            </w:tcMar>
            <w:vAlign w:val="center"/>
          </w:tcPr>
          <w:p w14:paraId="4B067AFA" w14:textId="77777777" w:rsidR="00EC16E4" w:rsidRDefault="00000000">
            <w:r>
              <w:t xml:space="preserve">　　</w:t>
            </w:r>
          </w:p>
        </w:tc>
        <w:tc>
          <w:tcPr>
            <w:tcW w:w="2952" w:type="dxa"/>
            <w:tcMar>
              <w:top w:w="210" w:type="dxa"/>
              <w:left w:w="100" w:type="dxa"/>
              <w:bottom w:w="240" w:type="dxa"/>
              <w:right w:w="100" w:type="dxa"/>
            </w:tcMar>
            <w:vAlign w:val="center"/>
          </w:tcPr>
          <w:p w14:paraId="52A8A069" w14:textId="77777777" w:rsidR="00EC16E4" w:rsidRDefault="00000000">
            <w:r>
              <w:t xml:space="preserve">　　</w:t>
            </w:r>
          </w:p>
        </w:tc>
        <w:tc>
          <w:tcPr>
            <w:tcW w:w="2779" w:type="dxa"/>
            <w:tcMar>
              <w:top w:w="210" w:type="dxa"/>
              <w:left w:w="100" w:type="dxa"/>
              <w:bottom w:w="240" w:type="dxa"/>
              <w:right w:w="100" w:type="dxa"/>
            </w:tcMar>
            <w:vAlign w:val="center"/>
          </w:tcPr>
          <w:p w14:paraId="2A1EC2F3" w14:textId="77777777" w:rsidR="00EC16E4" w:rsidRDefault="00000000">
            <w:pPr>
              <w:rPr>
                <w:lang w:eastAsia="zh-TW"/>
              </w:rPr>
            </w:pPr>
            <w:r>
              <w:rPr>
                <w:lang w:eastAsia="zh-TW"/>
              </w:rPr>
              <w:t>□ 正確</w:t>
            </w:r>
            <w:r>
              <w:rPr>
                <w:lang w:eastAsia="zh-TW"/>
              </w:rPr>
              <w:br/>
              <w:t>□ 錯誤</w:t>
            </w:r>
            <w:r>
              <w:rPr>
                <w:lang w:eastAsia="zh-TW"/>
              </w:rPr>
              <w:br/>
              <w:t>□ 過時</w:t>
            </w:r>
            <w:r>
              <w:rPr>
                <w:lang w:eastAsia="zh-TW"/>
              </w:rPr>
              <w:br/>
              <w:t>□ 查不到</w:t>
            </w:r>
          </w:p>
        </w:tc>
      </w:tr>
      <w:tr w:rsidR="00EC16E4" w14:paraId="4C3A08FB" w14:textId="77777777">
        <w:tc>
          <w:tcPr>
            <w:tcW w:w="2016" w:type="dxa"/>
            <w:tcMar>
              <w:top w:w="210" w:type="dxa"/>
              <w:left w:w="100" w:type="dxa"/>
              <w:bottom w:w="240" w:type="dxa"/>
              <w:right w:w="100" w:type="dxa"/>
            </w:tcMar>
            <w:vAlign w:val="center"/>
          </w:tcPr>
          <w:p w14:paraId="4CE60AD1" w14:textId="77777777" w:rsidR="00EC16E4" w:rsidRDefault="00000000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　　</w:t>
            </w:r>
          </w:p>
        </w:tc>
        <w:tc>
          <w:tcPr>
            <w:tcW w:w="2362" w:type="dxa"/>
            <w:tcMar>
              <w:top w:w="210" w:type="dxa"/>
              <w:left w:w="100" w:type="dxa"/>
              <w:bottom w:w="240" w:type="dxa"/>
              <w:right w:w="100" w:type="dxa"/>
            </w:tcMar>
            <w:vAlign w:val="center"/>
          </w:tcPr>
          <w:p w14:paraId="3039DCC0" w14:textId="77777777" w:rsidR="00EC16E4" w:rsidRDefault="00000000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　　</w:t>
            </w:r>
          </w:p>
        </w:tc>
        <w:tc>
          <w:tcPr>
            <w:tcW w:w="2952" w:type="dxa"/>
            <w:tcMar>
              <w:top w:w="210" w:type="dxa"/>
              <w:left w:w="100" w:type="dxa"/>
              <w:bottom w:w="240" w:type="dxa"/>
              <w:right w:w="100" w:type="dxa"/>
            </w:tcMar>
            <w:vAlign w:val="center"/>
          </w:tcPr>
          <w:p w14:paraId="36D69003" w14:textId="77777777" w:rsidR="00EC16E4" w:rsidRDefault="00000000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　　</w:t>
            </w:r>
          </w:p>
        </w:tc>
        <w:tc>
          <w:tcPr>
            <w:tcW w:w="2779" w:type="dxa"/>
            <w:tcMar>
              <w:top w:w="210" w:type="dxa"/>
              <w:left w:w="100" w:type="dxa"/>
              <w:bottom w:w="240" w:type="dxa"/>
              <w:right w:w="100" w:type="dxa"/>
            </w:tcMar>
            <w:vAlign w:val="center"/>
          </w:tcPr>
          <w:p w14:paraId="605F89E5" w14:textId="77777777" w:rsidR="00EC16E4" w:rsidRDefault="00000000">
            <w:pPr>
              <w:rPr>
                <w:lang w:eastAsia="zh-TW"/>
              </w:rPr>
            </w:pPr>
            <w:r>
              <w:rPr>
                <w:lang w:eastAsia="zh-TW"/>
              </w:rPr>
              <w:t>□ 正確</w:t>
            </w:r>
            <w:r>
              <w:rPr>
                <w:lang w:eastAsia="zh-TW"/>
              </w:rPr>
              <w:br/>
              <w:t>□ 錯誤</w:t>
            </w:r>
            <w:r>
              <w:rPr>
                <w:lang w:eastAsia="zh-TW"/>
              </w:rPr>
              <w:br/>
              <w:t>□ 過時</w:t>
            </w:r>
            <w:r>
              <w:rPr>
                <w:lang w:eastAsia="zh-TW"/>
              </w:rPr>
              <w:br/>
              <w:t>□ 查不到</w:t>
            </w:r>
          </w:p>
        </w:tc>
      </w:tr>
      <w:tr w:rsidR="00EC16E4" w14:paraId="55BA1441" w14:textId="77777777">
        <w:tc>
          <w:tcPr>
            <w:tcW w:w="2016" w:type="dxa"/>
            <w:tcMar>
              <w:top w:w="210" w:type="dxa"/>
              <w:left w:w="100" w:type="dxa"/>
              <w:bottom w:w="240" w:type="dxa"/>
              <w:right w:w="100" w:type="dxa"/>
            </w:tcMar>
            <w:vAlign w:val="center"/>
          </w:tcPr>
          <w:p w14:paraId="69776983" w14:textId="77777777" w:rsidR="00EC16E4" w:rsidRDefault="00000000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　　</w:t>
            </w:r>
          </w:p>
        </w:tc>
        <w:tc>
          <w:tcPr>
            <w:tcW w:w="2362" w:type="dxa"/>
            <w:tcMar>
              <w:top w:w="210" w:type="dxa"/>
              <w:left w:w="100" w:type="dxa"/>
              <w:bottom w:w="240" w:type="dxa"/>
              <w:right w:w="100" w:type="dxa"/>
            </w:tcMar>
            <w:vAlign w:val="center"/>
          </w:tcPr>
          <w:p w14:paraId="2517A8BF" w14:textId="77777777" w:rsidR="00EC16E4" w:rsidRDefault="00000000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　　</w:t>
            </w:r>
          </w:p>
        </w:tc>
        <w:tc>
          <w:tcPr>
            <w:tcW w:w="2952" w:type="dxa"/>
            <w:tcMar>
              <w:top w:w="210" w:type="dxa"/>
              <w:left w:w="100" w:type="dxa"/>
              <w:bottom w:w="240" w:type="dxa"/>
              <w:right w:w="100" w:type="dxa"/>
            </w:tcMar>
            <w:vAlign w:val="center"/>
          </w:tcPr>
          <w:p w14:paraId="17B17F48" w14:textId="77777777" w:rsidR="00EC16E4" w:rsidRDefault="00000000">
            <w:pPr>
              <w:rPr>
                <w:lang w:eastAsia="zh-TW"/>
              </w:rPr>
            </w:pPr>
            <w:r>
              <w:rPr>
                <w:lang w:eastAsia="zh-TW"/>
              </w:rPr>
              <w:t xml:space="preserve">　　</w:t>
            </w:r>
          </w:p>
        </w:tc>
        <w:tc>
          <w:tcPr>
            <w:tcW w:w="2779" w:type="dxa"/>
            <w:tcMar>
              <w:top w:w="210" w:type="dxa"/>
              <w:left w:w="100" w:type="dxa"/>
              <w:bottom w:w="240" w:type="dxa"/>
              <w:right w:w="100" w:type="dxa"/>
            </w:tcMar>
            <w:vAlign w:val="center"/>
          </w:tcPr>
          <w:p w14:paraId="0F6CA31C" w14:textId="77777777" w:rsidR="00EC16E4" w:rsidRDefault="00000000">
            <w:pPr>
              <w:rPr>
                <w:lang w:eastAsia="zh-TW"/>
              </w:rPr>
            </w:pPr>
            <w:r>
              <w:rPr>
                <w:lang w:eastAsia="zh-TW"/>
              </w:rPr>
              <w:t>□ 正確</w:t>
            </w:r>
            <w:r>
              <w:rPr>
                <w:lang w:eastAsia="zh-TW"/>
              </w:rPr>
              <w:br/>
              <w:t>□ 錯誤</w:t>
            </w:r>
            <w:r>
              <w:rPr>
                <w:lang w:eastAsia="zh-TW"/>
              </w:rPr>
              <w:br/>
              <w:t>□ 過時</w:t>
            </w:r>
            <w:r>
              <w:rPr>
                <w:lang w:eastAsia="zh-TW"/>
              </w:rPr>
              <w:br/>
              <w:t>□ 查不到</w:t>
            </w:r>
          </w:p>
        </w:tc>
      </w:tr>
    </w:tbl>
    <w:p w14:paraId="5EA7EC76" w14:textId="77777777" w:rsidR="00EC16E4" w:rsidRDefault="00EC16E4">
      <w:pPr>
        <w:rPr>
          <w:lang w:eastAsia="zh-TW"/>
        </w:rPr>
      </w:pPr>
    </w:p>
    <w:p w14:paraId="6B274574" w14:textId="77777777" w:rsidR="00EC16E4" w:rsidRDefault="00000000">
      <w:pPr>
        <w:pageBreakBefore/>
        <w:spacing w:after="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2BEEAFFA" wp14:editId="7EE1DB57">
            <wp:extent cx="6391656" cy="7986722"/>
            <wp:effectExtent l="0" t="0" r="0" b="0"/>
            <wp:docPr id="7" name="Picture 7" descr="P07 第2週課程教學海報：Prompt是什麼" title="P07 Prompt是什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玩轉_ai_prompt_學習海報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91656" cy="7986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06422" w14:textId="77777777" w:rsidR="00EC16E4" w:rsidRDefault="00000000">
      <w:pPr>
        <w:pageBreakBefore/>
        <w:spacing w:after="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39A88A6C" wp14:editId="11D327C8">
            <wp:extent cx="6391656" cy="7986722"/>
            <wp:effectExtent l="0" t="0" r="0" b="0"/>
            <wp:docPr id="8" name="Picture 8" descr="P08 第2週課程教學海報：6格Prompt公式" title="P08 6格Prompt公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活用_prompt_的_6_格公式海報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91656" cy="7986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E42E6" w14:textId="77777777" w:rsidR="00EC16E4" w:rsidRDefault="00000000">
      <w:pPr>
        <w:keepNext/>
        <w:pageBreakBefore/>
        <w:spacing w:before="120" w:after="220"/>
        <w:rPr>
          <w:lang w:eastAsia="zh-TW"/>
        </w:rPr>
      </w:pPr>
      <w:r>
        <w:rPr>
          <w:b/>
          <w:color w:val="307150"/>
          <w:sz w:val="32"/>
          <w:lang w:eastAsia="zh-TW"/>
        </w:rPr>
        <w:lastRenderedPageBreak/>
        <w:t>五、Prompt 是什麼？</w:t>
      </w:r>
    </w:p>
    <w:p w14:paraId="59C91D29" w14:textId="77777777" w:rsidR="00EC16E4" w:rsidRDefault="00000000">
      <w:pPr>
        <w:spacing w:after="120"/>
        <w:rPr>
          <w:lang w:eastAsia="zh-TW"/>
        </w:rPr>
      </w:pPr>
      <w:r>
        <w:rPr>
          <w:lang w:eastAsia="zh-TW"/>
        </w:rPr>
        <w:t>Prompt 就是你給 AI 的指令。它不是神奇咒語，也不用寫得很厲害。重點只有一個：把需求說清楚。</w:t>
      </w:r>
    </w:p>
    <w:p w14:paraId="1370A329" w14:textId="77777777" w:rsidR="00EC16E4" w:rsidRDefault="00000000">
      <w:pPr>
        <w:spacing w:after="120"/>
        <w:rPr>
          <w:lang w:eastAsia="zh-TW"/>
        </w:rPr>
      </w:pPr>
      <w:r>
        <w:rPr>
          <w:lang w:eastAsia="zh-TW"/>
        </w:rPr>
        <w:t>如果你只說「幫我寫一篇文」，AI 很難知道你要給誰看、要多長、能不能亂補資料。</w:t>
      </w:r>
    </w:p>
    <w:p w14:paraId="633019A2" w14:textId="77777777" w:rsidR="00EC16E4" w:rsidRDefault="00000000">
      <w:pPr>
        <w:spacing w:after="120"/>
        <w:rPr>
          <w:lang w:eastAsia="zh-TW"/>
        </w:rPr>
      </w:pPr>
      <w:r>
        <w:rPr>
          <w:lang w:eastAsia="zh-TW"/>
        </w:rPr>
        <w:t>如果你說「請用親切口吻，幫我寫一篇 120 字的 Facebook 貼文，主題是友善栽培香蕉，只能使用我提供的事實，不能亂猜價格與產量」，答案通常就會好很多。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08"/>
      </w:tblGrid>
      <w:tr w:rsidR="00EC16E4" w14:paraId="08796C7D" w14:textId="77777777">
        <w:tc>
          <w:tcPr>
            <w:tcW w:w="10108" w:type="dxa"/>
            <w:shd w:val="clear" w:color="auto" w:fill="EFF7F0"/>
            <w:tcMar>
              <w:top w:w="125" w:type="dxa"/>
              <w:left w:w="170" w:type="dxa"/>
              <w:bottom w:w="125" w:type="dxa"/>
              <w:right w:w="170" w:type="dxa"/>
            </w:tcMar>
          </w:tcPr>
          <w:p w14:paraId="47544F77" w14:textId="77777777" w:rsidR="00EC16E4" w:rsidRDefault="00000000">
            <w:pPr>
              <w:spacing w:after="0"/>
              <w:rPr>
                <w:lang w:eastAsia="zh-TW"/>
              </w:rPr>
            </w:pPr>
            <w:r>
              <w:rPr>
                <w:b/>
                <w:color w:val="307150"/>
                <w:lang w:eastAsia="zh-TW"/>
              </w:rPr>
              <w:t>先會填格子就好：</w:t>
            </w:r>
            <w:r>
              <w:rPr>
                <w:lang w:eastAsia="zh-TW"/>
              </w:rPr>
              <w:t>你不用一次寫很長。把 6 格慢慢補完整，通常就比一句模糊的要求好很多。</w:t>
            </w:r>
          </w:p>
        </w:tc>
      </w:tr>
    </w:tbl>
    <w:p w14:paraId="3543AC3C" w14:textId="77777777" w:rsidR="00EC16E4" w:rsidRDefault="00EC16E4">
      <w:pPr>
        <w:spacing w:after="80"/>
        <w:rPr>
          <w:lang w:eastAsia="zh-TW"/>
        </w:rPr>
      </w:pPr>
    </w:p>
    <w:p w14:paraId="003355D0" w14:textId="77777777" w:rsidR="00EC16E4" w:rsidRDefault="00000000">
      <w:pPr>
        <w:keepNext/>
        <w:spacing w:before="140" w:after="120"/>
        <w:rPr>
          <w:lang w:eastAsia="zh-TW"/>
        </w:rPr>
      </w:pPr>
      <w:r>
        <w:rPr>
          <w:b/>
          <w:color w:val="307150"/>
          <w:sz w:val="26"/>
          <w:lang w:eastAsia="zh-TW"/>
        </w:rPr>
        <w:t>六、課堂小練習 B｜我的第一個 6 格 Prompt（上）</w:t>
      </w:r>
    </w:p>
    <w:p w14:paraId="4C6FC223" w14:textId="77777777" w:rsidR="00EC16E4" w:rsidRDefault="00000000">
      <w:pPr>
        <w:spacing w:after="120"/>
        <w:rPr>
          <w:lang w:eastAsia="zh-TW"/>
        </w:rPr>
      </w:pPr>
      <w:r>
        <w:rPr>
          <w:lang w:eastAsia="zh-TW"/>
        </w:rPr>
        <w:t>請從生活或工作中，選一件你真的想請 AI 幫忙的事來寫。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08"/>
      </w:tblGrid>
      <w:tr w:rsidR="00EC16E4" w14:paraId="627DF612" w14:textId="77777777">
        <w:tc>
          <w:tcPr>
            <w:tcW w:w="10108" w:type="dxa"/>
            <w:shd w:val="clear" w:color="auto" w:fill="E8F1FC"/>
            <w:tcMar>
              <w:top w:w="135" w:type="dxa"/>
              <w:left w:w="160" w:type="dxa"/>
              <w:bottom w:w="130" w:type="dxa"/>
              <w:right w:w="160" w:type="dxa"/>
            </w:tcMar>
          </w:tcPr>
          <w:p w14:paraId="76778DAF" w14:textId="77777777" w:rsidR="00EC16E4" w:rsidRDefault="00000000">
            <w:pPr>
              <w:spacing w:after="60"/>
              <w:rPr>
                <w:lang w:eastAsia="zh-TW"/>
              </w:rPr>
            </w:pPr>
            <w:r>
              <w:rPr>
                <w:b/>
                <w:color w:val="307150"/>
                <w:lang w:eastAsia="zh-TW"/>
              </w:rPr>
              <w:t>Role 角色</w:t>
            </w:r>
            <w:r>
              <w:rPr>
                <w:lang w:eastAsia="zh-TW"/>
              </w:rPr>
              <w:t>｜例：請扮演社群小編／活動助理／旅遊規劃員</w:t>
            </w:r>
          </w:p>
          <w:p w14:paraId="63835A0C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  </w:t>
            </w:r>
          </w:p>
          <w:p w14:paraId="412278B8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  </w:t>
            </w:r>
          </w:p>
        </w:tc>
      </w:tr>
    </w:tbl>
    <w:p w14:paraId="1555F878" w14:textId="77777777" w:rsidR="00EC16E4" w:rsidRDefault="00EC16E4">
      <w:pPr>
        <w:spacing w:after="40"/>
        <w:rPr>
          <w:lang w:eastAsia="zh-T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08"/>
      </w:tblGrid>
      <w:tr w:rsidR="00EC16E4" w14:paraId="0F83D844" w14:textId="77777777">
        <w:tc>
          <w:tcPr>
            <w:tcW w:w="10108" w:type="dxa"/>
            <w:shd w:val="clear" w:color="auto" w:fill="ECF5EC"/>
            <w:tcMar>
              <w:top w:w="135" w:type="dxa"/>
              <w:left w:w="160" w:type="dxa"/>
              <w:bottom w:w="130" w:type="dxa"/>
              <w:right w:w="160" w:type="dxa"/>
            </w:tcMar>
          </w:tcPr>
          <w:p w14:paraId="1E29C499" w14:textId="77777777" w:rsidR="00EC16E4" w:rsidRDefault="00000000">
            <w:pPr>
              <w:spacing w:after="60"/>
            </w:pPr>
            <w:r>
              <w:rPr>
                <w:b/>
                <w:color w:val="307150"/>
              </w:rPr>
              <w:t xml:space="preserve">Context </w:t>
            </w:r>
            <w:proofErr w:type="spellStart"/>
            <w:r>
              <w:rPr>
                <w:b/>
                <w:color w:val="307150"/>
              </w:rPr>
              <w:t>情境</w:t>
            </w:r>
            <w:r>
              <w:t>｜例：我要宣傳農產品，對象是上班族</w:t>
            </w:r>
            <w:proofErr w:type="spellEnd"/>
          </w:p>
          <w:p w14:paraId="4367F37B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</w:pPr>
            <w:r>
              <w:t xml:space="preserve">  </w:t>
            </w:r>
          </w:p>
          <w:p w14:paraId="05F47D9E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</w:pPr>
            <w:r>
              <w:t xml:space="preserve">  </w:t>
            </w:r>
          </w:p>
        </w:tc>
      </w:tr>
    </w:tbl>
    <w:p w14:paraId="500C4F37" w14:textId="77777777" w:rsidR="00EC16E4" w:rsidRDefault="00EC16E4">
      <w:pPr>
        <w:spacing w:after="4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08"/>
      </w:tblGrid>
      <w:tr w:rsidR="00EC16E4" w14:paraId="65909E6B" w14:textId="77777777">
        <w:tc>
          <w:tcPr>
            <w:tcW w:w="10108" w:type="dxa"/>
            <w:shd w:val="clear" w:color="auto" w:fill="FFF1E2"/>
            <w:tcMar>
              <w:top w:w="135" w:type="dxa"/>
              <w:left w:w="160" w:type="dxa"/>
              <w:bottom w:w="130" w:type="dxa"/>
              <w:right w:w="160" w:type="dxa"/>
            </w:tcMar>
          </w:tcPr>
          <w:p w14:paraId="0347D8C3" w14:textId="77777777" w:rsidR="00EC16E4" w:rsidRDefault="00000000">
            <w:pPr>
              <w:spacing w:after="60"/>
              <w:rPr>
                <w:lang w:eastAsia="zh-TW"/>
              </w:rPr>
            </w:pPr>
            <w:r>
              <w:rPr>
                <w:b/>
                <w:color w:val="307150"/>
                <w:lang w:eastAsia="zh-TW"/>
              </w:rPr>
              <w:t>Task 任務</w:t>
            </w:r>
            <w:r>
              <w:rPr>
                <w:lang w:eastAsia="zh-TW"/>
              </w:rPr>
              <w:t>｜例：請幫我寫一篇貼文／整理重點／列出活動流程</w:t>
            </w:r>
          </w:p>
          <w:p w14:paraId="765353E7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  </w:t>
            </w:r>
          </w:p>
          <w:p w14:paraId="75C6C56B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  </w:t>
            </w:r>
          </w:p>
        </w:tc>
      </w:tr>
    </w:tbl>
    <w:p w14:paraId="781A5525" w14:textId="77777777" w:rsidR="00EC16E4" w:rsidRDefault="00EC16E4">
      <w:pPr>
        <w:spacing w:after="40"/>
        <w:rPr>
          <w:lang w:eastAsia="zh-TW"/>
        </w:rPr>
      </w:pPr>
    </w:p>
    <w:p w14:paraId="25416A53" w14:textId="77777777" w:rsidR="00EC16E4" w:rsidRDefault="00000000">
      <w:pPr>
        <w:keepNext/>
        <w:pageBreakBefore/>
        <w:spacing w:before="120" w:after="220"/>
      </w:pPr>
      <w:proofErr w:type="spellStart"/>
      <w:r>
        <w:rPr>
          <w:b/>
          <w:color w:val="307150"/>
          <w:sz w:val="32"/>
        </w:rPr>
        <w:lastRenderedPageBreak/>
        <w:t>六、課堂小練習</w:t>
      </w:r>
      <w:proofErr w:type="spellEnd"/>
      <w:r>
        <w:rPr>
          <w:b/>
          <w:color w:val="307150"/>
          <w:sz w:val="32"/>
        </w:rPr>
        <w:t xml:space="preserve"> B｜6 格 </w:t>
      </w:r>
      <w:proofErr w:type="spellStart"/>
      <w:r>
        <w:rPr>
          <w:b/>
          <w:color w:val="307150"/>
          <w:sz w:val="32"/>
        </w:rPr>
        <w:t>Prompt（下</w:t>
      </w:r>
      <w:proofErr w:type="spellEnd"/>
      <w:r>
        <w:rPr>
          <w:b/>
          <w:color w:val="307150"/>
          <w:sz w:val="32"/>
        </w:rPr>
        <w:t>）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08"/>
      </w:tblGrid>
      <w:tr w:rsidR="00EC16E4" w14:paraId="6F1A4FF7" w14:textId="77777777">
        <w:tc>
          <w:tcPr>
            <w:tcW w:w="10108" w:type="dxa"/>
            <w:shd w:val="clear" w:color="auto" w:fill="FBEDED"/>
            <w:tcMar>
              <w:top w:w="135" w:type="dxa"/>
              <w:left w:w="160" w:type="dxa"/>
              <w:bottom w:w="130" w:type="dxa"/>
              <w:right w:w="160" w:type="dxa"/>
            </w:tcMar>
          </w:tcPr>
          <w:p w14:paraId="5998AB9F" w14:textId="77777777" w:rsidR="00EC16E4" w:rsidRDefault="00000000">
            <w:pPr>
              <w:spacing w:after="60"/>
            </w:pPr>
            <w:r>
              <w:rPr>
                <w:b/>
                <w:color w:val="307150"/>
              </w:rPr>
              <w:t>Information 資料</w:t>
            </w:r>
            <w:r>
              <w:t>｜例：我已確認的事實、日期、價格、地點、產品特色</w:t>
            </w:r>
          </w:p>
          <w:p w14:paraId="50FCD8D0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</w:pPr>
            <w:r>
              <w:t xml:space="preserve">  </w:t>
            </w:r>
          </w:p>
          <w:p w14:paraId="0F168C8A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</w:pPr>
            <w:r>
              <w:t xml:space="preserve">  </w:t>
            </w:r>
          </w:p>
        </w:tc>
      </w:tr>
    </w:tbl>
    <w:p w14:paraId="5F7A9BA8" w14:textId="77777777" w:rsidR="00EC16E4" w:rsidRDefault="00EC16E4">
      <w:pPr>
        <w:spacing w:after="4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08"/>
      </w:tblGrid>
      <w:tr w:rsidR="00EC16E4" w14:paraId="471DA673" w14:textId="77777777">
        <w:tc>
          <w:tcPr>
            <w:tcW w:w="10108" w:type="dxa"/>
            <w:shd w:val="clear" w:color="auto" w:fill="EEE9FA"/>
            <w:tcMar>
              <w:top w:w="135" w:type="dxa"/>
              <w:left w:w="160" w:type="dxa"/>
              <w:bottom w:w="130" w:type="dxa"/>
              <w:right w:w="160" w:type="dxa"/>
            </w:tcMar>
          </w:tcPr>
          <w:p w14:paraId="7DB26FA4" w14:textId="77777777" w:rsidR="00EC16E4" w:rsidRDefault="00000000">
            <w:pPr>
              <w:spacing w:after="60"/>
            </w:pPr>
            <w:r>
              <w:rPr>
                <w:b/>
                <w:color w:val="307150"/>
              </w:rPr>
              <w:t>Format 格式</w:t>
            </w:r>
            <w:r>
              <w:t>｜例：120 字、條列 3 點、表格輸出、口語化</w:t>
            </w:r>
          </w:p>
          <w:p w14:paraId="4171F132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</w:pPr>
            <w:r>
              <w:t xml:space="preserve">  </w:t>
            </w:r>
          </w:p>
          <w:p w14:paraId="4B3EE680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</w:pPr>
            <w:r>
              <w:t xml:space="preserve">  </w:t>
            </w:r>
          </w:p>
        </w:tc>
      </w:tr>
    </w:tbl>
    <w:p w14:paraId="57875D79" w14:textId="77777777" w:rsidR="00EC16E4" w:rsidRDefault="00EC16E4">
      <w:pPr>
        <w:spacing w:after="4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08"/>
      </w:tblGrid>
      <w:tr w:rsidR="00EC16E4" w14:paraId="022F184F" w14:textId="77777777">
        <w:tc>
          <w:tcPr>
            <w:tcW w:w="10108" w:type="dxa"/>
            <w:shd w:val="clear" w:color="auto" w:fill="FFF5DD"/>
            <w:tcMar>
              <w:top w:w="135" w:type="dxa"/>
              <w:left w:w="160" w:type="dxa"/>
              <w:bottom w:w="130" w:type="dxa"/>
              <w:right w:w="160" w:type="dxa"/>
            </w:tcMar>
          </w:tcPr>
          <w:p w14:paraId="7F19C0AC" w14:textId="77777777" w:rsidR="00EC16E4" w:rsidRDefault="00000000">
            <w:pPr>
              <w:spacing w:after="60"/>
            </w:pPr>
            <w:r>
              <w:rPr>
                <w:b/>
                <w:color w:val="307150"/>
              </w:rPr>
              <w:t>Constraints 限制</w:t>
            </w:r>
            <w:r>
              <w:t>｜例：不能亂猜、沒有資料就寫待確認</w:t>
            </w:r>
          </w:p>
          <w:p w14:paraId="1A017EE6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</w:pPr>
            <w:r>
              <w:t xml:space="preserve">  </w:t>
            </w:r>
          </w:p>
          <w:p w14:paraId="466DED22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</w:pPr>
            <w:r>
              <w:t xml:space="preserve">  </w:t>
            </w:r>
          </w:p>
        </w:tc>
      </w:tr>
    </w:tbl>
    <w:p w14:paraId="63C431D7" w14:textId="77777777" w:rsidR="00EC16E4" w:rsidRDefault="00EC16E4">
      <w:pPr>
        <w:spacing w:after="40"/>
      </w:pPr>
    </w:p>
    <w:p w14:paraId="78B8E636" w14:textId="77777777" w:rsidR="00EC16E4" w:rsidRDefault="00000000">
      <w:pPr>
        <w:keepNext/>
        <w:spacing w:before="140" w:after="120"/>
      </w:pPr>
      <w:r>
        <w:rPr>
          <w:b/>
          <w:color w:val="307150"/>
          <w:sz w:val="26"/>
        </w:rPr>
        <w:t>把 6 格組成完整 Prompt</w:t>
      </w:r>
    </w:p>
    <w:p w14:paraId="6864A60B" w14:textId="77777777" w:rsidR="00EC16E4" w:rsidRDefault="00000000">
      <w:pPr>
        <w:spacing w:after="60"/>
      </w:pPr>
      <w:r>
        <w:t>請扮演：____________________________________</w:t>
      </w:r>
    </w:p>
    <w:p w14:paraId="7842DAB8" w14:textId="77777777" w:rsidR="00EC16E4" w:rsidRDefault="00000000">
      <w:pPr>
        <w:spacing w:after="60"/>
      </w:pPr>
      <w:r>
        <w:t>情境是：____________________________________</w:t>
      </w:r>
    </w:p>
    <w:p w14:paraId="37CDC62C" w14:textId="77777777" w:rsidR="00EC16E4" w:rsidRDefault="00000000">
      <w:pPr>
        <w:spacing w:after="60"/>
      </w:pPr>
      <w:r>
        <w:t>請幫我完成：____________________________________</w:t>
      </w:r>
    </w:p>
    <w:p w14:paraId="6C384D3D" w14:textId="77777777" w:rsidR="00EC16E4" w:rsidRDefault="00000000">
      <w:pPr>
        <w:spacing w:after="60"/>
      </w:pPr>
      <w:r>
        <w:t>以下是已確認資料：____________________________________</w:t>
      </w:r>
    </w:p>
    <w:p w14:paraId="46F81366" w14:textId="77777777" w:rsidR="00EC16E4" w:rsidRDefault="00000000">
      <w:pPr>
        <w:spacing w:after="60"/>
      </w:pPr>
      <w:r>
        <w:t>請用這種格式輸出：____________________________________</w:t>
      </w:r>
    </w:p>
    <w:p w14:paraId="360CFBCF" w14:textId="77777777" w:rsidR="00EC16E4" w:rsidRDefault="00000000">
      <w:pPr>
        <w:spacing w:after="60"/>
      </w:pPr>
      <w:r>
        <w:t>請遵守這些限制：____________________________________</w:t>
      </w:r>
    </w:p>
    <w:p w14:paraId="2B25002E" w14:textId="77777777" w:rsidR="00EC16E4" w:rsidRDefault="00000000">
      <w:pPr>
        <w:pageBreakBefore/>
        <w:spacing w:after="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6CA9CF43" wp14:editId="4981329A">
            <wp:extent cx="6391656" cy="7986722"/>
            <wp:effectExtent l="0" t="0" r="0" b="0"/>
            <wp:docPr id="9" name="Picture 9" descr="P09 第2週課程教學海報：先問一次再改一次" title="P09 先問一次再改一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先問再改的_aigc_學習流程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91656" cy="7986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49F3B" w14:textId="77777777" w:rsidR="00EC16E4" w:rsidRDefault="00000000">
      <w:pPr>
        <w:keepNext/>
        <w:pageBreakBefore/>
        <w:spacing w:before="120" w:after="220"/>
        <w:rPr>
          <w:lang w:eastAsia="zh-TW"/>
        </w:rPr>
      </w:pPr>
      <w:r>
        <w:rPr>
          <w:b/>
          <w:color w:val="307150"/>
          <w:sz w:val="32"/>
          <w:lang w:eastAsia="zh-TW"/>
        </w:rPr>
        <w:lastRenderedPageBreak/>
        <w:t>七、實作：先問一次，再改一次</w:t>
      </w:r>
    </w:p>
    <w:p w14:paraId="0BDD6EF5" w14:textId="77777777" w:rsidR="00EC16E4" w:rsidRDefault="00000000">
      <w:pPr>
        <w:spacing w:after="120"/>
      </w:pPr>
      <w:proofErr w:type="spellStart"/>
      <w:r>
        <w:t>把剛才寫好的</w:t>
      </w:r>
      <w:proofErr w:type="spellEnd"/>
      <w:r>
        <w:t xml:space="preserve"> Prompt </w:t>
      </w:r>
      <w:proofErr w:type="spellStart"/>
      <w:r>
        <w:t>拿去問</w:t>
      </w:r>
      <w:proofErr w:type="spellEnd"/>
      <w:r>
        <w:t xml:space="preserve"> </w:t>
      </w:r>
      <w:proofErr w:type="spellStart"/>
      <w:r>
        <w:t>AI。不要追求一次就完美，先看</w:t>
      </w:r>
      <w:proofErr w:type="spellEnd"/>
      <w:r>
        <w:t xml:space="preserve"> AI 給你的第一版草稿，再做第 2 輪修正。</w:t>
      </w:r>
    </w:p>
    <w:p w14:paraId="48F65C49" w14:textId="77777777" w:rsidR="00EC16E4" w:rsidRDefault="00000000">
      <w:pPr>
        <w:pStyle w:val="a0"/>
        <w:spacing w:line="305" w:lineRule="auto"/>
        <w:rPr>
          <w:lang w:eastAsia="zh-TW"/>
        </w:rPr>
      </w:pPr>
      <w:r>
        <w:rPr>
          <w:lang w:eastAsia="zh-TW"/>
        </w:rPr>
        <w:t>第 1 輪：先看方向對不對。</w:t>
      </w:r>
    </w:p>
    <w:p w14:paraId="2E3F2799" w14:textId="77777777" w:rsidR="00EC16E4" w:rsidRDefault="00000000">
      <w:pPr>
        <w:pStyle w:val="a0"/>
        <w:spacing w:line="305" w:lineRule="auto"/>
        <w:rPr>
          <w:lang w:eastAsia="zh-TW"/>
        </w:rPr>
      </w:pPr>
      <w:r>
        <w:rPr>
          <w:lang w:eastAsia="zh-TW"/>
        </w:rPr>
        <w:t>第 2 輪：補資料、改語氣、修正錯誤、指定格式。</w:t>
      </w:r>
    </w:p>
    <w:p w14:paraId="47DEF292" w14:textId="77777777" w:rsidR="00EC16E4" w:rsidRDefault="00000000">
      <w:pPr>
        <w:pStyle w:val="a0"/>
        <w:spacing w:line="305" w:lineRule="auto"/>
        <w:rPr>
          <w:lang w:eastAsia="zh-TW"/>
        </w:rPr>
      </w:pPr>
      <w:r>
        <w:rPr>
          <w:lang w:eastAsia="zh-TW"/>
        </w:rPr>
        <w:t>最後：把重要資訊回到原始來源再看一次。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08"/>
      </w:tblGrid>
      <w:tr w:rsidR="00EC16E4" w14:paraId="33FB7374" w14:textId="77777777">
        <w:tc>
          <w:tcPr>
            <w:tcW w:w="10108" w:type="dxa"/>
            <w:shd w:val="clear" w:color="auto" w:fill="EFF7F0"/>
            <w:tcMar>
              <w:top w:w="125" w:type="dxa"/>
              <w:left w:w="170" w:type="dxa"/>
              <w:bottom w:w="125" w:type="dxa"/>
              <w:right w:w="170" w:type="dxa"/>
            </w:tcMar>
          </w:tcPr>
          <w:p w14:paraId="4F0CAAA6" w14:textId="77777777" w:rsidR="00EC16E4" w:rsidRDefault="00000000">
            <w:pPr>
              <w:spacing w:after="0"/>
              <w:rPr>
                <w:lang w:eastAsia="zh-TW"/>
              </w:rPr>
            </w:pPr>
            <w:r>
              <w:rPr>
                <w:b/>
                <w:color w:val="307150"/>
                <w:lang w:eastAsia="zh-TW"/>
              </w:rPr>
              <w:t>常用追問句：</w:t>
            </w:r>
            <w:r>
              <w:rPr>
                <w:lang w:eastAsia="zh-TW"/>
              </w:rPr>
              <w:t>例如：「請改成條列式」、「請把沒有根據的地方標出來」、「請保留事實，不要自行補充價格或數量」。</w:t>
            </w:r>
          </w:p>
        </w:tc>
      </w:tr>
    </w:tbl>
    <w:p w14:paraId="5088F81D" w14:textId="77777777" w:rsidR="00EC16E4" w:rsidRDefault="00EC16E4">
      <w:pPr>
        <w:spacing w:after="80"/>
        <w:rPr>
          <w:lang w:eastAsia="zh-T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08"/>
      </w:tblGrid>
      <w:tr w:rsidR="00EC16E4" w14:paraId="4A1225F1" w14:textId="77777777">
        <w:tc>
          <w:tcPr>
            <w:tcW w:w="10108" w:type="dxa"/>
            <w:shd w:val="clear" w:color="auto" w:fill="F4F7F5"/>
            <w:tcMar>
              <w:top w:w="135" w:type="dxa"/>
              <w:left w:w="160" w:type="dxa"/>
              <w:bottom w:w="130" w:type="dxa"/>
              <w:right w:w="160" w:type="dxa"/>
            </w:tcMar>
          </w:tcPr>
          <w:p w14:paraId="31A35B9C" w14:textId="77777777" w:rsidR="00EC16E4" w:rsidRDefault="00000000">
            <w:pPr>
              <w:spacing w:after="60"/>
              <w:rPr>
                <w:lang w:eastAsia="zh-TW"/>
              </w:rPr>
            </w:pPr>
            <w:r>
              <w:rPr>
                <w:b/>
                <w:color w:val="307150"/>
                <w:lang w:eastAsia="zh-TW"/>
              </w:rPr>
              <w:t>第一次 AI 回答中，我想修正的地方</w:t>
            </w:r>
            <w:r>
              <w:rPr>
                <w:lang w:eastAsia="zh-TW"/>
              </w:rPr>
              <w:t>｜例如：語氣、長度、錯誤資訊</w:t>
            </w:r>
          </w:p>
          <w:p w14:paraId="62FE38CD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  </w:t>
            </w:r>
          </w:p>
          <w:p w14:paraId="4DD5F51A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  </w:t>
            </w:r>
          </w:p>
          <w:p w14:paraId="2428BE1D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  </w:t>
            </w:r>
          </w:p>
        </w:tc>
      </w:tr>
    </w:tbl>
    <w:p w14:paraId="35466C5D" w14:textId="77777777" w:rsidR="00EC16E4" w:rsidRDefault="00EC16E4">
      <w:pPr>
        <w:spacing w:after="40"/>
        <w:rPr>
          <w:lang w:eastAsia="zh-T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08"/>
      </w:tblGrid>
      <w:tr w:rsidR="00EC16E4" w14:paraId="3957E3A0" w14:textId="77777777">
        <w:tc>
          <w:tcPr>
            <w:tcW w:w="10108" w:type="dxa"/>
            <w:shd w:val="clear" w:color="auto" w:fill="FFF7E8"/>
            <w:tcMar>
              <w:top w:w="135" w:type="dxa"/>
              <w:left w:w="160" w:type="dxa"/>
              <w:bottom w:w="130" w:type="dxa"/>
              <w:right w:w="160" w:type="dxa"/>
            </w:tcMar>
          </w:tcPr>
          <w:p w14:paraId="69B7EF25" w14:textId="77777777" w:rsidR="00EC16E4" w:rsidRDefault="00000000">
            <w:pPr>
              <w:spacing w:after="60"/>
              <w:rPr>
                <w:lang w:eastAsia="zh-TW"/>
              </w:rPr>
            </w:pPr>
            <w:r>
              <w:rPr>
                <w:b/>
                <w:color w:val="307150"/>
                <w:lang w:eastAsia="zh-TW"/>
              </w:rPr>
              <w:t>第二次我如何追問</w:t>
            </w:r>
            <w:r>
              <w:rPr>
                <w:lang w:eastAsia="zh-TW"/>
              </w:rPr>
              <w:t>｜簡單寫出再追問的一句話</w:t>
            </w:r>
          </w:p>
          <w:p w14:paraId="505E4398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  </w:t>
            </w:r>
          </w:p>
          <w:p w14:paraId="4B54004D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  </w:t>
            </w:r>
          </w:p>
          <w:p w14:paraId="709C5AE4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  </w:t>
            </w:r>
          </w:p>
        </w:tc>
      </w:tr>
    </w:tbl>
    <w:p w14:paraId="7BC44245" w14:textId="77777777" w:rsidR="00EC16E4" w:rsidRDefault="00EC16E4">
      <w:pPr>
        <w:spacing w:after="40"/>
        <w:rPr>
          <w:lang w:eastAsia="zh-TW"/>
        </w:rPr>
      </w:pPr>
    </w:p>
    <w:p w14:paraId="332F4668" w14:textId="77777777" w:rsidR="00EC16E4" w:rsidRDefault="00000000">
      <w:pPr>
        <w:pageBreakBefore/>
        <w:spacing w:after="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7C7F221F" wp14:editId="344CF9D8">
            <wp:extent cx="6391656" cy="7986722"/>
            <wp:effectExtent l="0" t="0" r="0" b="0"/>
            <wp:docPr id="10" name="Picture 10" descr="P10 第2週課程教學海報：AI安全使用基本守則" title="P10 AI安全使用基本守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_安全使用基本守則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91656" cy="7986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CC8A4" w14:textId="77777777" w:rsidR="00EC16E4" w:rsidRDefault="00000000">
      <w:pPr>
        <w:keepNext/>
        <w:pageBreakBefore/>
        <w:spacing w:before="120" w:after="220"/>
        <w:rPr>
          <w:lang w:eastAsia="zh-TW"/>
        </w:rPr>
      </w:pPr>
      <w:r>
        <w:rPr>
          <w:b/>
          <w:color w:val="307150"/>
          <w:sz w:val="32"/>
          <w:lang w:eastAsia="zh-TW"/>
        </w:rPr>
        <w:lastRenderedPageBreak/>
        <w:t>八、AI 使用安全基本守則</w:t>
      </w:r>
    </w:p>
    <w:p w14:paraId="7A9A12A4" w14:textId="77777777" w:rsidR="00EC16E4" w:rsidRDefault="00000000">
      <w:pPr>
        <w:pStyle w:val="a0"/>
        <w:spacing w:line="305" w:lineRule="auto"/>
        <w:rPr>
          <w:lang w:eastAsia="zh-TW"/>
        </w:rPr>
      </w:pPr>
      <w:r>
        <w:rPr>
          <w:lang w:eastAsia="zh-TW"/>
        </w:rPr>
        <w:t>不要直接貼上身分證字號、銀行帳號、密碼、醫療隱私等敏感資料。</w:t>
      </w:r>
    </w:p>
    <w:p w14:paraId="03CA2055" w14:textId="77777777" w:rsidR="00EC16E4" w:rsidRDefault="00000000">
      <w:pPr>
        <w:pStyle w:val="a0"/>
        <w:spacing w:line="305" w:lineRule="auto"/>
        <w:rPr>
          <w:lang w:eastAsia="zh-TW"/>
        </w:rPr>
      </w:pPr>
      <w:r>
        <w:rPr>
          <w:lang w:eastAsia="zh-TW"/>
        </w:rPr>
        <w:t>公司的內部文件、尚未公開的資料，也要先確認能不能上傳。</w:t>
      </w:r>
    </w:p>
    <w:p w14:paraId="7C470F01" w14:textId="77777777" w:rsidR="00EC16E4" w:rsidRDefault="00000000">
      <w:pPr>
        <w:pStyle w:val="a0"/>
        <w:spacing w:line="305" w:lineRule="auto"/>
        <w:rPr>
          <w:lang w:eastAsia="zh-TW"/>
        </w:rPr>
      </w:pPr>
      <w:r>
        <w:rPr>
          <w:lang w:eastAsia="zh-TW"/>
        </w:rPr>
        <w:t>如果資料不能外流，就不要直接丟進公開的 AI 服務。</w:t>
      </w:r>
    </w:p>
    <w:p w14:paraId="4D17870F" w14:textId="77777777" w:rsidR="00EC16E4" w:rsidRDefault="00000000">
      <w:pPr>
        <w:keepNext/>
        <w:spacing w:before="140" w:after="120"/>
        <w:rPr>
          <w:lang w:eastAsia="zh-TW"/>
        </w:rPr>
      </w:pPr>
      <w:r>
        <w:rPr>
          <w:b/>
          <w:color w:val="307150"/>
          <w:sz w:val="26"/>
          <w:lang w:eastAsia="zh-TW"/>
        </w:rPr>
        <w:t>本週成果卡｜完成後自己打勾</w:t>
      </w:r>
    </w:p>
    <w:p w14:paraId="1AA5214B" w14:textId="77777777" w:rsidR="00EC16E4" w:rsidRDefault="00000000">
      <w:pPr>
        <w:spacing w:after="80"/>
        <w:rPr>
          <w:lang w:eastAsia="zh-TW"/>
        </w:rPr>
      </w:pPr>
      <w:r>
        <w:rPr>
          <w:lang w:eastAsia="zh-TW"/>
        </w:rPr>
        <w:t>□ 我能用簡單的話說明什麼是生成式 AI。</w:t>
      </w:r>
    </w:p>
    <w:p w14:paraId="4BFB01BA" w14:textId="77777777" w:rsidR="00EC16E4" w:rsidRDefault="00000000">
      <w:pPr>
        <w:spacing w:after="80"/>
        <w:rPr>
          <w:lang w:eastAsia="zh-TW"/>
        </w:rPr>
      </w:pPr>
      <w:r>
        <w:rPr>
          <w:lang w:eastAsia="zh-TW"/>
        </w:rPr>
        <w:t>□ 我知道搜尋引擎和生成式 AI 的差別。</w:t>
      </w:r>
    </w:p>
    <w:p w14:paraId="777E2159" w14:textId="77777777" w:rsidR="00EC16E4" w:rsidRDefault="00000000">
      <w:pPr>
        <w:spacing w:after="80"/>
        <w:rPr>
          <w:lang w:eastAsia="zh-TW"/>
        </w:rPr>
      </w:pPr>
      <w:r>
        <w:rPr>
          <w:lang w:eastAsia="zh-TW"/>
        </w:rPr>
        <w:t>□ 我知道重要資訊不能只看 AI 回答。</w:t>
      </w:r>
    </w:p>
    <w:p w14:paraId="3CD238EF" w14:textId="77777777" w:rsidR="00EC16E4" w:rsidRDefault="00000000">
      <w:pPr>
        <w:spacing w:after="80"/>
        <w:rPr>
          <w:lang w:eastAsia="zh-TW"/>
        </w:rPr>
      </w:pPr>
      <w:r>
        <w:rPr>
          <w:lang w:eastAsia="zh-TW"/>
        </w:rPr>
        <w:t>□ 我完成至少 1 次查證。</w:t>
      </w:r>
    </w:p>
    <w:p w14:paraId="67DF0E5A" w14:textId="77777777" w:rsidR="00EC16E4" w:rsidRDefault="00000000">
      <w:pPr>
        <w:spacing w:after="80"/>
        <w:rPr>
          <w:lang w:eastAsia="zh-TW"/>
        </w:rPr>
      </w:pPr>
      <w:r>
        <w:rPr>
          <w:lang w:eastAsia="zh-TW"/>
        </w:rPr>
        <w:t>□ 我完成 1 個自己的 6 格 Prompt。</w:t>
      </w:r>
    </w:p>
    <w:p w14:paraId="73367141" w14:textId="77777777" w:rsidR="00EC16E4" w:rsidRDefault="00000000">
      <w:pPr>
        <w:spacing w:after="80"/>
        <w:rPr>
          <w:lang w:eastAsia="zh-TW"/>
        </w:rPr>
      </w:pPr>
      <w:r>
        <w:rPr>
          <w:lang w:eastAsia="zh-TW"/>
        </w:rPr>
        <w:t>□ 我知道哪些資料不適合直接輸入 AI。</w:t>
      </w:r>
    </w:p>
    <w:p w14:paraId="0AA3AD4C" w14:textId="77777777" w:rsidR="00EC16E4" w:rsidRDefault="00000000">
      <w:pPr>
        <w:keepNext/>
        <w:spacing w:before="140" w:after="120"/>
        <w:rPr>
          <w:lang w:eastAsia="zh-TW"/>
        </w:rPr>
      </w:pPr>
      <w:r>
        <w:rPr>
          <w:b/>
          <w:color w:val="307150"/>
          <w:sz w:val="26"/>
          <w:lang w:eastAsia="zh-TW"/>
        </w:rPr>
        <w:t>課後練習｜帶一個真實問題回家</w:t>
      </w:r>
    </w:p>
    <w:p w14:paraId="443BF8A1" w14:textId="77777777" w:rsidR="00EC16E4" w:rsidRDefault="00000000">
      <w:pPr>
        <w:spacing w:after="120"/>
        <w:rPr>
          <w:lang w:eastAsia="zh-TW"/>
        </w:rPr>
      </w:pPr>
      <w:r>
        <w:rPr>
          <w:lang w:eastAsia="zh-TW"/>
        </w:rPr>
        <w:t>請選一個你真的會遇到的需求，例如：寫貼文、整理活動資訊、規劃行程、設計課程標題。</w:t>
      </w:r>
    </w:p>
    <w:p w14:paraId="4BBDFEEC" w14:textId="77777777" w:rsidR="00EC16E4" w:rsidRDefault="00000000">
      <w:pPr>
        <w:spacing w:after="120"/>
        <w:rPr>
          <w:lang w:eastAsia="zh-TW"/>
        </w:rPr>
      </w:pPr>
      <w:r>
        <w:rPr>
          <w:lang w:eastAsia="zh-TW"/>
        </w:rPr>
        <w:t>用今天的 6 格 Prompt 問 AI 一次，並查證其中至少 1 個日期、數字、名稱或規則。下週帶著你的 Prompt、AI 回答與查證結果回來。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08"/>
      </w:tblGrid>
      <w:tr w:rsidR="00EC16E4" w14:paraId="0FA72CB6" w14:textId="77777777">
        <w:tc>
          <w:tcPr>
            <w:tcW w:w="10108" w:type="dxa"/>
            <w:shd w:val="clear" w:color="auto" w:fill="F4F7F5"/>
            <w:tcMar>
              <w:top w:w="135" w:type="dxa"/>
              <w:left w:w="160" w:type="dxa"/>
              <w:bottom w:w="130" w:type="dxa"/>
              <w:right w:w="160" w:type="dxa"/>
            </w:tcMar>
          </w:tcPr>
          <w:p w14:paraId="52E973AF" w14:textId="77777777" w:rsidR="00EC16E4" w:rsidRDefault="00000000">
            <w:pPr>
              <w:spacing w:after="60"/>
              <w:rPr>
                <w:lang w:eastAsia="zh-TW"/>
              </w:rPr>
            </w:pPr>
            <w:r>
              <w:rPr>
                <w:b/>
                <w:color w:val="307150"/>
                <w:lang w:eastAsia="zh-TW"/>
              </w:rPr>
              <w:t>自由筆記</w:t>
            </w:r>
            <w:r>
              <w:rPr>
                <w:lang w:eastAsia="zh-TW"/>
              </w:rPr>
              <w:t>｜重要的操作步驟或你還想問的問題</w:t>
            </w:r>
          </w:p>
          <w:p w14:paraId="6107D325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  </w:t>
            </w:r>
          </w:p>
          <w:p w14:paraId="043C12BA" w14:textId="77777777" w:rsidR="00EC16E4" w:rsidRDefault="00000000">
            <w:pPr>
              <w:pBdr>
                <w:bottom w:val="single" w:sz="4" w:space="0" w:color="C3CCC5"/>
              </w:pBdr>
              <w:spacing w:line="288" w:lineRule="auto"/>
              <w:rPr>
                <w:lang w:eastAsia="zh-TW"/>
              </w:rPr>
            </w:pPr>
            <w:r>
              <w:rPr>
                <w:lang w:eastAsia="zh-TW"/>
              </w:rPr>
              <w:t xml:space="preserve">  </w:t>
            </w:r>
          </w:p>
        </w:tc>
      </w:tr>
    </w:tbl>
    <w:p w14:paraId="1B6AEC01" w14:textId="77777777" w:rsidR="00EC16E4" w:rsidRDefault="00EC16E4">
      <w:pPr>
        <w:spacing w:after="40"/>
        <w:rPr>
          <w:lang w:eastAsia="zh-TW"/>
        </w:rPr>
      </w:pPr>
    </w:p>
    <w:sectPr w:rsidR="00EC16E4" w:rsidSect="00034616">
      <w:footerReference w:type="default" r:id="rId18"/>
      <w:pgSz w:w="12240" w:h="15840"/>
      <w:pgMar w:top="1008" w:right="1066" w:bottom="878" w:left="1066" w:header="346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A645A" w14:textId="77777777" w:rsidR="00F97976" w:rsidRDefault="00F97976">
      <w:pPr>
        <w:spacing w:after="0" w:line="240" w:lineRule="auto"/>
      </w:pPr>
      <w:r>
        <w:separator/>
      </w:r>
    </w:p>
  </w:endnote>
  <w:endnote w:type="continuationSeparator" w:id="0">
    <w:p w14:paraId="2C080DF0" w14:textId="77777777" w:rsidR="00F97976" w:rsidRDefault="00F9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T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B9497" w14:textId="77777777" w:rsidR="00EC16E4" w:rsidRDefault="00000000">
    <w:pPr>
      <w:pStyle w:val="a7"/>
      <w:jc w:val="center"/>
      <w:rPr>
        <w:lang w:eastAsia="zh-TW"/>
      </w:rPr>
    </w:pPr>
    <w:r>
      <w:rPr>
        <w:color w:val="697176"/>
        <w:lang w:eastAsia="zh-TW"/>
      </w:rPr>
      <w:t>雲林縣山線社區大學｜第 2 週學員講義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EB5F7" w14:textId="77777777" w:rsidR="00F97976" w:rsidRDefault="00F97976">
      <w:pPr>
        <w:spacing w:after="0" w:line="240" w:lineRule="auto"/>
      </w:pPr>
      <w:r>
        <w:separator/>
      </w:r>
    </w:p>
  </w:footnote>
  <w:footnote w:type="continuationSeparator" w:id="0">
    <w:p w14:paraId="5D55F234" w14:textId="77777777" w:rsidR="00F97976" w:rsidRDefault="00F97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7765580">
    <w:abstractNumId w:val="8"/>
  </w:num>
  <w:num w:numId="2" w16cid:durableId="540677003">
    <w:abstractNumId w:val="6"/>
  </w:num>
  <w:num w:numId="3" w16cid:durableId="1018046427">
    <w:abstractNumId w:val="5"/>
  </w:num>
  <w:num w:numId="4" w16cid:durableId="1215703832">
    <w:abstractNumId w:val="4"/>
  </w:num>
  <w:num w:numId="5" w16cid:durableId="1515145349">
    <w:abstractNumId w:val="7"/>
  </w:num>
  <w:num w:numId="6" w16cid:durableId="1932935101">
    <w:abstractNumId w:val="3"/>
  </w:num>
  <w:num w:numId="7" w16cid:durableId="415445965">
    <w:abstractNumId w:val="2"/>
  </w:num>
  <w:num w:numId="8" w16cid:durableId="377632656">
    <w:abstractNumId w:val="1"/>
  </w:num>
  <w:num w:numId="9" w16cid:durableId="1121263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6BAD"/>
    <w:rsid w:val="00AA1D8D"/>
    <w:rsid w:val="00B47730"/>
    <w:rsid w:val="00CB0664"/>
    <w:rsid w:val="00EC16E4"/>
    <w:rsid w:val="00F97976"/>
    <w:rsid w:val="00FB77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696770"/>
  <w14:defaultImageDpi w14:val="300"/>
  <w15:docId w15:val="{F83138C5-71F0-4DC4-A04D-B45BC055F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300" w:lineRule="auto"/>
    </w:pPr>
    <w:rPr>
      <w:rFonts w:ascii="Noto Sans CJK TC" w:eastAsia="Noto Sans CJK TC" w:hAnsi="Noto Sans CJK TC"/>
      <w:color w:val="2D3438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雲林縣山線社區大學｜第2週認識生成式AI（10張海報圖解整合學員講義）</dc:title>
  <dc:subject>生成式 AI、搜尋與查證、Prompt 入門；包含10張完整海報與實作練習</dc:subject>
  <dc:creator/>
  <cp:keywords/>
  <dc:description>generated by python-docx</dc:description>
  <cp:lastModifiedBy>孟堅 歐</cp:lastModifiedBy>
  <cp:revision>2</cp:revision>
  <dcterms:created xsi:type="dcterms:W3CDTF">2013-12-23T23:15:00Z</dcterms:created>
  <dcterms:modified xsi:type="dcterms:W3CDTF">2026-10-16T23:44:00Z</dcterms:modified>
  <cp:category/>
</cp:coreProperties>
</file>