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0" w:after="200"/>
        <w:jc w:val="center"/>
      </w:pPr>
      <w:r>
        <w:rPr>
          <w:rFonts w:ascii="Noto Sans CJK TC" w:hAnsi="Noto Sans CJK TC" w:eastAsia="Noto Sans CJK TC"/>
          <w:b/>
          <w:color w:val="2F6F62"/>
          <w:sz w:val="28"/>
        </w:rPr>
        <w:t>雲林縣虎尾溪社區大學</w:t>
      </w:r>
    </w:p>
    <w:p>
      <w:pPr>
        <w:spacing w:after="160"/>
        <w:jc w:val="center"/>
      </w:pPr>
      <w:r>
        <w:rPr>
          <w:rFonts w:ascii="Noto Sans CJK TC" w:hAnsi="Noto Sans CJK TC" w:eastAsia="Noto Sans CJK TC"/>
          <w:b/>
          <w:color w:val="24584E"/>
          <w:sz w:val="54"/>
        </w:rPr>
        <w:t>AI 小幫手養成班</w:t>
      </w:r>
    </w:p>
    <w:p>
      <w:pPr>
        <w:spacing w:after="280"/>
        <w:jc w:val="center"/>
      </w:pPr>
      <w:r>
        <w:rPr>
          <w:rFonts w:ascii="Noto Sans CJK TC" w:hAnsi="Noto Sans CJK TC" w:eastAsia="Noto Sans CJK TC"/>
          <w:b/>
          <w:color w:val="2F6F62"/>
          <w:sz w:val="40"/>
        </w:rPr>
        <w:t>第五週學員講義</w:t>
      </w:r>
    </w:p>
    <w:p>
      <w:pPr>
        <w:spacing w:after="560"/>
        <w:jc w:val="center"/>
      </w:pPr>
      <w:r>
        <w:rPr>
          <w:rFonts w:ascii="Noto Sans CJK TC" w:hAnsi="Noto Sans CJK TC" w:eastAsia="Noto Sans CJK TC"/>
          <w:b/>
          <w:color w:val="1F1F1F"/>
          <w:sz w:val="30"/>
        </w:rPr>
        <w:t>百工百業案例二：餐飲、旅宿、服務業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FFF7D6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B58A16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B58A16"/>
                <w:sz w:val="24"/>
              </w:rPr>
              <w:t>本週核心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把每天重複做的工作，整理成 AI 聽得懂、做得到，而且不亂猜的任務。</w:t>
            </w:r>
          </w:p>
        </w:tc>
      </w:tr>
    </w:tbl>
    <w:p>
      <w:pPr>
        <w:spacing w:after="20"/>
      </w:pPr>
    </w:p>
    <w:p>
      <w:pPr>
        <w:spacing w:before="360" w:after="320" w:line="300" w:lineRule="auto"/>
        <w:jc w:val="center"/>
      </w:pPr>
      <w:r>
        <w:rPr>
          <w:rFonts w:ascii="Noto Sans CJK TC" w:hAnsi="Noto Sans CJK TC" w:eastAsia="Noto Sans CJK TC"/>
          <w:b w:val="0"/>
          <w:color w:val="666666"/>
          <w:sz w:val="22"/>
        </w:rPr>
        <w:t>學員姓名：____________________________    日期：________________</w:t>
      </w:r>
    </w:p>
    <w:p>
      <w:pPr>
        <w:spacing w:before="0" w:after="40" w:line="300" w:lineRule="auto"/>
        <w:jc w:val="center"/>
      </w:pPr>
      <w:r>
        <w:rPr>
          <w:rFonts w:ascii="Noto Sans CJK TC" w:hAnsi="Noto Sans CJK TC" w:eastAsia="Noto Sans CJK TC"/>
          <w:b w:val="0"/>
          <w:color w:val="666666"/>
          <w:sz w:val="20"/>
        </w:rPr>
        <w:t>115 年度第二學期｜授課講師：歐孟堅</w:t>
      </w:r>
    </w:p>
    <w:p>
      <w:r>
        <w:br w:type="page"/>
      </w:r>
    </w:p>
    <w:p>
      <w:pPr>
        <w:keepNext/>
        <w:spacing w:before="240" w:after="100"/>
      </w:pPr>
      <w:r>
        <w:rPr>
          <w:rFonts w:ascii="Noto Sans CJK TC" w:hAnsi="Noto Sans CJK TC" w:eastAsia="Noto Sans CJK TC"/>
          <w:b/>
          <w:color w:val="F3C64E"/>
          <w:sz w:val="34"/>
        </w:rPr>
        <w:t xml:space="preserve">01  </w:t>
      </w:r>
      <w:r>
        <w:rPr>
          <w:rFonts w:ascii="Noto Sans CJK TC" w:hAnsi="Noto Sans CJK TC" w:eastAsia="Noto Sans CJK TC"/>
          <w:b/>
          <w:color w:val="24584E"/>
          <w:sz w:val="34"/>
        </w:rPr>
        <w:t>今天要學什麼？</w:t>
      </w:r>
    </w:p>
    <w:p>
      <w:pPr>
        <w:spacing w:before="0" w:after="120" w:line="300" w:lineRule="auto"/>
      </w:pPr>
      <w:r>
        <w:rPr>
          <w:rFonts w:ascii="Noto Sans CJK TC" w:hAnsi="Noto Sans CJK TC" w:eastAsia="Noto Sans CJK TC"/>
          <w:b w:val="0"/>
          <w:color w:val="1F1F1F"/>
          <w:sz w:val="23"/>
        </w:rPr>
        <w:t>前幾週我們已經從「認識生成式 AI」一路練習到提示詞、AI 助理角色卡，以及農業／市集／零售案例。第五週把同一套方法帶進餐飲、旅宿與服務業。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EAF4F1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2F6F62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2F6F62"/>
                <w:sz w:val="24"/>
              </w:rPr>
              <w:t>今天不是要學更複雜的技術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而是練習把「重複問答、服務資訊、客服回覆」整理成 AI 可以協助的工作。</w:t>
            </w:r>
          </w:p>
        </w:tc>
      </w:tr>
    </w:tbl>
    <w:p>
      <w:pPr>
        <w:spacing w:after="20"/>
      </w:pPr>
    </w:p>
    <w:p>
      <w:pPr>
        <w:keepNext/>
        <w:spacing w:before="160" w:after="100"/>
      </w:pPr>
      <w:r>
        <w:rPr>
          <w:rFonts w:ascii="Noto Sans CJK TC" w:hAnsi="Noto Sans CJK TC" w:eastAsia="Noto Sans CJK TC"/>
          <w:b/>
          <w:color w:val="2F6F62"/>
          <w:sz w:val="27"/>
        </w:rPr>
        <w:t>本週學習目標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找出餐飲、旅宿、服務業中適合交給 AI 協助的工作。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把自己的需求整理成清楚的提示詞。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使用 AI 協助撰寫客服回覆、介紹文案、FAQ 與服務說明。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判斷 AI 回答中哪些內容需要人工確認。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開始整理一套屬於自己的「工作 AI 小幫手」。</w:t>
      </w:r>
    </w:p>
    <w:p>
      <w:pPr>
        <w:keepNext/>
        <w:spacing w:before="160" w:after="100"/>
      </w:pPr>
      <w:r>
        <w:rPr>
          <w:rFonts w:ascii="Noto Sans CJK TC" w:hAnsi="Noto Sans CJK TC" w:eastAsia="Noto Sans CJK TC"/>
          <w:b/>
          <w:color w:val="2F6F62"/>
          <w:sz w:val="27"/>
        </w:rPr>
        <w:t>先想一件事：你的工作每天重複什麼？</w:t>
      </w:r>
    </w:p>
    <w:p>
      <w:pPr>
        <w:spacing w:before="0" w:after="120" w:line="300" w:lineRule="auto"/>
      </w:pPr>
      <w:r>
        <w:rPr>
          <w:rFonts w:ascii="Noto Sans CJK TC" w:hAnsi="Noto Sans CJK TC" w:eastAsia="Noto Sans CJK TC"/>
          <w:b w:val="0"/>
          <w:color w:val="1F1F1F"/>
          <w:sz w:val="23"/>
        </w:rPr>
        <w:t>AI 最適合協助的，不一定是最困難的工作。很多時候，最適合從「一直重複做的事情」開始。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1728"/>
            <w:shd w:fill="24584E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  <w:tcBorders>
              <w:top w:val="single" w:sz="6" w:color="24584E"/>
              <w:left w:val="single" w:sz="6" w:color="24584E"/>
              <w:bottom w:val="single" w:sz="6" w:color="24584E"/>
              <w:right w:val="single" w:sz="6" w:color="24584E"/>
            </w:tcBorders>
          </w:tcPr>
          <w:p>
            <w:pPr>
              <w:spacing w:after="0"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類型</w:t>
            </w:r>
          </w:p>
        </w:tc>
        <w:tc>
          <w:tcPr>
            <w:tcW w:type="dxa" w:w="8064"/>
            <w:shd w:fill="24584E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  <w:tcBorders>
              <w:top w:val="single" w:sz="6" w:color="24584E"/>
              <w:left w:val="single" w:sz="6" w:color="24584E"/>
              <w:bottom w:val="single" w:sz="6" w:color="24584E"/>
              <w:right w:val="single" w:sz="6" w:color="24584E"/>
            </w:tcBorders>
          </w:tcPr>
          <w:p>
            <w:pPr>
              <w:spacing w:after="0"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常見重複問題</w:t>
            </w:r>
          </w:p>
        </w:tc>
      </w:tr>
      <w:tr>
        <w:tc>
          <w:tcPr>
            <w:tcW w:type="dxa" w:w="17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餐飲</w:t>
            </w:r>
          </w:p>
        </w:tc>
        <w:tc>
          <w:tcPr>
            <w:tcW w:type="dxa" w:w="806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今天有營業嗎？</w:t>
              <w:br/>
              <w:t>可以訂位嗎？</w:t>
              <w:br/>
              <w:t>有素食嗎？</w:t>
              <w:br/>
              <w:t>停車方便嗎？</w:t>
            </w:r>
          </w:p>
        </w:tc>
      </w:tr>
      <w:tr>
        <w:tc>
          <w:tcPr>
            <w:tcW w:type="dxa" w:w="17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旅宿</w:t>
            </w:r>
          </w:p>
        </w:tc>
        <w:tc>
          <w:tcPr>
            <w:tcW w:type="dxa" w:w="806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幾點可以入住？</w:t>
              <w:br/>
              <w:t>可以提早入住嗎？</w:t>
              <w:br/>
              <w:t>早餐幾點？</w:t>
              <w:br/>
              <w:t>附近有什麼景點？</w:t>
            </w:r>
          </w:p>
        </w:tc>
      </w:tr>
      <w:tr>
        <w:tc>
          <w:tcPr>
            <w:tcW w:type="dxa" w:w="17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服務業</w:t>
            </w:r>
          </w:p>
        </w:tc>
        <w:tc>
          <w:tcPr>
            <w:tcW w:type="dxa" w:w="806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怎麼預約？</w:t>
              <w:br/>
              <w:t>費用多少？</w:t>
              <w:br/>
              <w:t>今天還有空位嗎？</w:t>
              <w:br/>
              <w:t>要準備什麼？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F3F5F5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2F6F62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2F6F62"/>
                <w:sz w:val="24"/>
              </w:rPr>
              <w:t>共同特色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問題重複、回答有規則、需要整理資訊。這就是 AI 很適合協助的地方。</w:t>
            </w:r>
          </w:p>
        </w:tc>
      </w:tr>
    </w:tbl>
    <w:p>
      <w:pPr>
        <w:spacing w:after="20"/>
      </w:pPr>
    </w:p>
    <w:p>
      <w:pPr>
        <w:keepNext/>
        <w:spacing w:before="240" w:after="100"/>
      </w:pPr>
      <w:r>
        <w:rPr>
          <w:rFonts w:ascii="Noto Sans CJK TC" w:hAnsi="Noto Sans CJK TC" w:eastAsia="Noto Sans CJK TC"/>
          <w:b/>
          <w:color w:val="F3C64E"/>
          <w:sz w:val="34"/>
        </w:rPr>
        <w:t xml:space="preserve">02  </w:t>
      </w:r>
      <w:r>
        <w:rPr>
          <w:rFonts w:ascii="Noto Sans CJK TC" w:hAnsi="Noto Sans CJK TC" w:eastAsia="Noto Sans CJK TC"/>
          <w:b/>
          <w:color w:val="24584E"/>
          <w:sz w:val="34"/>
        </w:rPr>
        <w:t>AI 可以幫忙什麼？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1800"/>
            <w:shd w:fill="24584E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  <w:tcBorders>
              <w:top w:val="single" w:sz="6" w:color="24584E"/>
              <w:left w:val="single" w:sz="6" w:color="24584E"/>
              <w:bottom w:val="single" w:sz="6" w:color="24584E"/>
              <w:right w:val="single" w:sz="6" w:color="24584E"/>
            </w:tcBorders>
          </w:tcPr>
          <w:p>
            <w:pPr>
              <w:spacing w:after="0"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產業</w:t>
            </w:r>
          </w:p>
        </w:tc>
        <w:tc>
          <w:tcPr>
            <w:tcW w:type="dxa" w:w="7992"/>
            <w:shd w:fill="24584E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  <w:tcBorders>
              <w:top w:val="single" w:sz="6" w:color="24584E"/>
              <w:left w:val="single" w:sz="6" w:color="24584E"/>
              <w:bottom w:val="single" w:sz="6" w:color="24584E"/>
              <w:right w:val="single" w:sz="6" w:color="24584E"/>
            </w:tcBorders>
          </w:tcPr>
          <w:p>
            <w:pPr>
              <w:spacing w:after="0"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適合讓 AI 協助的任務</w:t>
            </w:r>
          </w:p>
        </w:tc>
      </w:tr>
      <w:tr>
        <w:tc>
          <w:tcPr>
            <w:tcW w:type="dxa" w:w="18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餐飲業</w:t>
            </w:r>
          </w:p>
        </w:tc>
        <w:tc>
          <w:tcPr>
            <w:tcW w:type="dxa" w:w="79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菜單資訊、餐點介紹、訂位詢問、營業資訊、FAQ、社群貼文、顧客留言、客訴回覆</w:t>
            </w:r>
          </w:p>
        </w:tc>
      </w:tr>
      <w:tr>
        <w:tc>
          <w:tcPr>
            <w:tcW w:type="dxa" w:w="18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旅宿業</w:t>
            </w:r>
          </w:p>
        </w:tc>
        <w:tc>
          <w:tcPr>
            <w:tcW w:type="dxa" w:w="79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入住／退房、停車、早餐、房型、周邊景點、交通、設施、寵物、訂房與取消規定</w:t>
            </w:r>
          </w:p>
        </w:tc>
      </w:tr>
      <w:tr>
        <w:tc>
          <w:tcPr>
            <w:tcW w:type="dxa" w:w="180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服務業</w:t>
            </w:r>
          </w:p>
        </w:tc>
        <w:tc>
          <w:tcPr>
            <w:tcW w:type="dxa" w:w="799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預約說明、客服問答、服務介紹、活動資訊、服務後追蹤、工作流程與 SOP 草稿</w:t>
            </w:r>
          </w:p>
        </w:tc>
      </w:tr>
    </w:tbl>
    <w:p>
      <w:pPr>
        <w:spacing w:after="40"/>
      </w:pPr>
    </w:p>
    <w:p>
      <w:pPr>
        <w:keepNext/>
        <w:spacing w:before="160" w:after="100"/>
      </w:pPr>
      <w:r>
        <w:rPr>
          <w:rFonts w:ascii="Noto Sans CJK TC" w:hAnsi="Noto Sans CJK TC" w:eastAsia="Noto Sans CJK TC"/>
          <w:b/>
          <w:color w:val="2F6F62"/>
          <w:sz w:val="27"/>
        </w:rPr>
        <w:t>一個重要原則</w:t>
      </w:r>
    </w:p>
    <w:p>
      <w:pPr>
        <w:spacing w:before="0" w:after="120" w:line="300" w:lineRule="auto"/>
      </w:pPr>
      <w:r>
        <w:rPr>
          <w:rFonts w:ascii="Noto Sans CJK TC" w:hAnsi="Noto Sans CJK TC" w:eastAsia="Noto Sans CJK TC"/>
          <w:b w:val="0"/>
          <w:color w:val="1F1F1F"/>
          <w:sz w:val="23"/>
        </w:rPr>
        <w:t>AI 可以幫你「整理、改寫、草擬」，但不能替你知道沒有提供的事實。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FFF7D6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B58A16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B58A16"/>
                <w:sz w:val="24"/>
              </w:rPr>
              <w:t>例：餐飲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你只提供「今天有香蕉牛奶、綠拿鐵、火龍果乾」，AI 可以整理成今日商品介紹；但沒有提供的價格、數量、口味、成分或優惠，不可以讓 AI 自行補充。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EAF4F1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2F6F62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2F6F62"/>
                <w:sz w:val="24"/>
              </w:rPr>
              <w:t>例：旅宿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如果規定是「15:00 後入住、可先寄放行李、提前入住須視房務」，AI 可以依這些規定回覆旅客；不能直接承諾一定可以提前入住。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EEF3F9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3E668C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3E668C"/>
                <w:sz w:val="24"/>
              </w:rPr>
              <w:t>例：服務業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如果 AI 沒有看到實際預約表，就不能自己回答「下午三點還有空位」。它應該協助詢問時段，並提醒需要人工確認。</w:t>
            </w:r>
          </w:p>
        </w:tc>
      </w:tr>
    </w:tbl>
    <w:p>
      <w:pPr>
        <w:spacing w:after="20"/>
      </w:pPr>
    </w:p>
    <w:p>
      <w:pPr>
        <w:keepNext/>
        <w:spacing w:before="240" w:after="100"/>
      </w:pPr>
      <w:r>
        <w:rPr>
          <w:rFonts w:ascii="Noto Sans CJK TC" w:hAnsi="Noto Sans CJK TC" w:eastAsia="Noto Sans CJK TC"/>
          <w:b/>
          <w:color w:val="F3C64E"/>
          <w:sz w:val="34"/>
        </w:rPr>
        <w:t xml:space="preserve">03  </w:t>
      </w:r>
      <w:r>
        <w:rPr>
          <w:rFonts w:ascii="Noto Sans CJK TC" w:hAnsi="Noto Sans CJK TC" w:eastAsia="Noto Sans CJK TC"/>
          <w:b/>
          <w:color w:val="24584E"/>
          <w:sz w:val="34"/>
        </w:rPr>
        <w:t>提示詞公式：角色＋情境＋任務＋資料＋格式＋限制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944"/>
            <w:shd w:fill="24584E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  <w:tcBorders>
              <w:top w:val="single" w:sz="6" w:color="24584E"/>
              <w:left w:val="single" w:sz="6" w:color="24584E"/>
              <w:bottom w:val="single" w:sz="6" w:color="24584E"/>
              <w:right w:val="single" w:sz="6" w:color="24584E"/>
            </w:tcBorders>
          </w:tcPr>
          <w:p>
            <w:pPr>
              <w:spacing w:after="0"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元素</w:t>
            </w:r>
          </w:p>
        </w:tc>
        <w:tc>
          <w:tcPr>
            <w:tcW w:type="dxa" w:w="3240"/>
            <w:shd w:fill="24584E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  <w:tcBorders>
              <w:top w:val="single" w:sz="6" w:color="24584E"/>
              <w:left w:val="single" w:sz="6" w:color="24584E"/>
              <w:bottom w:val="single" w:sz="6" w:color="24584E"/>
              <w:right w:val="single" w:sz="6" w:color="24584E"/>
            </w:tcBorders>
          </w:tcPr>
          <w:p>
            <w:pPr>
              <w:spacing w:after="0"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作用</w:t>
            </w:r>
          </w:p>
        </w:tc>
        <w:tc>
          <w:tcPr>
            <w:tcW w:type="dxa" w:w="4608"/>
            <w:shd w:fill="24584E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  <w:tcBorders>
              <w:top w:val="single" w:sz="6" w:color="24584E"/>
              <w:left w:val="single" w:sz="6" w:color="24584E"/>
              <w:bottom w:val="single" w:sz="6" w:color="24584E"/>
              <w:right w:val="single" w:sz="6" w:color="24584E"/>
            </w:tcBorders>
          </w:tcPr>
          <w:p>
            <w:pPr>
              <w:spacing w:after="0"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例子</w:t>
            </w:r>
          </w:p>
        </w:tc>
      </w:tr>
      <w:tr>
        <w:tc>
          <w:tcPr>
            <w:tcW w:type="dxa" w:w="194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角色 Role</w:t>
            </w:r>
          </w:p>
        </w:tc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告訴 AI「你現在是誰？」</w:t>
            </w:r>
          </w:p>
        </w:tc>
        <w:tc>
          <w:tcPr>
            <w:tcW w:type="dxa" w:w="460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你是一位餐廳客服人員。</w:t>
            </w:r>
          </w:p>
        </w:tc>
      </w:tr>
      <w:tr>
        <w:tc>
          <w:tcPr>
            <w:tcW w:type="dxa" w:w="194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情境 Context</w:t>
            </w:r>
          </w:p>
        </w:tc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告訴 AI「現在發生什麼事？」</w:t>
            </w:r>
          </w:p>
        </w:tc>
        <w:tc>
          <w:tcPr>
            <w:tcW w:type="dxa" w:w="460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一位客人透過 LINE 詢問週六是否可以訂位。</w:t>
            </w:r>
          </w:p>
        </w:tc>
      </w:tr>
      <w:tr>
        <w:tc>
          <w:tcPr>
            <w:tcW w:type="dxa" w:w="194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任務 Task</w:t>
            </w:r>
          </w:p>
        </w:tc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告訴 AI「你要幫我做什麼？」</w:t>
            </w:r>
          </w:p>
        </w:tc>
        <w:tc>
          <w:tcPr>
            <w:tcW w:type="dxa" w:w="460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請幫我寫一段回覆客人的訊息。</w:t>
            </w:r>
          </w:p>
        </w:tc>
      </w:tr>
      <w:tr>
        <w:tc>
          <w:tcPr>
            <w:tcW w:type="dxa" w:w="194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資料 Information</w:t>
            </w:r>
          </w:p>
        </w:tc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提供 AI 真正需要的確認資料。</w:t>
            </w:r>
          </w:p>
        </w:tc>
        <w:tc>
          <w:tcPr>
            <w:tcW w:type="dxa" w:w="460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營業時間、店名、已確認規定、聯絡方式。</w:t>
            </w:r>
          </w:p>
        </w:tc>
      </w:tr>
      <w:tr>
        <w:tc>
          <w:tcPr>
            <w:tcW w:type="dxa" w:w="194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格式 Format</w:t>
            </w:r>
          </w:p>
        </w:tc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告訴 AI 答案要長什麼樣子。</w:t>
            </w:r>
          </w:p>
        </w:tc>
        <w:tc>
          <w:tcPr>
            <w:tcW w:type="dxa" w:w="460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繁中、100 字內、適合 LINE、自然不生硬。</w:t>
            </w:r>
          </w:p>
        </w:tc>
      </w:tr>
      <w:tr>
        <w:tc>
          <w:tcPr>
            <w:tcW w:type="dxa" w:w="194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限制 Constraints</w:t>
            </w:r>
          </w:p>
        </w:tc>
        <w:tc>
          <w:tcPr>
            <w:tcW w:type="dxa" w:w="32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明確寫出「不能亂做什麼」。</w:t>
            </w:r>
          </w:p>
        </w:tc>
        <w:tc>
          <w:tcPr>
            <w:tcW w:type="dxa" w:w="460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不得自行新增價格、優惠、座位、房況或承諾。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FFF7D6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B58A16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B58A16"/>
                <w:sz w:val="24"/>
              </w:rPr>
              <w:t>最容易被忽略的是「限制」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如果沒有把限制寫清楚，AI 可能為了讓回答看起來完整，自行補上你沒有提供的價格、優惠、座位、房況或規定。</w:t>
            </w:r>
          </w:p>
        </w:tc>
      </w:tr>
    </w:tbl>
    <w:p>
      <w:pPr>
        <w:spacing w:after="20"/>
      </w:pPr>
    </w:p>
    <w:p>
      <w:pPr>
        <w:keepNext/>
        <w:spacing w:before="160" w:after="100"/>
      </w:pPr>
      <w:r>
        <w:rPr>
          <w:rFonts w:ascii="Noto Sans CJK TC" w:hAnsi="Noto Sans CJK TC" w:eastAsia="Noto Sans CJK TC"/>
          <w:b/>
          <w:color w:val="2F6F62"/>
          <w:sz w:val="27"/>
        </w:rPr>
        <w:t>我的提示詞草稿</w:t>
      </w:r>
    </w:p>
    <w:p>
      <w:pPr>
        <w:spacing w:before="0" w:after="100" w:line="300" w:lineRule="auto"/>
      </w:pPr>
      <w:r>
        <w:rPr>
          <w:rFonts w:ascii="Noto Sans CJK TC" w:hAnsi="Noto Sans CJK TC" w:eastAsia="Noto Sans CJK TC"/>
          <w:b w:val="0"/>
          <w:color w:val="666666"/>
          <w:sz w:val="21"/>
        </w:rPr>
        <w:t>先用中文把六個要素寫清楚，再套入下面的完整模板。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角色 Role：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情境 Context：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任務 Task：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資料 Information：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格式 Format：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限制 Constraints：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before="120" w:after="80"/>
        <w:keepNext w:val="1"/>
      </w:pPr>
      <w:r>
        <w:rPr>
          <w:rFonts w:ascii="Noto Sans CJK TC" w:hAnsi="Noto Sans CJK TC" w:eastAsia="Noto Sans CJK TC"/>
          <w:b/>
          <w:color w:val="3E668C"/>
          <w:sz w:val="23"/>
        </w:rPr>
        <w:t>可直接貼到 ChatGPT 的提示詞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66"/>
      </w:tblGrid>
      <w:tr>
        <w:trPr>
          <w:cantSplit w:val="1"/>
        </w:trPr>
        <w:tc>
          <w:tcPr>
            <w:tcW w:type="dxa" w:w="10166"/>
            <w:shd w:fill="F6F8FA"/>
            <w:tcMar>
              <w:top w:w="140" w:type="dxa"/>
              <w:start w:w="160" w:type="dxa"/>
              <w:bottom w:w="140" w:type="dxa"/>
              <w:end w:w="160" w:type="dxa"/>
            </w:tcMar>
            <w:tcBorders>
              <w:top w:val="single" w:sz="6" w:color="C9D1D9"/>
              <w:left w:val="single" w:sz="6" w:color="C9D1D9"/>
              <w:bottom w:val="single" w:sz="6" w:color="C9D1D9"/>
              <w:right w:val="single" w:sz="6" w:color="C9D1D9"/>
            </w:tcBorders>
          </w:tcPr>
          <w:p>
            <w:pPr>
              <w:spacing w:line="276" w:lineRule="auto" w:after="0"/>
            </w:pPr>
            <w:r>
              <w:rPr>
                <w:rFonts w:ascii="DejaVu Sans Mono" w:hAnsi="DejaVu Sans Mono" w:eastAsia="DejaVu Sans Mono"/>
                <w:color w:val="263238"/>
                <w:sz w:val="18"/>
              </w:rPr>
              <w:t>Role: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You are a customer-service assistant for a small local business in Taiwan.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Context: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A customer has contacted us with a question.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Task: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Help me draft an appropriate reply to the customer.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Business information: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[Paste confirmed business information here.]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Customer message: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[Paste the customer's question here.]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Output requirements: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- Write in Traditional Chinese used in Taiwan.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- Keep the reply clear, friendly, and easy to understand.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- Make it suitable for LINE or Messenger.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- Keep it concise.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Constraints: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- Do not invent prices, availability, promotions, policies, facilities, or business information.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- Only use the information I provide.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- If information is missing, clearly mark what needs to be confirmed by a human.</w:t>
            </w:r>
          </w:p>
        </w:tc>
      </w:tr>
    </w:tbl>
    <w:p>
      <w:pPr>
        <w:spacing w:after="40"/>
      </w:pPr>
    </w:p>
    <w:p>
      <w:pPr>
        <w:keepNext/>
        <w:spacing w:before="240" w:after="100"/>
      </w:pPr>
      <w:r>
        <w:rPr>
          <w:rFonts w:ascii="Noto Sans CJK TC" w:hAnsi="Noto Sans CJK TC" w:eastAsia="Noto Sans CJK TC"/>
          <w:b/>
          <w:color w:val="F3C64E"/>
          <w:sz w:val="34"/>
        </w:rPr>
        <w:t xml:space="preserve">04  </w:t>
      </w:r>
      <w:r>
        <w:rPr>
          <w:rFonts w:ascii="Noto Sans CJK TC" w:hAnsi="Noto Sans CJK TC" w:eastAsia="Noto Sans CJK TC"/>
          <w:b/>
          <w:color w:val="24584E"/>
          <w:sz w:val="34"/>
        </w:rPr>
        <w:t>實作一｜餐飲業：訂位詢問</w:t>
      </w:r>
    </w:p>
    <w:p>
      <w:pPr>
        <w:spacing w:before="0" w:after="120" w:line="300" w:lineRule="auto"/>
      </w:pPr>
      <w:r>
        <w:rPr>
          <w:rFonts w:ascii="Noto Sans CJK TC" w:hAnsi="Noto Sans CJK TC" w:eastAsia="Noto Sans CJK TC"/>
          <w:b/>
          <w:color w:val="24584E"/>
          <w:sz w:val="23"/>
        </w:rPr>
        <w:t>客人留言：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F3F5F5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2F6F62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2F6F62"/>
                <w:sz w:val="24"/>
              </w:rPr>
              <w:t>顧客訊息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「請問你們星期六晚上有營業嗎？四個人可以訂位嗎？」</w:t>
            </w:r>
          </w:p>
        </w:tc>
      </w:tr>
    </w:tbl>
    <w:p>
      <w:pPr>
        <w:spacing w:after="20"/>
      </w:pPr>
    </w:p>
    <w:p>
      <w:pPr>
        <w:spacing w:before="0" w:after="120" w:line="300" w:lineRule="auto"/>
      </w:pPr>
      <w:r>
        <w:rPr>
          <w:rFonts w:ascii="Noto Sans CJK TC" w:hAnsi="Noto Sans CJK TC" w:eastAsia="Noto Sans CJK TC"/>
          <w:b/>
          <w:color w:val="24584E"/>
          <w:sz w:val="23"/>
        </w:rPr>
        <w:t>店家目前提供的資料：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營業時間：11:00～20:00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星期六正常營業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是否還有座位：目前不知道</w:t>
      </w:r>
    </w:p>
    <w:p>
      <w:pPr>
        <w:spacing w:before="0" w:after="120" w:line="300" w:lineRule="auto"/>
      </w:pPr>
      <w:r>
        <w:rPr>
          <w:rFonts w:ascii="Noto Sans CJK TC" w:hAnsi="Noto Sans CJK TC" w:eastAsia="Noto Sans CJK TC"/>
          <w:b w:val="0"/>
          <w:color w:val="1F1F1F"/>
          <w:sz w:val="23"/>
        </w:rPr>
        <w:t>判斷：星期六有營業可以回答；但是「有沒有座位」不知道，因此 AI 不可以直接承諾已保留座位。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EAF4F1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2F6F62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2F6F62"/>
                <w:sz w:val="24"/>
              </w:rPr>
              <w:t>較合理的回覆方向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「星期六晚上正常營業。四位訂位的部分還需要確認當天座位狀況，請提供希望用餐的時間，我們再協助確認。」</w:t>
            </w:r>
          </w:p>
        </w:tc>
      </w:tr>
    </w:tbl>
    <w:p>
      <w:pPr>
        <w:spacing w:after="20"/>
      </w:pP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我的改寫：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pPr>
        <w:keepNext/>
        <w:spacing w:before="160" w:after="100"/>
      </w:pPr>
      <w:r>
        <w:rPr>
          <w:rFonts w:ascii="Noto Sans CJK TC" w:hAnsi="Noto Sans CJK TC" w:eastAsia="Noto Sans CJK TC"/>
          <w:b/>
          <w:color w:val="2F6F62"/>
          <w:sz w:val="27"/>
        </w:rPr>
        <w:t>實作二｜旅宿業：提前入住</w:t>
      </w:r>
    </w:p>
    <w:p>
      <w:pPr>
        <w:spacing w:before="0" w:after="120" w:line="300" w:lineRule="auto"/>
      </w:pPr>
      <w:r>
        <w:rPr>
          <w:rFonts w:ascii="Noto Sans CJK TC" w:hAnsi="Noto Sans CJK TC" w:eastAsia="Noto Sans CJK TC"/>
          <w:b w:val="0"/>
          <w:color w:val="1F1F1F"/>
          <w:sz w:val="23"/>
        </w:rPr>
        <w:t>旅客詢問：「我們搭早上的火車，下午一點左右會到，可以先入住嗎？」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正式入住時間：15:00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可以先寄放行李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提前入住必須視當天房務情況決定</w:t>
      </w:r>
    </w:p>
    <w:p>
      <w:pPr>
        <w:spacing w:before="0" w:after="120" w:line="300" w:lineRule="auto"/>
      </w:pPr>
      <w:r>
        <w:rPr>
          <w:rFonts w:ascii="Noto Sans CJK TC" w:hAnsi="Noto Sans CJK TC" w:eastAsia="Noto Sans CJK TC"/>
          <w:b/>
          <w:color w:val="24584E"/>
          <w:sz w:val="23"/>
        </w:rPr>
        <w:t>檢查 AI 回覆：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有說明正式入住時間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有告知可以寄放行李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沒有直接承諾一定可以提前入住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語氣自然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適合直接傳給旅客</w:t>
      </w:r>
    </w:p>
    <w:p>
      <w:pPr>
        <w:keepNext/>
        <w:spacing w:before="160" w:after="100"/>
      </w:pPr>
      <w:r>
        <w:rPr>
          <w:rFonts w:ascii="Noto Sans CJK TC" w:hAnsi="Noto Sans CJK TC" w:eastAsia="Noto Sans CJK TC"/>
          <w:b/>
          <w:color w:val="2F6F62"/>
          <w:sz w:val="27"/>
        </w:rPr>
        <w:t>實作三｜服務業：預約詢問</w:t>
      </w:r>
    </w:p>
    <w:p>
      <w:pPr>
        <w:spacing w:before="0" w:after="120" w:line="300" w:lineRule="auto"/>
      </w:pPr>
      <w:r>
        <w:rPr>
          <w:rFonts w:ascii="Noto Sans CJK TC" w:hAnsi="Noto Sans CJK TC" w:eastAsia="Noto Sans CJK TC"/>
          <w:b w:val="0"/>
          <w:color w:val="1F1F1F"/>
          <w:sz w:val="23"/>
        </w:rPr>
        <w:t>客人：「請問下星期三下午可以預約嗎？」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營業時間：09:00～18:00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採預約制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目前沒有提供星期三實際預約表給 AI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EEF3F9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3E668C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3E668C"/>
                <w:sz w:val="24"/>
              </w:rPr>
              <w:t>思考重點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AI 知道營業時間，但不知道星期三實際空位。因此不能自行回答「下午三點還有空位」，而應協助詢問希望時段，並提醒需要確認預約狀況。</w:t>
            </w:r>
          </w:p>
        </w:tc>
      </w:tr>
    </w:tbl>
    <w:p>
      <w:pPr>
        <w:spacing w:after="20"/>
      </w:pP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我的回覆草稿：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r>
        <w:br w:type="page"/>
      </w:r>
    </w:p>
    <w:p>
      <w:pPr>
        <w:keepNext/>
        <w:spacing w:before="240" w:after="100"/>
      </w:pPr>
      <w:r>
        <w:rPr>
          <w:rFonts w:ascii="Noto Sans CJK TC" w:hAnsi="Noto Sans CJK TC" w:eastAsia="Noto Sans CJK TC"/>
          <w:b/>
          <w:color w:val="F3C64E"/>
          <w:sz w:val="34"/>
        </w:rPr>
        <w:t xml:space="preserve">05  </w:t>
      </w:r>
      <w:r>
        <w:rPr>
          <w:rFonts w:ascii="Noto Sans CJK TC" w:hAnsi="Noto Sans CJK TC" w:eastAsia="Noto Sans CJK TC"/>
          <w:b/>
          <w:color w:val="24584E"/>
          <w:sz w:val="34"/>
        </w:rPr>
        <w:t>AI 最容易出錯的五個地方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F3F5F5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B34747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B34747"/>
                <w:sz w:val="24"/>
              </w:rPr>
              <w:t>1. 不知道也回答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沒有提供停車資訊，AI 卻寫「店門口有免費停車場」。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F3F5F5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B34747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B34747"/>
                <w:sz w:val="24"/>
              </w:rPr>
              <w:t>2. 自己加價格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只說有雙人房，AI 卻自己寫出每晚價格。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F3F5F5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B34747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B34747"/>
                <w:sz w:val="24"/>
              </w:rPr>
              <w:t>3. 自己加優惠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沒有活動，AI 卻寫「現在預約享九折」。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F3F5F5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B34747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B34747"/>
                <w:sz w:val="24"/>
              </w:rPr>
              <w:t>4. 自己承諾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直接說已保留座位、一定可提前入住、一定有空位。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F3F5F5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2F6F62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2F6F62"/>
                <w:sz w:val="24"/>
              </w:rPr>
              <w:t>5. 個人資料過度輸入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把姓名、電話、地址、證件、信用卡、帳號密碼等不必要資訊全部貼進工具。</w:t>
            </w:r>
          </w:p>
        </w:tc>
      </w:tr>
    </w:tbl>
    <w:p>
      <w:pPr>
        <w:spacing w:after="20"/>
      </w:pPr>
    </w:p>
    <w:p>
      <w:pPr>
        <w:keepNext/>
        <w:spacing w:before="160" w:after="100"/>
      </w:pPr>
      <w:r>
        <w:rPr>
          <w:rFonts w:ascii="Noto Sans CJK TC" w:hAnsi="Noto Sans CJK TC" w:eastAsia="Noto Sans CJK TC"/>
          <w:b/>
          <w:color w:val="2F6F62"/>
          <w:sz w:val="27"/>
        </w:rPr>
        <w:t>AI 回答完成後，做「五問檢查」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2952"/>
            <w:shd w:fill="24584E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  <w:tcBorders>
              <w:top w:val="single" w:sz="6" w:color="24584E"/>
              <w:left w:val="single" w:sz="6" w:color="24584E"/>
              <w:bottom w:val="single" w:sz="6" w:color="24584E"/>
              <w:right w:val="single" w:sz="6" w:color="24584E"/>
            </w:tcBorders>
          </w:tcPr>
          <w:p>
            <w:pPr>
              <w:spacing w:after="0"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檢查問題</w:t>
            </w:r>
          </w:p>
        </w:tc>
        <w:tc>
          <w:tcPr>
            <w:tcW w:type="dxa" w:w="6840"/>
            <w:shd w:fill="24584E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  <w:tcBorders>
              <w:top w:val="single" w:sz="6" w:color="24584E"/>
              <w:left w:val="single" w:sz="6" w:color="24584E"/>
              <w:bottom w:val="single" w:sz="6" w:color="24584E"/>
              <w:right w:val="single" w:sz="6" w:color="24584E"/>
            </w:tcBorders>
          </w:tcPr>
          <w:p>
            <w:pPr>
              <w:spacing w:after="0"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我要確認什麼</w:t>
            </w:r>
          </w:p>
        </w:tc>
      </w:tr>
      <w:tr>
        <w:tc>
          <w:tcPr>
            <w:tcW w:type="dxa" w:w="295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資料是真的嗎？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有沒有 AI 自己增加的內容？</w:t>
            </w:r>
          </w:p>
        </w:tc>
      </w:tr>
      <w:tr>
        <w:tc>
          <w:tcPr>
            <w:tcW w:type="dxa" w:w="295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價格正確嗎？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只要有金額，就回到原始資料確認。</w:t>
            </w:r>
          </w:p>
        </w:tc>
      </w:tr>
      <w:tr>
        <w:tc>
          <w:tcPr>
            <w:tcW w:type="dxa" w:w="295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有沒有亂承諾？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訂位、預約、庫存、房間、時間都需要確認。</w:t>
            </w:r>
          </w:p>
        </w:tc>
      </w:tr>
      <w:tr>
        <w:tc>
          <w:tcPr>
            <w:tcW w:type="dxa" w:w="295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語氣適合我的客人嗎？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太正式、太熱情、太像廣告或太冷淡，都可以要求 AI 改。</w:t>
            </w:r>
          </w:p>
        </w:tc>
      </w:tr>
      <w:tr>
        <w:tc>
          <w:tcPr>
            <w:tcW w:type="dxa" w:w="295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可以直接傳出去嗎？</w:t>
            </w:r>
          </w:p>
        </w:tc>
        <w:tc>
          <w:tcPr>
            <w:tcW w:type="dxa" w:w="6840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AI 做第一版，最後仍然由人決定。</w:t>
            </w:r>
          </w:p>
        </w:tc>
      </w:tr>
    </w:tbl>
    <w:p>
      <w:pPr>
        <w:spacing w:after="40"/>
      </w:pPr>
    </w:p>
    <w:p>
      <w:pPr>
        <w:keepNext/>
        <w:spacing w:before="240" w:after="100"/>
      </w:pPr>
      <w:r>
        <w:rPr>
          <w:rFonts w:ascii="Noto Sans CJK TC" w:hAnsi="Noto Sans CJK TC" w:eastAsia="Noto Sans CJK TC"/>
          <w:b/>
          <w:color w:val="F3C64E"/>
          <w:sz w:val="34"/>
        </w:rPr>
        <w:t xml:space="preserve">06  </w:t>
      </w:r>
      <w:r>
        <w:rPr>
          <w:rFonts w:ascii="Noto Sans CJK TC" w:hAnsi="Noto Sans CJK TC" w:eastAsia="Noto Sans CJK TC"/>
          <w:b/>
          <w:color w:val="24584E"/>
          <w:sz w:val="34"/>
        </w:rPr>
        <w:t>把 FAQ 變成 AI 小幫手的資料</w:t>
      </w:r>
    </w:p>
    <w:p>
      <w:pPr>
        <w:spacing w:before="0" w:after="120" w:line="300" w:lineRule="auto"/>
      </w:pPr>
      <w:r>
        <w:rPr>
          <w:rFonts w:ascii="Noto Sans CJK TC" w:hAnsi="Noto Sans CJK TC" w:eastAsia="Noto Sans CJK TC"/>
          <w:b w:val="0"/>
          <w:color w:val="1F1F1F"/>
          <w:sz w:val="23"/>
        </w:rPr>
        <w:t>現在開始建立自己的 FAQ。這些資料未來也可以拿來做 LINE Bot、客服流程與 AI Agent 的知識內容。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我的行業：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before="0" w:after="120" w:line="300" w:lineRule="auto"/>
      </w:pPr>
      <w:r>
        <w:rPr>
          <w:rFonts w:ascii="Noto Sans CJK TC" w:hAnsi="Noto Sans CJK TC" w:eastAsia="Noto Sans CJK TC"/>
          <w:b/>
          <w:color w:val="24584E"/>
          <w:sz w:val="23"/>
        </w:rPr>
        <w:t>客人最常問的 5 個問題：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1.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2.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3.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4.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5.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keepNext/>
        <w:spacing w:before="160" w:after="100"/>
      </w:pPr>
      <w:r>
        <w:rPr>
          <w:rFonts w:ascii="Noto Sans CJK TC" w:hAnsi="Noto Sans CJK TC" w:eastAsia="Noto Sans CJK TC"/>
          <w:b/>
          <w:color w:val="2F6F62"/>
          <w:sz w:val="27"/>
        </w:rPr>
        <w:t>我的標準答案</w:t>
      </w:r>
    </w:p>
    <w:p>
      <w:pPr>
        <w:spacing w:before="80" w:after="40" w:line="300" w:lineRule="auto"/>
      </w:pPr>
      <w:r>
        <w:rPr>
          <w:rFonts w:ascii="Noto Sans CJK TC" w:hAnsi="Noto Sans CJK TC" w:eastAsia="Noto Sans CJK TC"/>
          <w:b/>
          <w:color w:val="24584E"/>
          <w:sz w:val="23"/>
        </w:rPr>
        <w:t>問題 1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Q：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A：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pPr>
        <w:spacing w:before="80" w:after="40" w:line="300" w:lineRule="auto"/>
      </w:pPr>
      <w:r>
        <w:rPr>
          <w:rFonts w:ascii="Noto Sans CJK TC" w:hAnsi="Noto Sans CJK TC" w:eastAsia="Noto Sans CJK TC"/>
          <w:b/>
          <w:color w:val="24584E"/>
          <w:sz w:val="23"/>
        </w:rPr>
        <w:t>問題 2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Q：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A：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pPr>
        <w:spacing w:before="80" w:after="40" w:line="300" w:lineRule="auto"/>
      </w:pPr>
      <w:r>
        <w:rPr>
          <w:rFonts w:ascii="Noto Sans CJK TC" w:hAnsi="Noto Sans CJK TC" w:eastAsia="Noto Sans CJK TC"/>
          <w:b/>
          <w:color w:val="24584E"/>
          <w:sz w:val="23"/>
        </w:rPr>
        <w:t>問題 3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Q：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A：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r>
        <w:br w:type="page"/>
      </w:r>
    </w:p>
    <w:p>
      <w:pPr>
        <w:keepNext/>
        <w:spacing w:before="240" w:after="100"/>
      </w:pPr>
      <w:r>
        <w:rPr>
          <w:rFonts w:ascii="Noto Sans CJK TC" w:hAnsi="Noto Sans CJK TC" w:eastAsia="Noto Sans CJK TC"/>
          <w:b/>
          <w:color w:val="F3C64E"/>
          <w:sz w:val="34"/>
        </w:rPr>
        <w:t xml:space="preserve">07  </w:t>
      </w:r>
      <w:r>
        <w:rPr>
          <w:rFonts w:ascii="Noto Sans CJK TC" w:hAnsi="Noto Sans CJK TC" w:eastAsia="Noto Sans CJK TC"/>
          <w:b/>
          <w:color w:val="24584E"/>
          <w:sz w:val="34"/>
        </w:rPr>
        <w:t>我的服務資訊表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FFF7D6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B58A16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B58A16"/>
                <w:sz w:val="24"/>
              </w:rPr>
              <w:t>AI 要回答得準確，第一步不是下很厲害的提示詞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先把自己的資料整理清楚。資料越清楚，AI 越不需要猜。</w:t>
            </w:r>
          </w:p>
        </w:tc>
      </w:tr>
    </w:tbl>
    <w:p>
      <w:pPr>
        <w:spacing w:after="20"/>
      </w:pP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店家／單位名稱：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服務內容：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營業時間：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預約方式：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聯絡方式：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地址／服務地區：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價格：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付款方式：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取消規定：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其他重要規定：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pPr>
        <w:keepNext/>
        <w:spacing w:before="160" w:after="100"/>
      </w:pPr>
      <w:r>
        <w:rPr>
          <w:rFonts w:ascii="Noto Sans CJK TC" w:hAnsi="Noto Sans CJK TC" w:eastAsia="Noto Sans CJK TC"/>
          <w:b/>
          <w:color w:val="2F6F62"/>
          <w:sz w:val="27"/>
        </w:rPr>
        <w:t>哪些事情 AI 可以回答？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4896"/>
            <w:shd w:fill="24584E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  <w:tcBorders>
              <w:top w:val="single" w:sz="6" w:color="24584E"/>
              <w:left w:val="single" w:sz="6" w:color="24584E"/>
              <w:bottom w:val="single" w:sz="6" w:color="24584E"/>
              <w:right w:val="single" w:sz="6" w:color="24584E"/>
            </w:tcBorders>
          </w:tcPr>
          <w:p>
            <w:pPr>
              <w:spacing w:after="0"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可交給 AI 協助</w:t>
            </w:r>
          </w:p>
        </w:tc>
        <w:tc>
          <w:tcPr>
            <w:tcW w:type="dxa" w:w="4896"/>
            <w:shd w:fill="24584E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  <w:tcBorders>
              <w:top w:val="single" w:sz="6" w:color="24584E"/>
              <w:left w:val="single" w:sz="6" w:color="24584E"/>
              <w:bottom w:val="single" w:sz="6" w:color="24584E"/>
              <w:right w:val="single" w:sz="6" w:color="24584E"/>
            </w:tcBorders>
          </w:tcPr>
          <w:p>
            <w:pPr>
              <w:spacing w:after="0"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可交給 AI 協助</w:t>
            </w:r>
          </w:p>
        </w:tc>
      </w:tr>
      <w:tr>
        <w:tc>
          <w:tcPr>
            <w:tcW w:type="dxa" w:w="4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□ 營業時間</w:t>
            </w:r>
          </w:p>
        </w:tc>
        <w:tc>
          <w:tcPr>
            <w:tcW w:type="dxa" w:w="4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□ 地址</w:t>
            </w:r>
          </w:p>
        </w:tc>
      </w:tr>
      <w:tr>
        <w:tc>
          <w:tcPr>
            <w:tcW w:type="dxa" w:w="4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□ 交通方式</w:t>
            </w:r>
          </w:p>
        </w:tc>
        <w:tc>
          <w:tcPr>
            <w:tcW w:type="dxa" w:w="4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□ 商品介紹</w:t>
            </w:r>
          </w:p>
        </w:tc>
      </w:tr>
      <w:tr>
        <w:tc>
          <w:tcPr>
            <w:tcW w:type="dxa" w:w="4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□ 服務介紹</w:t>
            </w:r>
          </w:p>
        </w:tc>
        <w:tc>
          <w:tcPr>
            <w:tcW w:type="dxa" w:w="4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□ FAQ</w:t>
            </w:r>
          </w:p>
        </w:tc>
      </w:tr>
      <w:tr>
        <w:tc>
          <w:tcPr>
            <w:tcW w:type="dxa" w:w="4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□ 預約方式</w:t>
            </w:r>
          </w:p>
        </w:tc>
        <w:tc>
          <w:tcPr>
            <w:tcW w:type="dxa" w:w="4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□ 活動資訊</w:t>
            </w:r>
          </w:p>
        </w:tc>
      </w:tr>
      <w:tr>
        <w:tc>
          <w:tcPr>
            <w:tcW w:type="dxa" w:w="4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□ 社群貼文</w:t>
            </w:r>
          </w:p>
        </w:tc>
        <w:tc>
          <w:tcPr>
            <w:tcW w:type="dxa" w:w="4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□ 客戶訊息草稿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keepNext/>
        <w:spacing w:before="160" w:after="100"/>
      </w:pPr>
      <w:r>
        <w:rPr>
          <w:rFonts w:ascii="Noto Sans CJK TC" w:hAnsi="Noto Sans CJK TC" w:eastAsia="Noto Sans CJK TC"/>
          <w:b/>
          <w:color w:val="2F6F62"/>
          <w:sz w:val="27"/>
        </w:rPr>
        <w:t>哪些事情一定要人工確認？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今天到底還有沒有座位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房間是否還有空房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真實庫存數量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即時預約狀況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特殊客訴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退款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付款問題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個人資料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合約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特殊優惠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AI 沒有資料可以確認的事情</w:t>
      </w:r>
    </w:p>
    <w:p>
      <w:pPr>
        <w:keepNext/>
        <w:spacing w:before="240" w:after="100"/>
      </w:pPr>
      <w:r>
        <w:rPr>
          <w:rFonts w:ascii="Noto Sans CJK TC" w:hAnsi="Noto Sans CJK TC" w:eastAsia="Noto Sans CJK TC"/>
          <w:b/>
          <w:color w:val="F3C64E"/>
          <w:sz w:val="34"/>
        </w:rPr>
        <w:t xml:space="preserve">08  </w:t>
      </w:r>
      <w:r>
        <w:rPr>
          <w:rFonts w:ascii="Noto Sans CJK TC" w:hAnsi="Noto Sans CJK TC" w:eastAsia="Noto Sans CJK TC"/>
          <w:b/>
          <w:color w:val="24584E"/>
          <w:sz w:val="34"/>
        </w:rPr>
        <w:t>從「問 AI」進一步變成「AI 小幫手」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4464"/>
            <w:shd w:fill="24584E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  <w:tcBorders>
              <w:top w:val="single" w:sz="6" w:color="24584E"/>
              <w:left w:val="single" w:sz="6" w:color="24584E"/>
              <w:bottom w:val="single" w:sz="6" w:color="24584E"/>
              <w:right w:val="single" w:sz="6" w:color="24584E"/>
            </w:tcBorders>
          </w:tcPr>
          <w:p>
            <w:pPr>
              <w:spacing w:after="0"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一般聊天</w:t>
            </w:r>
          </w:p>
        </w:tc>
        <w:tc>
          <w:tcPr>
            <w:tcW w:type="dxa" w:w="5328"/>
            <w:shd w:fill="24584E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  <w:tcBorders>
              <w:top w:val="single" w:sz="6" w:color="24584E"/>
              <w:left w:val="single" w:sz="6" w:color="24584E"/>
              <w:bottom w:val="single" w:sz="6" w:color="24584E"/>
              <w:right w:val="single" w:sz="6" w:color="24584E"/>
            </w:tcBorders>
          </w:tcPr>
          <w:p>
            <w:pPr>
              <w:spacing w:after="0"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AI 小幫手</w:t>
            </w:r>
          </w:p>
        </w:tc>
      </w:tr>
      <w:tr>
        <w:tc>
          <w:tcPr>
            <w:tcW w:type="dxa" w:w="446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我問一題 → AI 回一題 → 下一次重新說明</w:t>
            </w:r>
          </w:p>
        </w:tc>
        <w:tc>
          <w:tcPr>
            <w:tcW w:type="dxa" w:w="532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  <w:t>先設定我是誰、工作是什麼、有哪些資料、可以做什麼、不能做什麼、不知道時怎麼辦</w:t>
            </w:r>
          </w:p>
        </w:tc>
      </w:tr>
    </w:tbl>
    <w:p>
      <w:pPr>
        <w:spacing w:after="40"/>
      </w:pPr>
    </w:p>
    <w:p>
      <w:pPr>
        <w:keepNext/>
        <w:spacing w:before="160" w:after="100"/>
      </w:pPr>
      <w:r>
        <w:rPr>
          <w:rFonts w:ascii="Noto Sans CJK TC" w:hAnsi="Noto Sans CJK TC" w:eastAsia="Noto Sans CJK TC"/>
          <w:b/>
          <w:color w:val="2F6F62"/>
          <w:sz w:val="27"/>
        </w:rPr>
        <w:t>我的 AI 小幫手角色卡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助理名稱：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使用者是誰？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要解決什麼問題？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AI 的三項主要任務：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我可以提供 AI 哪些資料？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pPr>
        <w:spacing w:before="0" w:after="60" w:line="300" w:lineRule="auto"/>
      </w:pPr>
      <w:r>
        <w:rPr>
          <w:rFonts w:ascii="Noto Sans CJK TC" w:hAnsi="Noto Sans CJK TC" w:eastAsia="Noto Sans CJK TC"/>
          <w:b/>
          <w:color w:val="24584E"/>
          <w:sz w:val="23"/>
        </w:rPr>
        <w:t>AI 回答的語氣：</w:t>
      </w:r>
    </w:p>
    <w:p>
      <w:pPr>
        <w:spacing w:before="0" w:after="160" w:line="300" w:lineRule="auto"/>
      </w:pPr>
      <w:r>
        <w:rPr>
          <w:rFonts w:ascii="Noto Sans CJK TC" w:hAnsi="Noto Sans CJK TC" w:eastAsia="Noto Sans CJK TC"/>
          <w:b w:val="0"/>
          <w:color w:val="1F1F1F"/>
          <w:sz w:val="22"/>
        </w:rPr>
        <w:t>□ 親切   □ 專業   □ 簡單   □ 活潑   □ 正式   □ 其他：____________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AI 絕對不能做什麼？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如果不知道答案，應該怎麼辦？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pPr>
        <w:keepNext/>
        <w:spacing w:before="240" w:after="100"/>
      </w:pPr>
      <w:r>
        <w:rPr>
          <w:rFonts w:ascii="Noto Sans CJK TC" w:hAnsi="Noto Sans CJK TC" w:eastAsia="Noto Sans CJK TC"/>
          <w:b/>
          <w:color w:val="F3C64E"/>
          <w:sz w:val="34"/>
        </w:rPr>
        <w:t xml:space="preserve">09  </w:t>
      </w:r>
      <w:r>
        <w:rPr>
          <w:rFonts w:ascii="Noto Sans CJK TC" w:hAnsi="Noto Sans CJK TC" w:eastAsia="Noto Sans CJK TC"/>
          <w:b/>
          <w:color w:val="24584E"/>
          <w:sz w:val="34"/>
        </w:rPr>
        <w:t>進階挑戰：建立自己的客服提示詞</w:t>
      </w:r>
    </w:p>
    <w:p>
      <w:pPr>
        <w:spacing w:before="0" w:after="120" w:line="300" w:lineRule="auto"/>
      </w:pPr>
      <w:r>
        <w:rPr>
          <w:rFonts w:ascii="Noto Sans CJK TC" w:hAnsi="Noto Sans CJK TC" w:eastAsia="Noto Sans CJK TC"/>
          <w:b w:val="0"/>
          <w:color w:val="1F1F1F"/>
          <w:sz w:val="23"/>
        </w:rPr>
        <w:t>把前面的服務資訊與角色卡填完後，就可以把資料放進這個模板，建立比較穩定的客服 AI 小幫手。</w:t>
      </w:r>
    </w:p>
    <w:p>
      <w:pPr>
        <w:spacing w:before="120" w:after="80"/>
        <w:keepNext w:val="1"/>
      </w:pPr>
      <w:r>
        <w:rPr>
          <w:rFonts w:ascii="Noto Sans CJK TC" w:hAnsi="Noto Sans CJK TC" w:eastAsia="Noto Sans CJK TC"/>
          <w:b/>
          <w:color w:val="3E668C"/>
          <w:sz w:val="23"/>
        </w:rPr>
        <w:t>進階提示詞模板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66"/>
      </w:tblGrid>
      <w:tr>
        <w:trPr>
          <w:cantSplit w:val="1"/>
        </w:trPr>
        <w:tc>
          <w:tcPr>
            <w:tcW w:type="dxa" w:w="10166"/>
            <w:shd w:fill="F6F8FA"/>
            <w:tcMar>
              <w:top w:w="140" w:type="dxa"/>
              <w:start w:w="160" w:type="dxa"/>
              <w:bottom w:w="140" w:type="dxa"/>
              <w:end w:w="160" w:type="dxa"/>
            </w:tcMar>
            <w:tcBorders>
              <w:top w:val="single" w:sz="6" w:color="C9D1D9"/>
              <w:left w:val="single" w:sz="6" w:color="C9D1D9"/>
              <w:bottom w:val="single" w:sz="6" w:color="C9D1D9"/>
              <w:right w:val="single" w:sz="6" w:color="C9D1D9"/>
            </w:tcBorders>
          </w:tcPr>
          <w:p>
            <w:pPr>
              <w:spacing w:line="276" w:lineRule="auto" w:after="0"/>
            </w:pPr>
            <w:r>
              <w:rPr>
                <w:rFonts w:ascii="DejaVu Sans Mono" w:hAnsi="DejaVu Sans Mono" w:eastAsia="DejaVu Sans Mono"/>
                <w:color w:val="263238"/>
                <w:sz w:val="18"/>
              </w:rPr>
              <w:t>Role: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You are an AI customer-service assistant for my business.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My business: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[填入你的店家或服務]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Your main tasks: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1. Answer common customer questions.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2. Help draft customer replies.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3. Organize service information.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Confirmed business information: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[填入你的真實資料]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Response style: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- Use Traditional Chinese used in Taiwan.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- Keep explanations simple and clear.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- Write naturally for LINE or Messenger.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Rules: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- Do not invent any information.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- Do not invent prices.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- Do not invent promotions.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- Do not promise bookings or availability unless confirmed.</w:t>
            </w:r>
            <w:r>
              <w:br/>
            </w:r>
            <w:r>
              <w:rPr>
                <w:rFonts w:ascii="DejaVu Sans Mono" w:hAnsi="DejaVu Sans Mono" w:eastAsia="DejaVu Sans Mono"/>
                <w:color w:val="263238"/>
                <w:sz w:val="18"/>
              </w:rPr>
              <w:t>- If information is missing, tell me what information needs to be confirmed.</w:t>
            </w:r>
          </w:p>
        </w:tc>
      </w:tr>
    </w:tbl>
    <w:p>
      <w:pPr>
        <w:spacing w:after="40"/>
      </w:pPr>
    </w:p>
    <w:p>
      <w:pPr>
        <w:keepNext/>
        <w:spacing w:before="160" w:after="100"/>
      </w:pPr>
      <w:r>
        <w:rPr>
          <w:rFonts w:ascii="Noto Sans CJK TC" w:hAnsi="Noto Sans CJK TC" w:eastAsia="Noto Sans CJK TC"/>
          <w:b/>
          <w:color w:val="2F6F62"/>
          <w:sz w:val="27"/>
        </w:rPr>
        <w:t>測試我的 AI 小幫手</w:t>
      </w:r>
    </w:p>
    <w:p>
      <w:pPr>
        <w:spacing w:before="0" w:after="120" w:line="300" w:lineRule="auto"/>
      </w:pPr>
      <w:r>
        <w:rPr>
          <w:rFonts w:ascii="Noto Sans CJK TC" w:hAnsi="Noto Sans CJK TC" w:eastAsia="Noto Sans CJK TC"/>
          <w:b w:val="0"/>
          <w:color w:val="1F1F1F"/>
          <w:sz w:val="23"/>
        </w:rPr>
        <w:t>請實際問 AI 三個問題，並記錄有沒有出現需要修改的地方。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888"/>
            <w:shd w:fill="24584E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  <w:tcBorders>
              <w:top w:val="single" w:sz="6" w:color="24584E"/>
              <w:left w:val="single" w:sz="6" w:color="24584E"/>
              <w:bottom w:val="single" w:sz="6" w:color="24584E"/>
              <w:right w:val="single" w:sz="6" w:color="24584E"/>
            </w:tcBorders>
          </w:tcPr>
          <w:p>
            <w:pPr>
              <w:spacing w:after="0"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測試題目</w:t>
            </w:r>
          </w:p>
        </w:tc>
        <w:tc>
          <w:tcPr>
            <w:tcW w:type="dxa" w:w="2448"/>
            <w:shd w:fill="24584E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  <w:tcBorders>
              <w:top w:val="single" w:sz="6" w:color="24584E"/>
              <w:left w:val="single" w:sz="6" w:color="24584E"/>
              <w:bottom w:val="single" w:sz="6" w:color="24584E"/>
              <w:right w:val="single" w:sz="6" w:color="24584E"/>
            </w:tcBorders>
          </w:tcPr>
          <w:p>
            <w:pPr>
              <w:spacing w:after="0"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AI 回答是否正確</w:t>
            </w:r>
          </w:p>
        </w:tc>
        <w:tc>
          <w:tcPr>
            <w:tcW w:type="dxa" w:w="3456"/>
            <w:shd w:fill="24584E"/>
            <w:tcMar>
              <w:top w:w="130" w:type="dxa"/>
              <w:start w:w="120" w:type="dxa"/>
              <w:bottom w:w="130" w:type="dxa"/>
              <w:end w:w="120" w:type="dxa"/>
            </w:tcMar>
            <w:vAlign w:val="center"/>
            <w:tcBorders>
              <w:top w:val="single" w:sz="6" w:color="24584E"/>
              <w:left w:val="single" w:sz="6" w:color="24584E"/>
              <w:bottom w:val="single" w:sz="6" w:color="24584E"/>
              <w:right w:val="single" w:sz="6" w:color="24584E"/>
            </w:tcBorders>
          </w:tcPr>
          <w:p>
            <w:pPr>
              <w:spacing w:after="0"/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1"/>
              </w:rPr>
              <w:t>需要修改什麼</w:t>
            </w:r>
          </w:p>
        </w:tc>
      </w:tr>
      <w:tr>
        <w:tc>
          <w:tcPr>
            <w:tcW w:type="dxa" w:w="388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測試問題 1</w:t>
            </w:r>
          </w:p>
        </w:tc>
        <w:tc>
          <w:tcPr>
            <w:tcW w:type="dxa" w:w="244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</w:r>
          </w:p>
        </w:tc>
        <w:tc>
          <w:tcPr>
            <w:tcW w:type="dxa" w:w="34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</w:r>
          </w:p>
        </w:tc>
      </w:tr>
      <w:tr>
        <w:tc>
          <w:tcPr>
            <w:tcW w:type="dxa" w:w="388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測試問題 2</w:t>
            </w:r>
          </w:p>
        </w:tc>
        <w:tc>
          <w:tcPr>
            <w:tcW w:type="dxa" w:w="244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</w:r>
          </w:p>
        </w:tc>
        <w:tc>
          <w:tcPr>
            <w:tcW w:type="dxa" w:w="34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</w:r>
          </w:p>
        </w:tc>
      </w:tr>
      <w:tr>
        <w:tc>
          <w:tcPr>
            <w:tcW w:type="dxa" w:w="388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  <w:jc w:val="center"/>
            </w:pPr>
            <w:r>
              <w:rPr>
                <w:rFonts w:ascii="Noto Sans CJK TC" w:hAnsi="Noto Sans CJK TC" w:eastAsia="Noto Sans CJK TC"/>
                <w:b/>
                <w:color w:val="1F1F1F"/>
                <w:sz w:val="20"/>
              </w:rPr>
              <w:t>測試問題 3</w:t>
            </w:r>
          </w:p>
        </w:tc>
        <w:tc>
          <w:tcPr>
            <w:tcW w:type="dxa" w:w="2448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</w:r>
          </w:p>
        </w:tc>
        <w:tc>
          <w:tcPr>
            <w:tcW w:type="dxa" w:w="345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tcBorders>
              <w:top w:val="single" w:sz="4" w:color="C7D3D0"/>
              <w:left w:val="single" w:sz="4" w:color="C7D3D0"/>
              <w:bottom w:val="single" w:sz="4" w:color="C7D3D0"/>
              <w:right w:val="single" w:sz="4" w:color="C7D3D0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color w:val="1F1F1F"/>
                <w:sz w:val="20"/>
              </w:rPr>
            </w:r>
          </w:p>
        </w:tc>
      </w:tr>
    </w:tbl>
    <w:p>
      <w:pPr>
        <w:spacing w:after="40"/>
      </w:pPr>
    </w:p>
    <w:p>
      <w:pPr>
        <w:keepNext/>
        <w:spacing w:before="240" w:after="100"/>
      </w:pPr>
      <w:r>
        <w:rPr>
          <w:rFonts w:ascii="Noto Sans CJK TC" w:hAnsi="Noto Sans CJK TC" w:eastAsia="Noto Sans CJK TC"/>
          <w:b/>
          <w:color w:val="F3C64E"/>
          <w:sz w:val="34"/>
        </w:rPr>
        <w:t xml:space="preserve">10  </w:t>
      </w:r>
      <w:r>
        <w:rPr>
          <w:rFonts w:ascii="Noto Sans CJK TC" w:hAnsi="Noto Sans CJK TC" w:eastAsia="Noto Sans CJK TC"/>
          <w:b/>
          <w:color w:val="24584E"/>
          <w:sz w:val="34"/>
        </w:rPr>
        <w:t>今天最重要的觀念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EAF4F1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2F6F62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2F6F62"/>
                <w:sz w:val="24"/>
              </w:rPr>
              <w:t>真正好用的 AI 小幫手，需要三樣東西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① 好資料：先把自己的店家、服務、商品資訊整理好。</w:t>
              <w:br/>
              <w:t>② 好指令：清楚告訴 AI 角色、任務、資料與限制。</w:t>
              <w:br/>
              <w:t>③ 人的確認：AI 做第一版，最後仍然由人檢查、判斷、修改、使用。</w:t>
            </w:r>
          </w:p>
        </w:tc>
      </w:tr>
    </w:tbl>
    <w:p>
      <w:pPr>
        <w:spacing w:after="20"/>
      </w:pPr>
    </w:p>
    <w:p>
      <w:pPr>
        <w:keepNext/>
        <w:spacing w:before="160" w:after="100"/>
      </w:pPr>
      <w:r>
        <w:rPr>
          <w:rFonts w:ascii="Noto Sans CJK TC" w:hAnsi="Noto Sans CJK TC" w:eastAsia="Noto Sans CJK TC"/>
          <w:b/>
          <w:color w:val="2F6F62"/>
          <w:sz w:val="27"/>
        </w:rPr>
        <w:t>本週實作任務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一項自己的工作或生活情境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五個最常被問的問題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五個正確答案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一份基本服務資訊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一段 AI 小幫手提示詞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實際用三個問題測試 AI</w:t>
      </w:r>
    </w:p>
    <w:p>
      <w:pPr>
        <w:pStyle w:val="ListBullet"/>
        <w:spacing w:after="80" w:line="283" w:lineRule="auto"/>
        <w:ind w:left="317" w:hanging="173"/>
      </w:pPr>
      <w:r>
        <w:rPr>
          <w:rFonts w:ascii="Noto Sans CJK TC" w:hAnsi="Noto Sans CJK TC" w:eastAsia="Noto Sans CJK TC"/>
          <w:color w:val="1F1F1F"/>
          <w:sz w:val="22"/>
        </w:rPr>
        <w:t>□ 找出至少一個 AI 回答需要修改的地方</w:t>
      </w:r>
    </w:p>
    <w:p>
      <w:pPr>
        <w:keepNext/>
        <w:spacing w:before="160" w:after="100"/>
      </w:pPr>
      <w:r>
        <w:rPr>
          <w:rFonts w:ascii="Noto Sans CJK TC" w:hAnsi="Noto Sans CJK TC" w:eastAsia="Noto Sans CJK TC"/>
          <w:b/>
          <w:color w:val="2F6F62"/>
          <w:sz w:val="27"/>
        </w:rPr>
        <w:t>回家練習</w:t>
      </w:r>
    </w:p>
    <w:p>
      <w:pPr>
        <w:spacing w:before="0" w:after="120" w:line="300" w:lineRule="auto"/>
      </w:pPr>
      <w:r>
        <w:rPr>
          <w:rFonts w:ascii="Noto Sans CJK TC" w:hAnsi="Noto Sans CJK TC" w:eastAsia="Noto Sans CJK TC"/>
          <w:b w:val="0"/>
          <w:color w:val="1F1F1F"/>
          <w:sz w:val="23"/>
        </w:rPr>
        <w:t>這一週請觀察自己的生活或工作。每當遇到一件「又要再回答一次」的事情，就把它記下來。至少累積五題。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別人問了什麼？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我通常怎麼回答？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pPr>
        <w:spacing w:after="80" w:line="300" w:lineRule="auto"/>
      </w:pPr>
      <w:r>
        <w:rPr>
          <w:rFonts w:ascii="Noto Sans CJK TC" w:hAnsi="Noto Sans CJK TC" w:eastAsia="Noto Sans CJK TC"/>
          <w:b/>
          <w:color w:val="24584E"/>
          <w:sz w:val="22"/>
        </w:rPr>
        <w:t>需要哪些資料才能回答？</w:t>
      </w:r>
      <w:r>
        <w:rPr>
          <w:rFonts w:ascii="Noto Sans CJK TC" w:hAnsi="Noto Sans CJK TC" w:eastAsia="Noto Sans CJK TC"/>
          <w:color w:val="666666"/>
          <w:sz w:val="22"/>
        </w:rPr>
        <w:t xml:space="preserve">  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color w:val="999999"/>
          <w:sz w:val="21"/>
        </w:rPr>
        <w:t>_____________________________________________________________________</w:t>
      </w:r>
    </w:p>
    <w:p>
      <w:pPr>
        <w:spacing w:before="0" w:after="200" w:line="300" w:lineRule="auto"/>
      </w:pPr>
      <w:r>
        <w:rPr>
          <w:rFonts w:ascii="Noto Sans CJK TC" w:hAnsi="Noto Sans CJK TC" w:eastAsia="Noto Sans CJK TC"/>
          <w:b/>
          <w:color w:val="24584E"/>
          <w:sz w:val="23"/>
        </w:rPr>
        <w:t>這件事情可以交給 AI 協助嗎？  □ 可以    □ 部分可以    □ 不適合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rPr>
          <w:cantSplit w:val="1"/>
        </w:trPr>
        <w:tc>
          <w:tcPr>
            <w:tcW w:type="dxa" w:w="10166"/>
            <w:shd w:fill="EEF3F9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nil"/>
              <w:left w:val="single" w:sz="16" w:color="3E668C"/>
              <w:bottom w:val="nil"/>
              <w:right w:val="nil"/>
            </w:tcBorders>
          </w:tcPr>
          <w:p>
            <w:pPr>
              <w:spacing w:after="80"/>
            </w:pPr>
            <w:r>
              <w:rPr>
                <w:rFonts w:ascii="Noto Sans CJK TC" w:hAnsi="Noto Sans CJK TC" w:eastAsia="Noto Sans CJK TC"/>
                <w:b/>
                <w:color w:val="3E668C"/>
                <w:sz w:val="24"/>
              </w:rPr>
              <w:t>接下來會用到</w:t>
            </w:r>
          </w:p>
          <w:p>
            <w:pPr>
              <w:spacing w:after="0" w:line="293" w:lineRule="auto"/>
            </w:pPr>
            <w:r>
              <w:rPr>
                <w:rFonts w:ascii="Noto Sans CJK TC" w:hAnsi="Noto Sans CJK TC" w:eastAsia="Noto Sans CJK TC"/>
                <w:color w:val="1F1F1F"/>
                <w:sz w:val="22"/>
              </w:rPr>
              <w:t>今天累積的資料，就是後續把 FAQ 變成「工作流程 → LINE Bot → AI Agent」的重要基礎。第五週一句話重點：不要先問「AI 可以做什麼」，先找出「我每天重複做什麼」。</w:t>
            </w:r>
          </w:p>
        </w:tc>
      </w:tr>
    </w:tbl>
    <w:p>
      <w:pPr>
        <w:spacing w:after="20"/>
      </w:pPr>
    </w:p>
    <w:sectPr w:rsidR="00FC693F" w:rsidRPr="0006063C" w:rsidSect="00034616">
      <w:footerReference w:type="default" r:id="rId9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TC" w:hAnsi="Noto Sans CJK TC" w:eastAsia="Noto Sans CJK TC"/>
        <w:color w:val="7A7A7A"/>
        <w:sz w:val="17"/>
      </w:rPr>
      <w:t xml:space="preserve">虎尾溪社大｜AI 小幫手養成班｜第五週   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8" w:lineRule="auto"/>
    </w:pPr>
    <w:rPr>
      <w:rFonts w:ascii="Noto Sans CJK TC" w:hAnsi="Noto Sans CJK TC" w:eastAsia="Noto Sans CJK T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Noto Sans CJK TC" w:hAnsi="Noto Sans CJK TC" w:eastAsia="Noto Sans CJK TC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Noto Sans CJK TC" w:hAnsi="Noto Sans CJK TC" w:eastAsia="Noto Sans CJK TC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Noto Sans CJK TC" w:hAnsi="Noto Sans CJK TC" w:eastAsia="Noto Sans CJK TC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虎尾溪社大 115-2 AI 小幫手養成班 第五週學員講義</dc:title>
  <dc:subject>百工百業案例二：餐飲、旅宿、服務業</dc:subject>
  <dc:creator>歐孟堅</dc:creator>
  <cp:keywords>虎尾溪社大, AI小幫手, 餐飲, 旅宿, 服務業, Prompt, FAQ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